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A0C3A" w14:textId="77777777" w:rsidR="0096746C" w:rsidRPr="004A324C" w:rsidRDefault="00000000">
      <w:pPr>
        <w:spacing w:before="1100"/>
        <w:jc w:val="center"/>
        <w:rPr>
          <w:lang w:val="el-GR"/>
        </w:rPr>
      </w:pPr>
      <w:r>
        <w:rPr>
          <w:color w:val="2F5597"/>
          <w:sz w:val="26"/>
        </w:rPr>
        <w:t>ADHD</w:t>
      </w:r>
      <w:r w:rsidRPr="004A324C">
        <w:rPr>
          <w:color w:val="2F5597"/>
          <w:sz w:val="26"/>
          <w:lang w:val="el-GR"/>
        </w:rPr>
        <w:t xml:space="preserve"> </w:t>
      </w:r>
      <w:r>
        <w:rPr>
          <w:color w:val="2F5597"/>
          <w:sz w:val="26"/>
        </w:rPr>
        <w:t>Cyprus</w:t>
      </w:r>
    </w:p>
    <w:p w14:paraId="23F3E231" w14:textId="77777777" w:rsidR="0096746C" w:rsidRPr="004A324C" w:rsidRDefault="00000000">
      <w:pPr>
        <w:pStyle w:val="Title"/>
        <w:jc w:val="center"/>
        <w:rPr>
          <w:lang w:val="el-GR"/>
        </w:rPr>
      </w:pPr>
      <w:r w:rsidRPr="004A324C">
        <w:rPr>
          <w:rFonts w:ascii="Arial" w:hAnsi="Arial"/>
          <w:lang w:val="el-GR"/>
        </w:rPr>
        <w:t>Κέντρο Απογευματινής Φροντίδας</w:t>
      </w:r>
      <w:r w:rsidRPr="004A324C">
        <w:rPr>
          <w:rFonts w:ascii="Arial" w:hAnsi="Arial"/>
          <w:lang w:val="el-GR"/>
        </w:rPr>
        <w:br/>
        <w:t>Επιχειρησιακό Πρόγραμμα 2026–2027</w:t>
      </w:r>
    </w:p>
    <w:p w14:paraId="5E393276" w14:textId="77777777" w:rsidR="0096746C" w:rsidRPr="004A324C" w:rsidRDefault="00000000">
      <w:pPr>
        <w:spacing w:before="200"/>
        <w:jc w:val="center"/>
        <w:rPr>
          <w:lang w:val="el-GR"/>
        </w:rPr>
      </w:pPr>
      <w:r w:rsidRPr="004A324C">
        <w:rPr>
          <w:i/>
          <w:color w:val="666666"/>
          <w:sz w:val="22"/>
          <w:lang w:val="el-GR"/>
        </w:rPr>
        <w:t xml:space="preserve">Επιχειρησιακό πλαίσιο για την ασφαλή, συνεπή και </w:t>
      </w:r>
      <w:proofErr w:type="spellStart"/>
      <w:r w:rsidRPr="004A324C">
        <w:rPr>
          <w:i/>
          <w:color w:val="666666"/>
          <w:sz w:val="22"/>
          <w:lang w:val="el-GR"/>
        </w:rPr>
        <w:t>στοχευμένη</w:t>
      </w:r>
      <w:proofErr w:type="spellEnd"/>
      <w:r w:rsidRPr="004A324C">
        <w:rPr>
          <w:i/>
          <w:color w:val="666666"/>
          <w:sz w:val="22"/>
          <w:lang w:val="el-GR"/>
        </w:rPr>
        <w:t xml:space="preserve"> λειτουργία του Κέντρου από τον Σεπτέμβριο 2026</w:t>
      </w:r>
    </w:p>
    <w:p w14:paraId="5351CFB4" w14:textId="77777777" w:rsidR="0096746C" w:rsidRPr="004A324C" w:rsidRDefault="0096746C">
      <w:pPr>
        <w:rPr>
          <w:lang w:val="el-GR"/>
        </w:rPr>
      </w:pP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5046"/>
        <w:gridCol w:w="5046"/>
      </w:tblGrid>
      <w:tr w:rsidR="0096746C" w14:paraId="0DEF5F9C" w14:textId="77777777">
        <w:trPr>
          <w:cantSplit/>
          <w:jc w:val="center"/>
        </w:trPr>
        <w:tc>
          <w:tcPr>
            <w:tcW w:w="5046" w:type="dxa"/>
            <w:shd w:val="clear" w:color="auto" w:fill="D9E2F3"/>
            <w:tcMar>
              <w:top w:w="90" w:type="dxa"/>
              <w:left w:w="110" w:type="dxa"/>
              <w:bottom w:w="90" w:type="dxa"/>
              <w:right w:w="110" w:type="dxa"/>
            </w:tcMar>
          </w:tcPr>
          <w:p w14:paraId="049A0961" w14:textId="77777777" w:rsidR="0096746C" w:rsidRDefault="00000000">
            <w:r>
              <w:rPr>
                <w:color w:val="2F5597"/>
                <w:sz w:val="18"/>
              </w:rPr>
              <w:t>Κα</w:t>
            </w:r>
            <w:proofErr w:type="spellStart"/>
            <w:r>
              <w:rPr>
                <w:color w:val="2F5597"/>
                <w:sz w:val="18"/>
              </w:rPr>
              <w:t>τάστ</w:t>
            </w:r>
            <w:proofErr w:type="spellEnd"/>
            <w:r>
              <w:rPr>
                <w:color w:val="2F5597"/>
                <w:sz w:val="18"/>
              </w:rPr>
              <w:t xml:space="preserve">αση </w:t>
            </w:r>
            <w:proofErr w:type="spellStart"/>
            <w:r>
              <w:rPr>
                <w:color w:val="2F5597"/>
                <w:sz w:val="18"/>
              </w:rPr>
              <w:t>εγγράφου</w:t>
            </w:r>
            <w:proofErr w:type="spellEnd"/>
          </w:p>
        </w:tc>
        <w:tc>
          <w:tcPr>
            <w:tcW w:w="5046" w:type="dxa"/>
            <w:tcMar>
              <w:top w:w="90" w:type="dxa"/>
              <w:left w:w="110" w:type="dxa"/>
              <w:bottom w:w="90" w:type="dxa"/>
              <w:right w:w="110" w:type="dxa"/>
            </w:tcMar>
          </w:tcPr>
          <w:p w14:paraId="246691AD" w14:textId="039CF886" w:rsidR="0096746C" w:rsidRDefault="0096746C"/>
        </w:tc>
      </w:tr>
      <w:tr w:rsidR="0096746C" w14:paraId="546807B2" w14:textId="77777777">
        <w:trPr>
          <w:cantSplit/>
          <w:jc w:val="center"/>
        </w:trPr>
        <w:tc>
          <w:tcPr>
            <w:tcW w:w="5046" w:type="dxa"/>
            <w:shd w:val="clear" w:color="auto" w:fill="D9E2F3"/>
            <w:tcMar>
              <w:top w:w="90" w:type="dxa"/>
              <w:left w:w="110" w:type="dxa"/>
              <w:bottom w:w="90" w:type="dxa"/>
              <w:right w:w="110" w:type="dxa"/>
            </w:tcMar>
          </w:tcPr>
          <w:p w14:paraId="33339B45" w14:textId="77777777" w:rsidR="0096746C" w:rsidRDefault="00000000">
            <w:r>
              <w:rPr>
                <w:color w:val="2F5597"/>
                <w:sz w:val="18"/>
              </w:rPr>
              <w:t>Έτος λειτουργίας</w:t>
            </w:r>
          </w:p>
        </w:tc>
        <w:tc>
          <w:tcPr>
            <w:tcW w:w="5046" w:type="dxa"/>
            <w:tcMar>
              <w:top w:w="90" w:type="dxa"/>
              <w:left w:w="110" w:type="dxa"/>
              <w:bottom w:w="90" w:type="dxa"/>
              <w:right w:w="110" w:type="dxa"/>
            </w:tcMar>
          </w:tcPr>
          <w:p w14:paraId="5DD8775D" w14:textId="77777777" w:rsidR="0096746C" w:rsidRDefault="00000000">
            <w:r>
              <w:rPr>
                <w:sz w:val="18"/>
              </w:rPr>
              <w:t>Σεπτέμβριος 2026 έως Αύγουστος 2027</w:t>
            </w:r>
          </w:p>
        </w:tc>
      </w:tr>
      <w:tr w:rsidR="0096746C" w14:paraId="16EB2B0B" w14:textId="77777777">
        <w:trPr>
          <w:cantSplit/>
          <w:jc w:val="center"/>
        </w:trPr>
        <w:tc>
          <w:tcPr>
            <w:tcW w:w="5046" w:type="dxa"/>
            <w:shd w:val="clear" w:color="auto" w:fill="D9E2F3"/>
            <w:tcMar>
              <w:top w:w="90" w:type="dxa"/>
              <w:left w:w="110" w:type="dxa"/>
              <w:bottom w:w="90" w:type="dxa"/>
              <w:right w:w="110" w:type="dxa"/>
            </w:tcMar>
          </w:tcPr>
          <w:p w14:paraId="35FC1A7F" w14:textId="77777777" w:rsidR="0096746C" w:rsidRDefault="00000000">
            <w:r>
              <w:rPr>
                <w:color w:val="2F5597"/>
                <w:sz w:val="18"/>
              </w:rPr>
              <w:t>Υπεύθυνος/η Κέντρου</w:t>
            </w:r>
          </w:p>
        </w:tc>
        <w:tc>
          <w:tcPr>
            <w:tcW w:w="5046" w:type="dxa"/>
            <w:tcMar>
              <w:top w:w="90" w:type="dxa"/>
              <w:left w:w="110" w:type="dxa"/>
              <w:bottom w:w="90" w:type="dxa"/>
              <w:right w:w="110" w:type="dxa"/>
            </w:tcMar>
          </w:tcPr>
          <w:p w14:paraId="23914405" w14:textId="77777777" w:rsidR="0096746C" w:rsidRDefault="00000000">
            <w:r>
              <w:rPr>
                <w:sz w:val="18"/>
              </w:rPr>
              <w:t>________________________________________</w:t>
            </w:r>
          </w:p>
        </w:tc>
      </w:tr>
      <w:tr w:rsidR="0096746C" w14:paraId="0B304235" w14:textId="77777777">
        <w:trPr>
          <w:cantSplit/>
          <w:jc w:val="center"/>
        </w:trPr>
        <w:tc>
          <w:tcPr>
            <w:tcW w:w="5046" w:type="dxa"/>
            <w:shd w:val="clear" w:color="auto" w:fill="D9E2F3"/>
            <w:tcMar>
              <w:top w:w="90" w:type="dxa"/>
              <w:left w:w="110" w:type="dxa"/>
              <w:bottom w:w="90" w:type="dxa"/>
              <w:right w:w="110" w:type="dxa"/>
            </w:tcMar>
          </w:tcPr>
          <w:p w14:paraId="56DEF373" w14:textId="77777777" w:rsidR="0096746C" w:rsidRDefault="00000000">
            <w:r>
              <w:rPr>
                <w:color w:val="2F5597"/>
                <w:sz w:val="18"/>
              </w:rPr>
              <w:t>Υπεύθυνος Προστασίας Παιδιών</w:t>
            </w:r>
          </w:p>
        </w:tc>
        <w:tc>
          <w:tcPr>
            <w:tcW w:w="5046" w:type="dxa"/>
            <w:tcMar>
              <w:top w:w="90" w:type="dxa"/>
              <w:left w:w="110" w:type="dxa"/>
              <w:bottom w:w="90" w:type="dxa"/>
              <w:right w:w="110" w:type="dxa"/>
            </w:tcMar>
          </w:tcPr>
          <w:p w14:paraId="422E744B" w14:textId="77777777" w:rsidR="0096746C" w:rsidRDefault="00000000">
            <w:r>
              <w:rPr>
                <w:sz w:val="18"/>
              </w:rPr>
              <w:t>________________________________________</w:t>
            </w:r>
          </w:p>
        </w:tc>
      </w:tr>
      <w:tr w:rsidR="0096746C" w14:paraId="30BB564B" w14:textId="77777777">
        <w:trPr>
          <w:cantSplit/>
          <w:jc w:val="center"/>
        </w:trPr>
        <w:tc>
          <w:tcPr>
            <w:tcW w:w="5046" w:type="dxa"/>
            <w:shd w:val="clear" w:color="auto" w:fill="D9E2F3"/>
            <w:tcMar>
              <w:top w:w="90" w:type="dxa"/>
              <w:left w:w="110" w:type="dxa"/>
              <w:bottom w:w="90" w:type="dxa"/>
              <w:right w:w="110" w:type="dxa"/>
            </w:tcMar>
          </w:tcPr>
          <w:p w14:paraId="5568A061" w14:textId="77777777" w:rsidR="0096746C" w:rsidRDefault="00000000">
            <w:r>
              <w:rPr>
                <w:color w:val="2F5597"/>
                <w:sz w:val="18"/>
              </w:rPr>
              <w:t>Ημερομηνία έγκρισης Διοικητικού Συμβουλίου</w:t>
            </w:r>
          </w:p>
        </w:tc>
        <w:tc>
          <w:tcPr>
            <w:tcW w:w="5046" w:type="dxa"/>
            <w:tcMar>
              <w:top w:w="90" w:type="dxa"/>
              <w:left w:w="110" w:type="dxa"/>
              <w:bottom w:w="90" w:type="dxa"/>
              <w:right w:w="110" w:type="dxa"/>
            </w:tcMar>
          </w:tcPr>
          <w:p w14:paraId="29DD7AC3" w14:textId="77777777" w:rsidR="0096746C" w:rsidRDefault="00000000">
            <w:r>
              <w:rPr>
                <w:sz w:val="18"/>
              </w:rPr>
              <w:t>________________________________________</w:t>
            </w:r>
          </w:p>
        </w:tc>
      </w:tr>
    </w:tbl>
    <w:p w14:paraId="1DEA51B7" w14:textId="77777777" w:rsidR="0096746C" w:rsidRDefault="0096746C"/>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12F1FBE9" w14:textId="77777777">
        <w:trPr>
          <w:jc w:val="center"/>
        </w:trPr>
        <w:tc>
          <w:tcPr>
            <w:tcW w:w="10092" w:type="dxa"/>
            <w:shd w:val="clear" w:color="auto" w:fill="FCE4D6"/>
            <w:tcMar>
              <w:top w:w="120" w:type="dxa"/>
              <w:left w:w="150" w:type="dxa"/>
              <w:bottom w:w="120" w:type="dxa"/>
              <w:right w:w="150" w:type="dxa"/>
            </w:tcMar>
          </w:tcPr>
          <w:p w14:paraId="414DA47C" w14:textId="77777777" w:rsidR="0096746C" w:rsidRPr="004A324C" w:rsidRDefault="00000000">
            <w:pPr>
              <w:rPr>
                <w:lang w:val="el-GR"/>
              </w:rPr>
            </w:pPr>
            <w:r w:rsidRPr="004A324C">
              <w:rPr>
                <w:color w:val="2F5597"/>
                <w:lang w:val="el-GR"/>
              </w:rPr>
              <w:t>Σκοπός του εγγράφου</w:t>
            </w:r>
            <w:r w:rsidRPr="004A324C">
              <w:rPr>
                <w:color w:val="2F5597"/>
                <w:lang w:val="el-GR"/>
              </w:rPr>
              <w:br/>
              <w:t xml:space="preserve">Το πρόγραμμα αυτό εξηγεί πώς θα λειτουργεί στην πράξη το Κέντρο Απογευματινής Φροντίδας. Συνδυάζει το καθημερινό μοντέλο υπηρεσίας, την ασφάλεια των παιδιών, τη στελέχωση, τον εξατομικευμένο σχεδιασμό, τις δραστηριότητες, την επικοινωνία με τους γονείς, την τήρηση αρχείων, την ανασκόπηση και τη διασφάλιση ποιότητας. Πρέπει να διαβάζεται σε συνδυασμό με τις διαδικασίες του </w:t>
            </w:r>
            <w:r>
              <w:rPr>
                <w:color w:val="2F5597"/>
              </w:rPr>
              <w:t>ADHD</w:t>
            </w:r>
            <w:r w:rsidRPr="004A324C">
              <w:rPr>
                <w:color w:val="2F5597"/>
                <w:lang w:val="el-GR"/>
              </w:rPr>
              <w:t xml:space="preserve"> </w:t>
            </w:r>
            <w:r>
              <w:rPr>
                <w:color w:val="2F5597"/>
              </w:rPr>
              <w:t>Cyprus</w:t>
            </w:r>
            <w:r w:rsidRPr="004A324C">
              <w:rPr>
                <w:color w:val="2F5597"/>
                <w:lang w:val="el-GR"/>
              </w:rPr>
              <w:t xml:space="preserve"> για την προστασία των παιδιών, το προσωπικό, την προστασία δεδομένων, την υγεία και ασφάλεια και τη συμμόρφωση.</w:t>
            </w:r>
          </w:p>
          <w:p w14:paraId="5AABFC11" w14:textId="77777777" w:rsidR="0096746C" w:rsidRPr="004A324C" w:rsidRDefault="0096746C">
            <w:pPr>
              <w:spacing w:after="0"/>
              <w:rPr>
                <w:lang w:val="el-GR"/>
              </w:rPr>
            </w:pPr>
          </w:p>
        </w:tc>
      </w:tr>
    </w:tbl>
    <w:p w14:paraId="6859C40D" w14:textId="77777777" w:rsidR="0096746C" w:rsidRPr="004A324C" w:rsidRDefault="0096746C">
      <w:pPr>
        <w:spacing w:after="20"/>
        <w:rPr>
          <w:lang w:val="el-GR"/>
        </w:rPr>
      </w:pPr>
    </w:p>
    <w:p w14:paraId="56C31F95" w14:textId="77777777" w:rsidR="0096746C" w:rsidRPr="004A324C" w:rsidRDefault="00000000">
      <w:pPr>
        <w:rPr>
          <w:lang w:val="el-GR"/>
        </w:rPr>
      </w:pPr>
      <w:r w:rsidRPr="004A324C">
        <w:rPr>
          <w:lang w:val="el-GR"/>
        </w:rPr>
        <w:br w:type="page"/>
      </w:r>
    </w:p>
    <w:p w14:paraId="169F7072" w14:textId="77777777" w:rsidR="0096746C" w:rsidRPr="004A324C" w:rsidRDefault="00000000">
      <w:pPr>
        <w:pStyle w:val="Heading1"/>
        <w:rPr>
          <w:lang w:val="el-GR"/>
        </w:rPr>
      </w:pPr>
      <w:r w:rsidRPr="004A324C">
        <w:rPr>
          <w:lang w:val="el-GR"/>
        </w:rPr>
        <w:lastRenderedPageBreak/>
        <w:t>Περιεχόμενα</w:t>
      </w:r>
    </w:p>
    <w:p w14:paraId="7DA98CAB" w14:textId="77777777" w:rsidR="0096746C" w:rsidRPr="004A324C" w:rsidRDefault="00000000">
      <w:pPr>
        <w:spacing w:after="40"/>
        <w:ind w:left="142"/>
        <w:rPr>
          <w:lang w:val="el-GR"/>
        </w:rPr>
      </w:pPr>
      <w:r w:rsidRPr="004A324C">
        <w:rPr>
          <w:sz w:val="20"/>
          <w:lang w:val="el-GR"/>
        </w:rPr>
        <w:t>1. Σκοπός και πεδίο εφαρμογής</w:t>
      </w:r>
    </w:p>
    <w:p w14:paraId="6C86725B" w14:textId="77777777" w:rsidR="0096746C" w:rsidRPr="004A324C" w:rsidRDefault="00000000">
      <w:pPr>
        <w:spacing w:after="40"/>
        <w:ind w:left="142"/>
        <w:rPr>
          <w:lang w:val="el-GR"/>
        </w:rPr>
      </w:pPr>
      <w:r w:rsidRPr="004A324C">
        <w:rPr>
          <w:sz w:val="20"/>
          <w:lang w:val="el-GR"/>
        </w:rPr>
        <w:t>2. Αρχές λειτουργίας και αναμενόμενα αποτελέσματα</w:t>
      </w:r>
    </w:p>
    <w:p w14:paraId="7CDDFF2C" w14:textId="77777777" w:rsidR="0096746C" w:rsidRPr="004A324C" w:rsidRDefault="00000000">
      <w:pPr>
        <w:spacing w:after="40"/>
        <w:ind w:left="142"/>
        <w:rPr>
          <w:lang w:val="el-GR"/>
        </w:rPr>
      </w:pPr>
      <w:r w:rsidRPr="004A324C">
        <w:rPr>
          <w:sz w:val="20"/>
          <w:lang w:val="el-GR"/>
        </w:rPr>
        <w:t>3. Παιδιά που υποστηρίζονται και όρια της υπηρεσίας</w:t>
      </w:r>
    </w:p>
    <w:p w14:paraId="6B932D66" w14:textId="77777777" w:rsidR="0096746C" w:rsidRPr="004A324C" w:rsidRDefault="00000000">
      <w:pPr>
        <w:spacing w:after="40"/>
        <w:ind w:left="142"/>
        <w:rPr>
          <w:lang w:val="el-GR"/>
        </w:rPr>
      </w:pPr>
      <w:r w:rsidRPr="004A324C">
        <w:rPr>
          <w:sz w:val="20"/>
          <w:lang w:val="el-GR"/>
        </w:rPr>
        <w:t>4. Ηγεσία, διακυβέρνηση και λογοδοσία</w:t>
      </w:r>
    </w:p>
    <w:p w14:paraId="084189FC" w14:textId="77777777" w:rsidR="0096746C" w:rsidRPr="004A324C" w:rsidRDefault="00000000">
      <w:pPr>
        <w:spacing w:after="40"/>
        <w:ind w:left="142"/>
        <w:rPr>
          <w:lang w:val="el-GR"/>
        </w:rPr>
      </w:pPr>
      <w:r w:rsidRPr="004A324C">
        <w:rPr>
          <w:sz w:val="20"/>
          <w:lang w:val="el-GR"/>
        </w:rPr>
        <w:t>5. Πορεία του παιδιού: ενδιαφέρον, εισαγωγή, υποστήριξη και μετάβαση</w:t>
      </w:r>
    </w:p>
    <w:p w14:paraId="555739A0" w14:textId="77777777" w:rsidR="0096746C" w:rsidRPr="004A324C" w:rsidRDefault="00000000">
      <w:pPr>
        <w:spacing w:after="40"/>
        <w:ind w:left="142"/>
        <w:rPr>
          <w:lang w:val="el-GR"/>
        </w:rPr>
      </w:pPr>
      <w:r w:rsidRPr="004A324C">
        <w:rPr>
          <w:sz w:val="20"/>
          <w:lang w:val="el-GR"/>
        </w:rPr>
        <w:t>6. Αξιολόγηση και εξατομικευμένος σχεδιασμός υποστήριξης</w:t>
      </w:r>
    </w:p>
    <w:p w14:paraId="0E4A87FE" w14:textId="77777777" w:rsidR="0096746C" w:rsidRPr="004A324C" w:rsidRDefault="00000000">
      <w:pPr>
        <w:spacing w:after="40"/>
        <w:ind w:left="142"/>
        <w:rPr>
          <w:lang w:val="el-GR"/>
        </w:rPr>
      </w:pPr>
      <w:r w:rsidRPr="004A324C">
        <w:rPr>
          <w:sz w:val="20"/>
          <w:lang w:val="el-GR"/>
        </w:rPr>
        <w:t>7. Καθημερινή λειτουργία του Κέντρου</w:t>
      </w:r>
    </w:p>
    <w:p w14:paraId="5C4FDF15" w14:textId="77777777" w:rsidR="0096746C" w:rsidRPr="004A324C" w:rsidRDefault="00000000">
      <w:pPr>
        <w:spacing w:after="40"/>
        <w:ind w:left="142"/>
        <w:rPr>
          <w:lang w:val="el-GR"/>
        </w:rPr>
      </w:pPr>
      <w:r w:rsidRPr="004A324C">
        <w:rPr>
          <w:sz w:val="20"/>
          <w:lang w:val="el-GR"/>
        </w:rPr>
        <w:t>8. Καθημερινό πρόγραμμα</w:t>
      </w:r>
    </w:p>
    <w:p w14:paraId="7F2E113A" w14:textId="77777777" w:rsidR="0096746C" w:rsidRPr="004A324C" w:rsidRDefault="00000000">
      <w:pPr>
        <w:spacing w:after="40"/>
        <w:ind w:left="142"/>
        <w:rPr>
          <w:lang w:val="el-GR"/>
        </w:rPr>
      </w:pPr>
      <w:r w:rsidRPr="004A324C">
        <w:rPr>
          <w:sz w:val="20"/>
          <w:lang w:val="el-GR"/>
        </w:rPr>
        <w:t>9. Μοντέλο εβδομαδιαίου προγράμματος</w:t>
      </w:r>
    </w:p>
    <w:p w14:paraId="2557CDCA" w14:textId="77777777" w:rsidR="0096746C" w:rsidRPr="004A324C" w:rsidRDefault="00000000">
      <w:pPr>
        <w:spacing w:after="40"/>
        <w:ind w:left="142"/>
        <w:rPr>
          <w:lang w:val="el-GR"/>
        </w:rPr>
      </w:pPr>
      <w:r w:rsidRPr="004A324C">
        <w:rPr>
          <w:sz w:val="20"/>
          <w:lang w:val="el-GR"/>
        </w:rPr>
        <w:t>10. Οι πρώτες οκτώ εβδομάδες από τον Σεπτέμβριο</w:t>
      </w:r>
    </w:p>
    <w:p w14:paraId="347E91A1" w14:textId="77777777" w:rsidR="0096746C" w:rsidRPr="004A324C" w:rsidRDefault="00000000">
      <w:pPr>
        <w:spacing w:after="40"/>
        <w:ind w:left="142"/>
        <w:rPr>
          <w:lang w:val="el-GR"/>
        </w:rPr>
      </w:pPr>
      <w:r w:rsidRPr="004A324C">
        <w:rPr>
          <w:sz w:val="20"/>
          <w:lang w:val="el-GR"/>
        </w:rPr>
        <w:t xml:space="preserve">11. Υποστήριξη στην κατ’ </w:t>
      </w:r>
      <w:proofErr w:type="spellStart"/>
      <w:r w:rsidRPr="004A324C">
        <w:rPr>
          <w:sz w:val="20"/>
          <w:lang w:val="el-GR"/>
        </w:rPr>
        <w:t>οίκον</w:t>
      </w:r>
      <w:proofErr w:type="spellEnd"/>
      <w:r w:rsidRPr="004A324C">
        <w:rPr>
          <w:sz w:val="20"/>
          <w:lang w:val="el-GR"/>
        </w:rPr>
        <w:t xml:space="preserve"> εργασία και τη μάθηση</w:t>
      </w:r>
    </w:p>
    <w:p w14:paraId="76A59FC2" w14:textId="77777777" w:rsidR="0096746C" w:rsidRPr="004A324C" w:rsidRDefault="00000000">
      <w:pPr>
        <w:spacing w:after="40"/>
        <w:ind w:left="142"/>
        <w:rPr>
          <w:lang w:val="el-GR"/>
        </w:rPr>
      </w:pPr>
      <w:r w:rsidRPr="004A324C">
        <w:rPr>
          <w:sz w:val="20"/>
          <w:lang w:val="el-GR"/>
        </w:rPr>
        <w:t>12. Κοινωνική ανάπτυξη, συναισθηματική ρύθμιση και αυτονομία</w:t>
      </w:r>
    </w:p>
    <w:p w14:paraId="4AEEC040" w14:textId="77777777" w:rsidR="0096746C" w:rsidRPr="004A324C" w:rsidRDefault="00000000">
      <w:pPr>
        <w:spacing w:after="40"/>
        <w:ind w:left="142"/>
        <w:rPr>
          <w:lang w:val="el-GR"/>
        </w:rPr>
      </w:pPr>
      <w:r w:rsidRPr="004A324C">
        <w:rPr>
          <w:sz w:val="20"/>
          <w:lang w:val="el-GR"/>
        </w:rPr>
        <w:t>13. Θετική υποστήριξη συμπεριφοράς</w:t>
      </w:r>
    </w:p>
    <w:p w14:paraId="44522AF2" w14:textId="77777777" w:rsidR="0096746C" w:rsidRPr="004A324C" w:rsidRDefault="00000000">
      <w:pPr>
        <w:spacing w:after="40"/>
        <w:ind w:left="142"/>
        <w:rPr>
          <w:lang w:val="el-GR"/>
        </w:rPr>
      </w:pPr>
      <w:r w:rsidRPr="004A324C">
        <w:rPr>
          <w:sz w:val="20"/>
          <w:lang w:val="el-GR"/>
        </w:rPr>
        <w:t>14. Επικοινωνία, αισθητηριακές ανάγκες και συμπερίληψη</w:t>
      </w:r>
    </w:p>
    <w:p w14:paraId="1F465BA2" w14:textId="77777777" w:rsidR="0096746C" w:rsidRPr="004A324C" w:rsidRDefault="00000000">
      <w:pPr>
        <w:spacing w:after="40"/>
        <w:ind w:left="142"/>
        <w:rPr>
          <w:lang w:val="el-GR"/>
        </w:rPr>
      </w:pPr>
      <w:r w:rsidRPr="004A324C">
        <w:rPr>
          <w:sz w:val="20"/>
          <w:lang w:val="el-GR"/>
        </w:rPr>
        <w:t>15. Δομή και κατανομή προσωπικού</w:t>
      </w:r>
    </w:p>
    <w:p w14:paraId="693627E5" w14:textId="77777777" w:rsidR="0096746C" w:rsidRPr="004A324C" w:rsidRDefault="00000000">
      <w:pPr>
        <w:spacing w:after="40"/>
        <w:ind w:left="142"/>
        <w:rPr>
          <w:lang w:val="el-GR"/>
        </w:rPr>
      </w:pPr>
      <w:r w:rsidRPr="004A324C">
        <w:rPr>
          <w:sz w:val="20"/>
          <w:lang w:val="el-GR"/>
        </w:rPr>
        <w:t>16. Προστασία και ασφάλεια των παιδιών</w:t>
      </w:r>
    </w:p>
    <w:p w14:paraId="5DA5786C" w14:textId="77777777" w:rsidR="0096746C" w:rsidRPr="004A324C" w:rsidRDefault="00000000">
      <w:pPr>
        <w:spacing w:after="40"/>
        <w:ind w:left="142"/>
        <w:rPr>
          <w:lang w:val="el-GR"/>
        </w:rPr>
      </w:pPr>
      <w:r w:rsidRPr="004A324C">
        <w:rPr>
          <w:sz w:val="20"/>
          <w:lang w:val="el-GR"/>
        </w:rPr>
        <w:t>17. Υγεία, φαρμακευτική αγωγή, πρώτες βοήθειες και επείγοντα περιστατικά</w:t>
      </w:r>
    </w:p>
    <w:p w14:paraId="3009A738" w14:textId="77777777" w:rsidR="0096746C" w:rsidRPr="004A324C" w:rsidRDefault="00000000">
      <w:pPr>
        <w:spacing w:after="40"/>
        <w:ind w:left="142"/>
        <w:rPr>
          <w:lang w:val="el-GR"/>
        </w:rPr>
      </w:pPr>
      <w:r w:rsidRPr="004A324C">
        <w:rPr>
          <w:sz w:val="20"/>
          <w:lang w:val="el-GR"/>
        </w:rPr>
        <w:t>18. Παρουσία, άφιξη, παραλαβή και μεταφορά</w:t>
      </w:r>
    </w:p>
    <w:p w14:paraId="7D60DCF7" w14:textId="77777777" w:rsidR="0096746C" w:rsidRPr="004A324C" w:rsidRDefault="00000000">
      <w:pPr>
        <w:spacing w:after="40"/>
        <w:ind w:left="142"/>
        <w:rPr>
          <w:lang w:val="el-GR"/>
        </w:rPr>
      </w:pPr>
      <w:r w:rsidRPr="004A324C">
        <w:rPr>
          <w:sz w:val="20"/>
          <w:lang w:val="el-GR"/>
        </w:rPr>
        <w:t>19. Φαγητό, σνακ και αλλεργίες</w:t>
      </w:r>
    </w:p>
    <w:p w14:paraId="0809F6D4" w14:textId="77777777" w:rsidR="0096746C" w:rsidRPr="004A324C" w:rsidRDefault="00000000">
      <w:pPr>
        <w:spacing w:after="40"/>
        <w:ind w:left="142"/>
        <w:rPr>
          <w:lang w:val="el-GR"/>
        </w:rPr>
      </w:pPr>
      <w:r w:rsidRPr="004A324C">
        <w:rPr>
          <w:sz w:val="20"/>
          <w:lang w:val="el-GR"/>
        </w:rPr>
        <w:t>20. Εκδρομές και δραστηριότητες στην κοινότητα</w:t>
      </w:r>
    </w:p>
    <w:p w14:paraId="014EE9AD" w14:textId="77777777" w:rsidR="0096746C" w:rsidRPr="004A324C" w:rsidRDefault="00000000">
      <w:pPr>
        <w:spacing w:after="40"/>
        <w:ind w:left="142"/>
        <w:rPr>
          <w:lang w:val="el-GR"/>
        </w:rPr>
      </w:pPr>
      <w:r w:rsidRPr="004A324C">
        <w:rPr>
          <w:sz w:val="20"/>
          <w:lang w:val="el-GR"/>
        </w:rPr>
        <w:t>21. Επικοινωνία με γονείς και οικογένειες</w:t>
      </w:r>
    </w:p>
    <w:p w14:paraId="4B675056" w14:textId="77777777" w:rsidR="0096746C" w:rsidRPr="004A324C" w:rsidRDefault="00000000">
      <w:pPr>
        <w:spacing w:after="40"/>
        <w:ind w:left="142"/>
        <w:rPr>
          <w:lang w:val="el-GR"/>
        </w:rPr>
      </w:pPr>
      <w:r w:rsidRPr="004A324C">
        <w:rPr>
          <w:sz w:val="20"/>
          <w:lang w:val="el-GR"/>
        </w:rPr>
        <w:t>22. Τήρηση αρχείων, εμπιστευτικότητα και διαχείριση πληροφοριών</w:t>
      </w:r>
    </w:p>
    <w:p w14:paraId="5581DFD0" w14:textId="77777777" w:rsidR="0096746C" w:rsidRPr="004A324C" w:rsidRDefault="00000000">
      <w:pPr>
        <w:spacing w:after="40"/>
        <w:ind w:left="142"/>
        <w:rPr>
          <w:lang w:val="el-GR"/>
        </w:rPr>
      </w:pPr>
      <w:r w:rsidRPr="004A324C">
        <w:rPr>
          <w:sz w:val="20"/>
          <w:lang w:val="el-GR"/>
        </w:rPr>
        <w:t>23. Συναντήσεις προσωπικού, εποπτεία και επαγγελματική ανάπτυξη</w:t>
      </w:r>
    </w:p>
    <w:p w14:paraId="72741B6E" w14:textId="77777777" w:rsidR="0096746C" w:rsidRPr="004A324C" w:rsidRDefault="00000000">
      <w:pPr>
        <w:spacing w:after="40"/>
        <w:ind w:left="142"/>
        <w:rPr>
          <w:lang w:val="el-GR"/>
        </w:rPr>
      </w:pPr>
      <w:r w:rsidRPr="004A324C">
        <w:rPr>
          <w:sz w:val="20"/>
          <w:lang w:val="el-GR"/>
        </w:rPr>
        <w:t>24. Παρακολούθηση προόδου και αποτελεσμάτων των παιδιών</w:t>
      </w:r>
    </w:p>
    <w:p w14:paraId="6B4D483D" w14:textId="77777777" w:rsidR="0096746C" w:rsidRPr="004A324C" w:rsidRDefault="00000000">
      <w:pPr>
        <w:spacing w:after="40"/>
        <w:ind w:left="142"/>
        <w:rPr>
          <w:lang w:val="el-GR"/>
        </w:rPr>
      </w:pPr>
      <w:r w:rsidRPr="004A324C">
        <w:rPr>
          <w:sz w:val="20"/>
          <w:lang w:val="el-GR"/>
        </w:rPr>
        <w:t>25. Διασφάλιση ποιότητας και ενημέρωση του Διοικητικού Συμβουλίου</w:t>
      </w:r>
    </w:p>
    <w:p w14:paraId="0ED940FA" w14:textId="77777777" w:rsidR="0096746C" w:rsidRPr="004A324C" w:rsidRDefault="00000000">
      <w:pPr>
        <w:spacing w:after="40"/>
        <w:ind w:left="142"/>
        <w:rPr>
          <w:lang w:val="el-GR"/>
        </w:rPr>
      </w:pPr>
      <w:r w:rsidRPr="004A324C">
        <w:rPr>
          <w:sz w:val="20"/>
          <w:lang w:val="el-GR"/>
        </w:rPr>
        <w:t>26. Ετήσιος κύκλος λειτουργίας</w:t>
      </w:r>
    </w:p>
    <w:p w14:paraId="3F9E7131" w14:textId="77777777" w:rsidR="0096746C" w:rsidRPr="004A324C" w:rsidRDefault="00000000">
      <w:pPr>
        <w:spacing w:after="40"/>
        <w:ind w:left="142"/>
        <w:rPr>
          <w:lang w:val="el-GR"/>
        </w:rPr>
      </w:pPr>
      <w:r w:rsidRPr="004A324C">
        <w:rPr>
          <w:sz w:val="20"/>
          <w:lang w:val="el-GR"/>
        </w:rPr>
        <w:t>27. Σχέδιο έναρξης Σεπτεμβρίου</w:t>
      </w:r>
    </w:p>
    <w:p w14:paraId="3C692B62" w14:textId="77777777" w:rsidR="0096746C" w:rsidRPr="004A324C" w:rsidRDefault="00000000">
      <w:pPr>
        <w:spacing w:after="40"/>
        <w:ind w:left="142"/>
        <w:rPr>
          <w:lang w:val="el-GR"/>
        </w:rPr>
      </w:pPr>
      <w:r w:rsidRPr="004A324C">
        <w:rPr>
          <w:sz w:val="20"/>
          <w:lang w:val="el-GR"/>
        </w:rPr>
        <w:t>Παράρτημα Α. Καθημερινή ενημέρωση προσωπικού</w:t>
      </w:r>
    </w:p>
    <w:p w14:paraId="29B22C7D" w14:textId="77777777" w:rsidR="0096746C" w:rsidRPr="004A324C" w:rsidRDefault="00000000">
      <w:pPr>
        <w:spacing w:after="40"/>
        <w:ind w:left="142"/>
        <w:rPr>
          <w:lang w:val="el-GR"/>
        </w:rPr>
      </w:pPr>
      <w:r w:rsidRPr="004A324C">
        <w:rPr>
          <w:sz w:val="20"/>
          <w:lang w:val="el-GR"/>
        </w:rPr>
        <w:t>Παράρτημα Β. Πρότυπο εβδομαδιαίου προγραμματισμού</w:t>
      </w:r>
    </w:p>
    <w:p w14:paraId="336181BD" w14:textId="77777777" w:rsidR="0096746C" w:rsidRPr="004A324C" w:rsidRDefault="00000000">
      <w:pPr>
        <w:spacing w:after="40"/>
        <w:ind w:left="142"/>
        <w:rPr>
          <w:lang w:val="el-GR"/>
        </w:rPr>
      </w:pPr>
      <w:r w:rsidRPr="004A324C">
        <w:rPr>
          <w:sz w:val="20"/>
          <w:lang w:val="el-GR"/>
        </w:rPr>
        <w:t>Παράρτημα Γ. Μηνιαία ανασκόπηση παιδιού</w:t>
      </w:r>
    </w:p>
    <w:p w14:paraId="3EBB10B1" w14:textId="77777777" w:rsidR="0096746C" w:rsidRPr="004A324C" w:rsidRDefault="00000000">
      <w:pPr>
        <w:spacing w:after="40"/>
        <w:ind w:left="142"/>
        <w:rPr>
          <w:lang w:val="el-GR"/>
        </w:rPr>
      </w:pPr>
      <w:r w:rsidRPr="004A324C">
        <w:rPr>
          <w:sz w:val="20"/>
          <w:lang w:val="el-GR"/>
        </w:rPr>
        <w:t>Παράρτημα Δ. Καθημερινός κατάλογος ελέγχου ανοίγματος και κλεισίματος</w:t>
      </w:r>
    </w:p>
    <w:p w14:paraId="297C38C2" w14:textId="77777777" w:rsidR="0096746C" w:rsidRPr="004A324C" w:rsidRDefault="00000000">
      <w:pPr>
        <w:rPr>
          <w:lang w:val="el-GR"/>
        </w:rPr>
      </w:pPr>
      <w:r w:rsidRPr="004A324C">
        <w:rPr>
          <w:lang w:val="el-GR"/>
        </w:rPr>
        <w:br w:type="page"/>
      </w:r>
    </w:p>
    <w:p w14:paraId="1D9A37E1" w14:textId="77777777" w:rsidR="0096746C" w:rsidRPr="004A324C" w:rsidRDefault="00000000">
      <w:pPr>
        <w:pStyle w:val="Heading1"/>
        <w:rPr>
          <w:lang w:val="el-GR"/>
        </w:rPr>
      </w:pPr>
      <w:r w:rsidRPr="004A324C">
        <w:rPr>
          <w:lang w:val="el-GR"/>
        </w:rPr>
        <w:lastRenderedPageBreak/>
        <w:t>1. Σκοπός και πεδίο εφαρμογής</w:t>
      </w:r>
    </w:p>
    <w:p w14:paraId="405E7E91" w14:textId="77777777" w:rsidR="0096746C" w:rsidRPr="004A324C" w:rsidRDefault="00000000">
      <w:pPr>
        <w:rPr>
          <w:lang w:val="el-GR"/>
        </w:rPr>
      </w:pPr>
      <w:r w:rsidRPr="004A324C">
        <w:rPr>
          <w:lang w:val="el-GR"/>
        </w:rPr>
        <w:t xml:space="preserve">Το Κέντρο Απογευματινής Φροντίδας έχει ως στόχο να παρέχει ένα ασφαλές, δομημένο και υποστηρικτικό περιβάλλον, μέσα στο οποίο τα παιδιά μπορούν να ολοκληρώνουν την κατ’ </w:t>
      </w:r>
      <w:proofErr w:type="spellStart"/>
      <w:r w:rsidRPr="004A324C">
        <w:rPr>
          <w:lang w:val="el-GR"/>
        </w:rPr>
        <w:t>οίκον</w:t>
      </w:r>
      <w:proofErr w:type="spellEnd"/>
      <w:r w:rsidRPr="004A324C">
        <w:rPr>
          <w:lang w:val="el-GR"/>
        </w:rPr>
        <w:t xml:space="preserve"> εργασία τους, να ενισχύουν την αυτοπεποίθησή τους, να αναπτύσσουν κοινωνικές και συναισθηματικές δεξιότητες, να συμμετέχουν σε ευχάριστες δραστηριότητες και να λαμβάνουν υποστήριξη που ανταποκρίνεται στις ατομικές τους ανάγκες.</w:t>
      </w:r>
    </w:p>
    <w:p w14:paraId="042A53A0" w14:textId="77777777" w:rsidR="0096746C" w:rsidRPr="004A324C" w:rsidRDefault="00000000">
      <w:pPr>
        <w:rPr>
          <w:lang w:val="el-GR"/>
        </w:rPr>
      </w:pPr>
      <w:r w:rsidRPr="004A324C">
        <w:rPr>
          <w:lang w:val="el-GR"/>
        </w:rPr>
        <w:t>Το επιχειρησιακό πρόγραμμα έχει σχεδιαστεί ώστε να διασφαλίζει ότι το Κέντρο δεν λειτουργεί απλώς ως ένας χώρος στον οποίο τα παιδιά παραμένουν μετά το σχολείο. Κάθε πτυχή της υπηρεσίας πρέπει να συμβάλλει στην ασφάλεια, την ανάπτυξη, τη συμμετοχή και την ευημερία των παιδιών. Το προσωπικό πρέπει να κατανοεί όχι μόνο τι κάνει, αλλά και γιατί το κάνει και ποια θετική αλλαγή επιδιώκει να επιφέρει κάθε δραστηριότητα ή παρέμβαση.</w:t>
      </w:r>
    </w:p>
    <w:p w14:paraId="66D6D785" w14:textId="77777777" w:rsidR="0096746C" w:rsidRPr="004A324C" w:rsidRDefault="00000000">
      <w:pPr>
        <w:rPr>
          <w:lang w:val="el-GR"/>
        </w:rPr>
      </w:pPr>
      <w:r w:rsidRPr="004A324C">
        <w:rPr>
          <w:lang w:val="el-GR"/>
        </w:rPr>
        <w:t>Το πρόγραμμα εφαρμόζεται στις τακτικές απογευματινές συνεδρίες, στις οργανωμένες δραστηριότητες, στις επισκέψεις εκτός Κέντρου, στις ρυθμίσεις μεταφοράς, στην επικοινωνία με γονείς και σε κάθε άλλη δραστηριότητα του Κέντρου που περιλαμβάνει παιδιά. Όπου υπάρχει ειδικότερη πολιτική ή διαδικασία, αυτή υπερισχύει και αποτελεί το καθοριστικό έγγραφο.</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2205EA85" w14:textId="77777777">
        <w:trPr>
          <w:jc w:val="center"/>
        </w:trPr>
        <w:tc>
          <w:tcPr>
            <w:tcW w:w="10092" w:type="dxa"/>
            <w:shd w:val="clear" w:color="auto" w:fill="EEF3F8"/>
            <w:tcMar>
              <w:top w:w="120" w:type="dxa"/>
              <w:left w:w="150" w:type="dxa"/>
              <w:bottom w:w="120" w:type="dxa"/>
              <w:right w:w="150" w:type="dxa"/>
            </w:tcMar>
          </w:tcPr>
          <w:p w14:paraId="5B170492" w14:textId="77777777" w:rsidR="0096746C" w:rsidRPr="004A324C" w:rsidRDefault="00000000">
            <w:pPr>
              <w:rPr>
                <w:lang w:val="el-GR"/>
              </w:rPr>
            </w:pPr>
            <w:r w:rsidRPr="004A324C">
              <w:rPr>
                <w:color w:val="2F5597"/>
                <w:lang w:val="el-GR"/>
              </w:rPr>
              <w:t>Επιχειρησιακό πρότυπο</w:t>
            </w:r>
            <w:r w:rsidRPr="004A324C">
              <w:rPr>
                <w:color w:val="2F5597"/>
                <w:lang w:val="el-GR"/>
              </w:rPr>
              <w:br/>
              <w:t>Κανένα παιδί δεν πρέπει να συμμετέχει σε υπηρεσία όπου το προσωπικό δεν είναι σαφές ως προς το ποιος έχει την ευθύνη του, ποιες είναι οι ατομικές του ανάγκες, πώς πρέπει να διατηρείται ασφαλές ή τι πρέπει να γίνει εάν προκύψει ανησυχία.</w:t>
            </w:r>
          </w:p>
          <w:p w14:paraId="1D174D87" w14:textId="77777777" w:rsidR="0096746C" w:rsidRPr="004A324C" w:rsidRDefault="0096746C">
            <w:pPr>
              <w:spacing w:after="0"/>
              <w:rPr>
                <w:lang w:val="el-GR"/>
              </w:rPr>
            </w:pPr>
          </w:p>
        </w:tc>
      </w:tr>
    </w:tbl>
    <w:p w14:paraId="5802A5D0" w14:textId="77777777" w:rsidR="0096746C" w:rsidRPr="004A324C" w:rsidRDefault="0096746C">
      <w:pPr>
        <w:spacing w:after="20"/>
        <w:rPr>
          <w:lang w:val="el-GR"/>
        </w:rPr>
      </w:pPr>
    </w:p>
    <w:p w14:paraId="78A010EC" w14:textId="77777777" w:rsidR="0096746C" w:rsidRPr="004A324C" w:rsidRDefault="00000000">
      <w:pPr>
        <w:pStyle w:val="Heading1"/>
        <w:rPr>
          <w:lang w:val="el-GR"/>
        </w:rPr>
      </w:pPr>
      <w:r w:rsidRPr="004A324C">
        <w:rPr>
          <w:lang w:val="el-GR"/>
        </w:rPr>
        <w:t>2. Αρχές λειτουργίας και αναμενόμενα αποτελέσματα</w:t>
      </w:r>
    </w:p>
    <w:p w14:paraId="2FB6314F" w14:textId="77777777" w:rsidR="0096746C" w:rsidRPr="004A324C" w:rsidRDefault="00000000">
      <w:pPr>
        <w:rPr>
          <w:lang w:val="el-GR"/>
        </w:rPr>
      </w:pPr>
      <w:r w:rsidRPr="004A324C">
        <w:rPr>
          <w:lang w:val="el-GR"/>
        </w:rPr>
        <w:t>Το Κέντρο θα λειτουργεί με βάση έξι αλληλένδετες αρχές: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984"/>
        <w:gridCol w:w="7937"/>
      </w:tblGrid>
      <w:tr w:rsidR="0096746C" w14:paraId="49D9BA90" w14:textId="77777777">
        <w:trPr>
          <w:cantSplit/>
          <w:tblHeader/>
          <w:jc w:val="center"/>
        </w:trPr>
        <w:tc>
          <w:tcPr>
            <w:tcW w:w="1984" w:type="dxa"/>
            <w:shd w:val="clear" w:color="auto" w:fill="D9E2F3"/>
            <w:tcMar>
              <w:top w:w="70" w:type="dxa"/>
              <w:left w:w="85" w:type="dxa"/>
              <w:bottom w:w="70" w:type="dxa"/>
              <w:right w:w="85" w:type="dxa"/>
            </w:tcMar>
            <w:vAlign w:val="center"/>
          </w:tcPr>
          <w:p w14:paraId="7B8E7C09" w14:textId="77777777" w:rsidR="0096746C" w:rsidRDefault="00000000">
            <w:proofErr w:type="spellStart"/>
            <w:r>
              <w:rPr>
                <w:color w:val="2F5597"/>
                <w:sz w:val="18"/>
              </w:rPr>
              <w:t>Αρχή</w:t>
            </w:r>
            <w:proofErr w:type="spellEnd"/>
          </w:p>
        </w:tc>
        <w:tc>
          <w:tcPr>
            <w:tcW w:w="7937" w:type="dxa"/>
            <w:shd w:val="clear" w:color="auto" w:fill="D9E2F3"/>
            <w:tcMar>
              <w:top w:w="70" w:type="dxa"/>
              <w:left w:w="85" w:type="dxa"/>
              <w:bottom w:w="70" w:type="dxa"/>
              <w:right w:w="85" w:type="dxa"/>
            </w:tcMar>
            <w:vAlign w:val="center"/>
          </w:tcPr>
          <w:p w14:paraId="24396B65" w14:textId="77777777" w:rsidR="0096746C" w:rsidRDefault="00000000">
            <w:r>
              <w:rPr>
                <w:color w:val="2F5597"/>
                <w:sz w:val="18"/>
              </w:rPr>
              <w:t>Τι σημαίνει στην πράξη</w:t>
            </w:r>
          </w:p>
        </w:tc>
      </w:tr>
      <w:tr w:rsidR="0096746C" w:rsidRPr="004A324C" w14:paraId="20DEEC0B" w14:textId="77777777">
        <w:trPr>
          <w:cantSplit/>
          <w:jc w:val="center"/>
        </w:trPr>
        <w:tc>
          <w:tcPr>
            <w:tcW w:w="1984" w:type="dxa"/>
            <w:tcMar>
              <w:top w:w="65" w:type="dxa"/>
              <w:left w:w="80" w:type="dxa"/>
              <w:bottom w:w="65" w:type="dxa"/>
              <w:right w:w="80" w:type="dxa"/>
            </w:tcMar>
          </w:tcPr>
          <w:p w14:paraId="40D6FAFB" w14:textId="77777777" w:rsidR="0096746C" w:rsidRDefault="00000000">
            <w:r>
              <w:rPr>
                <w:sz w:val="18"/>
              </w:rPr>
              <w:t>Ασφάλεια</w:t>
            </w:r>
          </w:p>
        </w:tc>
        <w:tc>
          <w:tcPr>
            <w:tcW w:w="7937" w:type="dxa"/>
            <w:tcMar>
              <w:top w:w="65" w:type="dxa"/>
              <w:left w:w="80" w:type="dxa"/>
              <w:bottom w:w="65" w:type="dxa"/>
              <w:right w:w="80" w:type="dxa"/>
            </w:tcMar>
          </w:tcPr>
          <w:p w14:paraId="126752C4" w14:textId="77777777" w:rsidR="0096746C" w:rsidRPr="004A324C" w:rsidRDefault="00000000">
            <w:pPr>
              <w:rPr>
                <w:lang w:val="el-GR"/>
              </w:rPr>
            </w:pPr>
            <w:r w:rsidRPr="004A324C">
              <w:rPr>
                <w:sz w:val="18"/>
                <w:lang w:val="el-GR"/>
              </w:rPr>
              <w:t>Τα παιδιά προστατεύονται από αποτρέψιμη βλάβη και οι ανησυχίες προστασίας αναγνωρίζονται, καταγράφονται και αντιμετωπίζονται έγκαιρα.</w:t>
            </w:r>
          </w:p>
        </w:tc>
      </w:tr>
      <w:tr w:rsidR="0096746C" w:rsidRPr="004A324C" w14:paraId="4675B491" w14:textId="77777777">
        <w:trPr>
          <w:cantSplit/>
          <w:jc w:val="center"/>
        </w:trPr>
        <w:tc>
          <w:tcPr>
            <w:tcW w:w="1984" w:type="dxa"/>
            <w:tcMar>
              <w:top w:w="65" w:type="dxa"/>
              <w:left w:w="80" w:type="dxa"/>
              <w:bottom w:w="65" w:type="dxa"/>
              <w:right w:w="80" w:type="dxa"/>
            </w:tcMar>
          </w:tcPr>
          <w:p w14:paraId="23121660" w14:textId="77777777" w:rsidR="0096746C" w:rsidRDefault="00000000">
            <w:proofErr w:type="spellStart"/>
            <w:r>
              <w:rPr>
                <w:sz w:val="18"/>
              </w:rPr>
              <w:t>Ατομικότητ</w:t>
            </w:r>
            <w:proofErr w:type="spellEnd"/>
            <w:r>
              <w:rPr>
                <w:sz w:val="18"/>
              </w:rPr>
              <w:t>α</w:t>
            </w:r>
          </w:p>
        </w:tc>
        <w:tc>
          <w:tcPr>
            <w:tcW w:w="7937" w:type="dxa"/>
            <w:tcMar>
              <w:top w:w="65" w:type="dxa"/>
              <w:left w:w="80" w:type="dxa"/>
              <w:bottom w:w="65" w:type="dxa"/>
              <w:right w:w="80" w:type="dxa"/>
            </w:tcMar>
          </w:tcPr>
          <w:p w14:paraId="07F11315" w14:textId="77777777" w:rsidR="0096746C" w:rsidRPr="004A324C" w:rsidRDefault="00000000">
            <w:pPr>
              <w:rPr>
                <w:lang w:val="el-GR"/>
              </w:rPr>
            </w:pPr>
            <w:r w:rsidRPr="004A324C">
              <w:rPr>
                <w:sz w:val="18"/>
                <w:lang w:val="el-GR"/>
              </w:rPr>
              <w:t>Κάθε παιδί αντιμετωπίζεται ως ξεχωριστό άτομο. Η υποστήριξη προσαρμόζεται στα δυνατά σημεία, τις ανάγκες, την επικοινωνία, την ανάπτυξη και τις οικογενειακές περιστάσεις.</w:t>
            </w:r>
          </w:p>
        </w:tc>
      </w:tr>
      <w:tr w:rsidR="0096746C" w:rsidRPr="004A324C" w14:paraId="52E7D4E7" w14:textId="77777777">
        <w:trPr>
          <w:cantSplit/>
          <w:jc w:val="center"/>
        </w:trPr>
        <w:tc>
          <w:tcPr>
            <w:tcW w:w="1984" w:type="dxa"/>
            <w:tcMar>
              <w:top w:w="65" w:type="dxa"/>
              <w:left w:w="80" w:type="dxa"/>
              <w:bottom w:w="65" w:type="dxa"/>
              <w:right w:w="80" w:type="dxa"/>
            </w:tcMar>
          </w:tcPr>
          <w:p w14:paraId="2C9CF166" w14:textId="77777777" w:rsidR="0096746C" w:rsidRDefault="00000000">
            <w:proofErr w:type="spellStart"/>
            <w:r>
              <w:rPr>
                <w:sz w:val="18"/>
              </w:rPr>
              <w:t>Προ</w:t>
            </w:r>
            <w:proofErr w:type="spellEnd"/>
            <w:r>
              <w:rPr>
                <w:sz w:val="18"/>
              </w:rPr>
              <w:t>βλεψιμότητα</w:t>
            </w:r>
          </w:p>
        </w:tc>
        <w:tc>
          <w:tcPr>
            <w:tcW w:w="7937" w:type="dxa"/>
            <w:tcMar>
              <w:top w:w="65" w:type="dxa"/>
              <w:left w:w="80" w:type="dxa"/>
              <w:bottom w:w="65" w:type="dxa"/>
              <w:right w:w="80" w:type="dxa"/>
            </w:tcMar>
          </w:tcPr>
          <w:p w14:paraId="1BE59DEA" w14:textId="77777777" w:rsidR="0096746C" w:rsidRPr="004A324C" w:rsidRDefault="00000000">
            <w:pPr>
              <w:rPr>
                <w:lang w:val="el-GR"/>
              </w:rPr>
            </w:pPr>
            <w:r w:rsidRPr="004A324C">
              <w:rPr>
                <w:sz w:val="18"/>
                <w:lang w:val="el-GR"/>
              </w:rPr>
              <w:t xml:space="preserve">Το Κέντρο ακολουθεί σαφείς </w:t>
            </w:r>
            <w:proofErr w:type="spellStart"/>
            <w:r w:rsidRPr="004A324C">
              <w:rPr>
                <w:sz w:val="18"/>
                <w:lang w:val="el-GR"/>
              </w:rPr>
              <w:t>ρουτίνες</w:t>
            </w:r>
            <w:proofErr w:type="spellEnd"/>
            <w:r w:rsidRPr="004A324C">
              <w:rPr>
                <w:sz w:val="18"/>
                <w:lang w:val="el-GR"/>
              </w:rPr>
              <w:t xml:space="preserve"> ώστε τα παιδιά να γνωρίζουν τι συμβαίνει, τι αναμένεται από αυτά και ποιος είναι διαθέσιμος να βοηθήσει.</w:t>
            </w:r>
          </w:p>
        </w:tc>
      </w:tr>
      <w:tr w:rsidR="0096746C" w:rsidRPr="004A324C" w14:paraId="00F4231A" w14:textId="77777777">
        <w:trPr>
          <w:cantSplit/>
          <w:jc w:val="center"/>
        </w:trPr>
        <w:tc>
          <w:tcPr>
            <w:tcW w:w="1984" w:type="dxa"/>
            <w:tcMar>
              <w:top w:w="65" w:type="dxa"/>
              <w:left w:w="80" w:type="dxa"/>
              <w:bottom w:w="65" w:type="dxa"/>
              <w:right w:w="80" w:type="dxa"/>
            </w:tcMar>
          </w:tcPr>
          <w:p w14:paraId="22DF72EB" w14:textId="77777777" w:rsidR="0096746C" w:rsidRDefault="00000000">
            <w:proofErr w:type="spellStart"/>
            <w:r>
              <w:rPr>
                <w:sz w:val="18"/>
              </w:rPr>
              <w:t>Συμμετοχή</w:t>
            </w:r>
            <w:proofErr w:type="spellEnd"/>
          </w:p>
        </w:tc>
        <w:tc>
          <w:tcPr>
            <w:tcW w:w="7937" w:type="dxa"/>
            <w:tcMar>
              <w:top w:w="65" w:type="dxa"/>
              <w:left w:w="80" w:type="dxa"/>
              <w:bottom w:w="65" w:type="dxa"/>
              <w:right w:w="80" w:type="dxa"/>
            </w:tcMar>
          </w:tcPr>
          <w:p w14:paraId="71486268" w14:textId="77777777" w:rsidR="0096746C" w:rsidRPr="004A324C" w:rsidRDefault="00000000">
            <w:pPr>
              <w:rPr>
                <w:lang w:val="el-GR"/>
              </w:rPr>
            </w:pPr>
            <w:r w:rsidRPr="004A324C">
              <w:rPr>
                <w:sz w:val="18"/>
                <w:lang w:val="el-GR"/>
              </w:rPr>
              <w:t>Τα παιδιά ενθαρρύνονται να εκφράζουν απόψεις, να κάνουν επιλογές και να επηρεάζουν τις δραστηριότητες με τρόπους κατάλληλους για την ηλικία και τον τρόπο επικοινωνίας τους.</w:t>
            </w:r>
          </w:p>
        </w:tc>
      </w:tr>
      <w:tr w:rsidR="0096746C" w:rsidRPr="004A324C" w14:paraId="34239E0A" w14:textId="77777777">
        <w:trPr>
          <w:cantSplit/>
          <w:jc w:val="center"/>
        </w:trPr>
        <w:tc>
          <w:tcPr>
            <w:tcW w:w="1984" w:type="dxa"/>
            <w:tcMar>
              <w:top w:w="65" w:type="dxa"/>
              <w:left w:w="80" w:type="dxa"/>
              <w:bottom w:w="65" w:type="dxa"/>
              <w:right w:w="80" w:type="dxa"/>
            </w:tcMar>
          </w:tcPr>
          <w:p w14:paraId="30F33E8A" w14:textId="77777777" w:rsidR="0096746C" w:rsidRDefault="00000000">
            <w:proofErr w:type="spellStart"/>
            <w:r>
              <w:rPr>
                <w:sz w:val="18"/>
              </w:rPr>
              <w:t>Θετικές</w:t>
            </w:r>
            <w:proofErr w:type="spellEnd"/>
            <w:r>
              <w:rPr>
                <w:sz w:val="18"/>
              </w:rPr>
              <w:t xml:space="preserve"> </w:t>
            </w:r>
            <w:proofErr w:type="spellStart"/>
            <w:r>
              <w:rPr>
                <w:sz w:val="18"/>
              </w:rPr>
              <w:t>σχέσεις</w:t>
            </w:r>
            <w:proofErr w:type="spellEnd"/>
          </w:p>
        </w:tc>
        <w:tc>
          <w:tcPr>
            <w:tcW w:w="7937" w:type="dxa"/>
            <w:tcMar>
              <w:top w:w="65" w:type="dxa"/>
              <w:left w:w="80" w:type="dxa"/>
              <w:bottom w:w="65" w:type="dxa"/>
              <w:right w:w="80" w:type="dxa"/>
            </w:tcMar>
          </w:tcPr>
          <w:p w14:paraId="7EB30068" w14:textId="77777777" w:rsidR="0096746C" w:rsidRPr="004A324C" w:rsidRDefault="00000000">
            <w:pPr>
              <w:rPr>
                <w:lang w:val="el-GR"/>
              </w:rPr>
            </w:pPr>
            <w:r w:rsidRPr="004A324C">
              <w:rPr>
                <w:sz w:val="18"/>
                <w:lang w:val="el-GR"/>
              </w:rPr>
              <w:t>Οι ενήλικες αποτελούν πρότυπο ήρεμων, σεβαστικών και αξιόπιστων σχέσεων. Τα παιδιά υποστηρίζονται ώστε να δημιουργούν φιλίες και να επιλύουν δυσκολίες με ασφάλεια.</w:t>
            </w:r>
          </w:p>
        </w:tc>
      </w:tr>
      <w:tr w:rsidR="0096746C" w:rsidRPr="004A324C" w14:paraId="5EB55627" w14:textId="77777777">
        <w:trPr>
          <w:cantSplit/>
          <w:jc w:val="center"/>
        </w:trPr>
        <w:tc>
          <w:tcPr>
            <w:tcW w:w="1984" w:type="dxa"/>
            <w:tcMar>
              <w:top w:w="65" w:type="dxa"/>
              <w:left w:w="80" w:type="dxa"/>
              <w:bottom w:w="65" w:type="dxa"/>
              <w:right w:w="80" w:type="dxa"/>
            </w:tcMar>
          </w:tcPr>
          <w:p w14:paraId="5572B86D" w14:textId="77777777" w:rsidR="0096746C" w:rsidRDefault="00000000">
            <w:proofErr w:type="spellStart"/>
            <w:r>
              <w:rPr>
                <w:sz w:val="18"/>
              </w:rPr>
              <w:t>Στοχευμένη</w:t>
            </w:r>
            <w:proofErr w:type="spellEnd"/>
            <w:r>
              <w:rPr>
                <w:sz w:val="18"/>
              </w:rPr>
              <w:t xml:space="preserve"> </w:t>
            </w:r>
            <w:proofErr w:type="spellStart"/>
            <w:r>
              <w:rPr>
                <w:sz w:val="18"/>
              </w:rPr>
              <w:t>δρ</w:t>
            </w:r>
            <w:proofErr w:type="spellEnd"/>
            <w:r>
              <w:rPr>
                <w:sz w:val="18"/>
              </w:rPr>
              <w:t>αστηριότητα</w:t>
            </w:r>
          </w:p>
        </w:tc>
        <w:tc>
          <w:tcPr>
            <w:tcW w:w="7937" w:type="dxa"/>
            <w:tcMar>
              <w:top w:w="65" w:type="dxa"/>
              <w:left w:w="80" w:type="dxa"/>
              <w:bottom w:w="65" w:type="dxa"/>
              <w:right w:w="80" w:type="dxa"/>
            </w:tcMar>
          </w:tcPr>
          <w:p w14:paraId="2D1A22C9" w14:textId="77777777" w:rsidR="0096746C" w:rsidRPr="004A324C" w:rsidRDefault="00000000">
            <w:pPr>
              <w:rPr>
                <w:lang w:val="el-GR"/>
              </w:rPr>
            </w:pPr>
            <w:r w:rsidRPr="004A324C">
              <w:rPr>
                <w:sz w:val="18"/>
                <w:lang w:val="el-GR"/>
              </w:rPr>
              <w:t>Οι δραστηριότητες είναι ευχάριστες αλλά παράλληλα υποστηρίζουν τη μάθηση, την αυτοπεποίθηση, την κοινωνική ανάπτυξη, τη συναισθηματική ρύθμιση ή την αυτονομία.</w:t>
            </w:r>
          </w:p>
        </w:tc>
      </w:tr>
    </w:tbl>
    <w:p w14:paraId="6DB70DE7" w14:textId="77777777" w:rsidR="0096746C" w:rsidRPr="004A324C" w:rsidRDefault="0096746C">
      <w:pPr>
        <w:spacing w:after="20"/>
        <w:rPr>
          <w:lang w:val="el-GR"/>
        </w:rPr>
      </w:pPr>
    </w:p>
    <w:p w14:paraId="229D3ACD" w14:textId="77777777" w:rsidR="0096746C" w:rsidRPr="004A324C" w:rsidRDefault="00000000">
      <w:pPr>
        <w:pStyle w:val="Heading2"/>
        <w:rPr>
          <w:lang w:val="el-GR"/>
        </w:rPr>
      </w:pPr>
      <w:r w:rsidRPr="004A324C">
        <w:rPr>
          <w:lang w:val="el-GR"/>
        </w:rPr>
        <w:t>Αναμενόμενα αποτελέσματα</w:t>
      </w:r>
    </w:p>
    <w:p w14:paraId="04E582E6" w14:textId="77777777" w:rsidR="0096746C" w:rsidRPr="004A324C" w:rsidRDefault="00000000">
      <w:pPr>
        <w:spacing w:after="40"/>
        <w:ind w:left="255" w:hanging="159"/>
        <w:rPr>
          <w:lang w:val="el-GR"/>
        </w:rPr>
      </w:pPr>
      <w:r w:rsidRPr="004A324C">
        <w:rPr>
          <w:color w:val="2F5597"/>
          <w:lang w:val="el-GR"/>
        </w:rPr>
        <w:t xml:space="preserve">• Βελτιωμένη συμμετοχή στην κατ’ </w:t>
      </w:r>
      <w:proofErr w:type="spellStart"/>
      <w:r w:rsidRPr="004A324C">
        <w:rPr>
          <w:color w:val="2F5597"/>
          <w:lang w:val="el-GR"/>
        </w:rPr>
        <w:t>οίκον</w:t>
      </w:r>
      <w:proofErr w:type="spellEnd"/>
      <w:r w:rsidRPr="004A324C">
        <w:rPr>
          <w:color w:val="2F5597"/>
          <w:lang w:val="el-GR"/>
        </w:rPr>
        <w:t xml:space="preserve"> εργασία και στις μαθησιακές </w:t>
      </w:r>
      <w:proofErr w:type="spellStart"/>
      <w:r w:rsidRPr="004A324C">
        <w:rPr>
          <w:color w:val="2F5597"/>
          <w:lang w:val="el-GR"/>
        </w:rPr>
        <w:t>ρουτίνες</w:t>
      </w:r>
      <w:proofErr w:type="spellEnd"/>
      <w:r w:rsidRPr="004A324C">
        <w:rPr>
          <w:color w:val="2F5597"/>
          <w:lang w:val="el-GR"/>
        </w:rPr>
        <w:t>.</w:t>
      </w:r>
    </w:p>
    <w:p w14:paraId="73DB5C69" w14:textId="77777777" w:rsidR="0096746C" w:rsidRPr="004A324C" w:rsidRDefault="00000000">
      <w:pPr>
        <w:spacing w:after="40"/>
        <w:ind w:left="255" w:hanging="159"/>
        <w:rPr>
          <w:lang w:val="el-GR"/>
        </w:rPr>
      </w:pPr>
      <w:r w:rsidRPr="004A324C">
        <w:rPr>
          <w:color w:val="2F5597"/>
          <w:lang w:val="el-GR"/>
        </w:rPr>
        <w:t>• Μεγαλύτερη αυτοπεποίθηση και προθυμία για συμμετοχή.</w:t>
      </w:r>
    </w:p>
    <w:p w14:paraId="41752473" w14:textId="77777777" w:rsidR="0096746C" w:rsidRPr="004A324C" w:rsidRDefault="00000000">
      <w:pPr>
        <w:spacing w:after="40"/>
        <w:ind w:left="255" w:hanging="159"/>
        <w:rPr>
          <w:lang w:val="el-GR"/>
        </w:rPr>
      </w:pPr>
      <w:r w:rsidRPr="004A324C">
        <w:rPr>
          <w:color w:val="2F5597"/>
          <w:lang w:val="el-GR"/>
        </w:rPr>
        <w:t>• Βελτιωμένες σχέσεις με συνομηλίκους και συμμετοχή σε ομάδες.</w:t>
      </w:r>
    </w:p>
    <w:p w14:paraId="460436CE" w14:textId="77777777" w:rsidR="0096746C" w:rsidRPr="004A324C" w:rsidRDefault="00000000">
      <w:pPr>
        <w:spacing w:after="40"/>
        <w:ind w:left="255" w:hanging="159"/>
        <w:rPr>
          <w:lang w:val="el-GR"/>
        </w:rPr>
      </w:pPr>
      <w:r w:rsidRPr="004A324C">
        <w:rPr>
          <w:color w:val="2F5597"/>
          <w:lang w:val="el-GR"/>
        </w:rPr>
        <w:t>• Βελτιωμένη ικανότητα αναγνώρισης, έκφρασης και ρύθμισης συναισθημάτων.</w:t>
      </w:r>
    </w:p>
    <w:p w14:paraId="2AB74D50" w14:textId="77777777" w:rsidR="0096746C" w:rsidRPr="004A324C" w:rsidRDefault="00000000">
      <w:pPr>
        <w:spacing w:after="40"/>
        <w:ind w:left="255" w:hanging="159"/>
        <w:rPr>
          <w:lang w:val="el-GR"/>
        </w:rPr>
      </w:pPr>
      <w:r w:rsidRPr="004A324C">
        <w:rPr>
          <w:color w:val="2F5597"/>
          <w:lang w:val="el-GR"/>
        </w:rPr>
        <w:t>• Ανάπτυξη πρακτικής αυτονομίας και δεξιοτήτων επίλυσης προβλημάτων.</w:t>
      </w:r>
    </w:p>
    <w:p w14:paraId="551DACAF" w14:textId="77777777" w:rsidR="0096746C" w:rsidRPr="004A324C" w:rsidRDefault="00000000">
      <w:pPr>
        <w:spacing w:after="40"/>
        <w:ind w:left="255" w:hanging="159"/>
        <w:rPr>
          <w:lang w:val="el-GR"/>
        </w:rPr>
      </w:pPr>
      <w:r w:rsidRPr="004A324C">
        <w:rPr>
          <w:color w:val="2F5597"/>
          <w:lang w:val="el-GR"/>
        </w:rPr>
        <w:t>• Βελτιωμένη οργάνωση, προγραμματισμός και ολοκλήρωση εργασιών.</w:t>
      </w:r>
    </w:p>
    <w:p w14:paraId="6E769F5F" w14:textId="77777777" w:rsidR="0096746C" w:rsidRPr="004A324C" w:rsidRDefault="00000000">
      <w:pPr>
        <w:spacing w:after="40"/>
        <w:ind w:left="255" w:hanging="159"/>
        <w:rPr>
          <w:lang w:val="el-GR"/>
        </w:rPr>
      </w:pPr>
      <w:r w:rsidRPr="004A324C">
        <w:rPr>
          <w:color w:val="2F5597"/>
          <w:lang w:val="el-GR"/>
        </w:rPr>
        <w:t>• Αίσθημα ότι το παιδί ανήκει, είναι ασφαλές και έχει θετικές σχέσεις με ενήλικες και συνομηλίκους.</w:t>
      </w:r>
    </w:p>
    <w:p w14:paraId="57CCEBA2" w14:textId="77777777" w:rsidR="0096746C" w:rsidRPr="004A324C" w:rsidRDefault="00000000">
      <w:pPr>
        <w:spacing w:after="40"/>
        <w:ind w:left="255" w:hanging="159"/>
        <w:rPr>
          <w:lang w:val="el-GR"/>
        </w:rPr>
      </w:pPr>
      <w:r w:rsidRPr="004A324C">
        <w:rPr>
          <w:color w:val="2F5597"/>
          <w:lang w:val="el-GR"/>
        </w:rPr>
        <w:lastRenderedPageBreak/>
        <w:t>• Μεγαλύτερη εμπιστοσύνη των οικογενειών ότι το παιδί τους γίνεται κατανοητό και υποστηρίζεται κατάλληλα.</w:t>
      </w:r>
    </w:p>
    <w:p w14:paraId="6B7883E2" w14:textId="77777777" w:rsidR="0096746C" w:rsidRPr="004A324C" w:rsidRDefault="00000000">
      <w:pPr>
        <w:pStyle w:val="Heading1"/>
        <w:rPr>
          <w:lang w:val="el-GR"/>
        </w:rPr>
      </w:pPr>
      <w:r w:rsidRPr="004A324C">
        <w:rPr>
          <w:lang w:val="el-GR"/>
        </w:rPr>
        <w:t>3. Παιδιά που υποστηρίζονται και όρια της υπηρεσίας</w:t>
      </w:r>
    </w:p>
    <w:p w14:paraId="096873BC" w14:textId="77777777" w:rsidR="0096746C" w:rsidRPr="004A324C" w:rsidRDefault="00000000">
      <w:pPr>
        <w:rPr>
          <w:lang w:val="el-GR"/>
        </w:rPr>
      </w:pPr>
      <w:r w:rsidRPr="004A324C">
        <w:rPr>
          <w:lang w:val="el-GR"/>
        </w:rPr>
        <w:t>Το Κέντρο είναι εξειδικευμένη απογευματινή υπηρεσία για παιδιά σχολικής ηλικίας που μπορούν να ωφεληθούν από δομημένη υποστήριξη στην προσοχή, την οργάνωση, τη μάθηση, την κοινωνική αλληλεπίδραση, τη συναισθηματική ρύθμιση και τη συμμετοχή. Το ακριβές ηλικιακό εύρος, η δυναμικότητα και τα κριτήρια εισαγωγής πρέπει να εγκρίνονται από το Διοικητικό Συμβούλιο και να αντανακλώνται σε κάθε σχετική άδεια εγγραφής ή κανονιστική έγκριση.</w:t>
      </w:r>
    </w:p>
    <w:p w14:paraId="072CA5E1" w14:textId="77777777" w:rsidR="0096746C" w:rsidRPr="004A324C" w:rsidRDefault="00000000">
      <w:pPr>
        <w:pStyle w:val="Heading2"/>
        <w:rPr>
          <w:lang w:val="el-GR"/>
        </w:rPr>
      </w:pPr>
      <w:r w:rsidRPr="004A324C">
        <w:rPr>
          <w:lang w:val="el-GR"/>
        </w:rPr>
        <w:t>Το Κέντρο μπορεί να παρέχει</w:t>
      </w:r>
    </w:p>
    <w:p w14:paraId="56E44D27" w14:textId="77777777" w:rsidR="0096746C" w:rsidRPr="004A324C" w:rsidRDefault="00000000">
      <w:pPr>
        <w:spacing w:after="40"/>
        <w:ind w:left="255" w:hanging="159"/>
        <w:rPr>
          <w:lang w:val="el-GR"/>
        </w:rPr>
      </w:pPr>
      <w:r w:rsidRPr="004A324C">
        <w:rPr>
          <w:color w:val="2F5597"/>
          <w:lang w:val="el-GR"/>
        </w:rPr>
        <w:t>• Δομημένη απογευματινή φροντίδα και επίβλεψη.</w:t>
      </w:r>
    </w:p>
    <w:p w14:paraId="0F70B5A6" w14:textId="77777777" w:rsidR="0096746C" w:rsidRPr="004A324C" w:rsidRDefault="00000000">
      <w:pPr>
        <w:spacing w:after="40"/>
        <w:ind w:left="255" w:hanging="159"/>
        <w:rPr>
          <w:lang w:val="el-GR"/>
        </w:rPr>
      </w:pPr>
      <w:r w:rsidRPr="004A324C">
        <w:rPr>
          <w:color w:val="2F5597"/>
          <w:lang w:val="el-GR"/>
        </w:rPr>
        <w:t xml:space="preserve">• Υποστήριξη στην κατ’ </w:t>
      </w:r>
      <w:proofErr w:type="spellStart"/>
      <w:r w:rsidRPr="004A324C">
        <w:rPr>
          <w:color w:val="2F5597"/>
          <w:lang w:val="el-GR"/>
        </w:rPr>
        <w:t>οίκον</w:t>
      </w:r>
      <w:proofErr w:type="spellEnd"/>
      <w:r w:rsidRPr="004A324C">
        <w:rPr>
          <w:color w:val="2F5597"/>
          <w:lang w:val="el-GR"/>
        </w:rPr>
        <w:t xml:space="preserve"> εργασία και τη μάθηση.</w:t>
      </w:r>
    </w:p>
    <w:p w14:paraId="71F56B08" w14:textId="77777777" w:rsidR="0096746C" w:rsidRPr="004A324C" w:rsidRDefault="00000000">
      <w:pPr>
        <w:spacing w:after="40"/>
        <w:ind w:left="255" w:hanging="159"/>
        <w:rPr>
          <w:lang w:val="el-GR"/>
        </w:rPr>
      </w:pPr>
      <w:r w:rsidRPr="004A324C">
        <w:rPr>
          <w:color w:val="2F5597"/>
          <w:lang w:val="el-GR"/>
        </w:rPr>
        <w:t>• Δραστηριότητες κοινωνικής και συναισθηματικής ανάπτυξης σε μικρές ομάδες.</w:t>
      </w:r>
    </w:p>
    <w:p w14:paraId="6F1807EA" w14:textId="77777777" w:rsidR="0096746C" w:rsidRPr="004A324C" w:rsidRDefault="00000000">
      <w:pPr>
        <w:spacing w:after="40"/>
        <w:ind w:left="255" w:hanging="159"/>
        <w:rPr>
          <w:lang w:val="el-GR"/>
        </w:rPr>
      </w:pPr>
      <w:r w:rsidRPr="004A324C">
        <w:rPr>
          <w:color w:val="2F5597"/>
          <w:lang w:val="el-GR"/>
        </w:rPr>
        <w:t>• Δημιουργικές, ψυχαγωγικές και πρακτικές δραστηριότητες.</w:t>
      </w:r>
    </w:p>
    <w:p w14:paraId="07F49F83" w14:textId="77777777" w:rsidR="0096746C" w:rsidRPr="004A324C" w:rsidRDefault="00000000">
      <w:pPr>
        <w:spacing w:after="40"/>
        <w:ind w:left="255" w:hanging="159"/>
        <w:rPr>
          <w:lang w:val="el-GR"/>
        </w:rPr>
      </w:pPr>
      <w:r w:rsidRPr="004A324C">
        <w:rPr>
          <w:color w:val="2F5597"/>
          <w:lang w:val="el-GR"/>
        </w:rPr>
        <w:t>• Εξατομικευμένες στρατηγικές υποστήριξης μέσα στα όρια της επαγγελματικής επάρκειας της ομάδας.</w:t>
      </w:r>
    </w:p>
    <w:p w14:paraId="4E980FAC" w14:textId="77777777" w:rsidR="0096746C" w:rsidRPr="004A324C" w:rsidRDefault="00000000">
      <w:pPr>
        <w:spacing w:after="40"/>
        <w:ind w:left="255" w:hanging="159"/>
        <w:rPr>
          <w:lang w:val="el-GR"/>
        </w:rPr>
      </w:pPr>
      <w:r w:rsidRPr="004A324C">
        <w:rPr>
          <w:color w:val="2F5597"/>
          <w:lang w:val="el-GR"/>
        </w:rPr>
        <w:t>• Καθοδήγηση γονέων και τακτική επικοινωνία.</w:t>
      </w:r>
    </w:p>
    <w:p w14:paraId="3A9E2455" w14:textId="77777777" w:rsidR="0096746C" w:rsidRPr="004A324C" w:rsidRDefault="00000000">
      <w:pPr>
        <w:spacing w:after="40"/>
        <w:ind w:left="255" w:hanging="159"/>
        <w:rPr>
          <w:lang w:val="el-GR"/>
        </w:rPr>
      </w:pPr>
      <w:r w:rsidRPr="004A324C">
        <w:rPr>
          <w:color w:val="2F5597"/>
          <w:lang w:val="el-GR"/>
        </w:rPr>
        <w:t>• Παρατήρηση, ανασκόπηση και παραπομπή όπου ενδέχεται να απαιτείται πρόσθετη εξειδικευμένη υποστήριξη.</w:t>
      </w:r>
    </w:p>
    <w:p w14:paraId="5FE4AB77" w14:textId="77777777" w:rsidR="0096746C" w:rsidRPr="004A324C" w:rsidRDefault="00000000">
      <w:pPr>
        <w:pStyle w:val="Heading2"/>
        <w:rPr>
          <w:lang w:val="el-GR"/>
        </w:rPr>
      </w:pPr>
      <w:r w:rsidRPr="004A324C">
        <w:rPr>
          <w:lang w:val="el-GR"/>
        </w:rPr>
        <w:t>Το Κέντρο δεν είναι</w:t>
      </w:r>
    </w:p>
    <w:p w14:paraId="6292E538" w14:textId="77777777" w:rsidR="0096746C" w:rsidRPr="004A324C" w:rsidRDefault="00000000">
      <w:pPr>
        <w:spacing w:after="40"/>
        <w:ind w:left="255" w:hanging="159"/>
        <w:rPr>
          <w:lang w:val="el-GR"/>
        </w:rPr>
      </w:pPr>
      <w:r w:rsidRPr="004A324C">
        <w:rPr>
          <w:color w:val="2F5597"/>
          <w:lang w:val="el-GR"/>
        </w:rPr>
        <w:t>• Υποκατάστατο του σχολείου ή της επίσημης ιδιωτικής διδασκαλίας.</w:t>
      </w:r>
    </w:p>
    <w:p w14:paraId="38709240" w14:textId="77777777" w:rsidR="0096746C" w:rsidRPr="004A324C" w:rsidRDefault="00000000">
      <w:pPr>
        <w:spacing w:after="40"/>
        <w:ind w:left="255" w:hanging="159"/>
        <w:rPr>
          <w:lang w:val="el-GR"/>
        </w:rPr>
      </w:pPr>
      <w:r w:rsidRPr="004A324C">
        <w:rPr>
          <w:color w:val="2F5597"/>
          <w:lang w:val="el-GR"/>
        </w:rPr>
        <w:t>• Υπηρεσία επείγουσας ψυχικής υγείας ή διαχείρισης κρίσης.</w:t>
      </w:r>
    </w:p>
    <w:p w14:paraId="51A77339" w14:textId="77777777" w:rsidR="0096746C" w:rsidRPr="004A324C" w:rsidRDefault="00000000">
      <w:pPr>
        <w:spacing w:after="40"/>
        <w:ind w:left="255" w:hanging="159"/>
        <w:rPr>
          <w:lang w:val="el-GR"/>
        </w:rPr>
      </w:pPr>
      <w:r w:rsidRPr="004A324C">
        <w:rPr>
          <w:color w:val="2F5597"/>
          <w:lang w:val="el-GR"/>
        </w:rPr>
        <w:t>• Κλινική θεραπευτική υπηρεσία, εκτός εάν μια σαφώς καθορισμένη επαγγελματική παρέμβαση ανατίθεται ξεχωριστά και παρέχεται από κατάλληλα καταρτισμένο επαγγελματία.</w:t>
      </w:r>
    </w:p>
    <w:p w14:paraId="1FFC209C" w14:textId="77777777" w:rsidR="0096746C" w:rsidRPr="004A324C" w:rsidRDefault="00000000">
      <w:pPr>
        <w:spacing w:after="40"/>
        <w:ind w:left="255" w:hanging="159"/>
        <w:rPr>
          <w:lang w:val="el-GR"/>
        </w:rPr>
      </w:pPr>
      <w:r w:rsidRPr="004A324C">
        <w:rPr>
          <w:color w:val="2F5597"/>
          <w:lang w:val="el-GR"/>
        </w:rPr>
        <w:t>• Υποκατάστατο των θεσμοθετημένων υπηρεσιών παιδικής προστασίας, υγείας ή κοινωνικής φροντίδας.</w:t>
      </w:r>
    </w:p>
    <w:p w14:paraId="267BBE6A" w14:textId="77777777" w:rsidR="0096746C" w:rsidRPr="004A324C" w:rsidRDefault="00000000">
      <w:pPr>
        <w:spacing w:after="40"/>
        <w:ind w:left="255" w:hanging="159"/>
        <w:rPr>
          <w:lang w:val="el-GR"/>
        </w:rPr>
      </w:pPr>
      <w:r w:rsidRPr="004A324C">
        <w:rPr>
          <w:color w:val="2F5597"/>
          <w:lang w:val="el-GR"/>
        </w:rPr>
        <w:t>• Υπηρεσία που μπορεί να ανταποκριθεί με ασφάλεια σε κάθε επίπεδο ανάγκης ανεξαρτήτως διαθέσιμου προσωπικού, περιβάλλοντος ή κινδύνου.</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427E5C45" w14:textId="77777777">
        <w:trPr>
          <w:jc w:val="center"/>
        </w:trPr>
        <w:tc>
          <w:tcPr>
            <w:tcW w:w="10092" w:type="dxa"/>
            <w:shd w:val="clear" w:color="auto" w:fill="EEF3F8"/>
            <w:tcMar>
              <w:top w:w="120" w:type="dxa"/>
              <w:left w:w="150" w:type="dxa"/>
              <w:bottom w:w="120" w:type="dxa"/>
              <w:right w:w="150" w:type="dxa"/>
            </w:tcMar>
          </w:tcPr>
          <w:p w14:paraId="7444B5C2" w14:textId="77777777" w:rsidR="0096746C" w:rsidRPr="004A324C" w:rsidRDefault="00000000">
            <w:pPr>
              <w:rPr>
                <w:lang w:val="el-GR"/>
              </w:rPr>
            </w:pPr>
            <w:r w:rsidRPr="004A324C">
              <w:rPr>
                <w:color w:val="2F5597"/>
                <w:lang w:val="el-GR"/>
              </w:rPr>
              <w:t>Ασφαλή όρια υπηρεσίας</w:t>
            </w:r>
            <w:r w:rsidRPr="004A324C">
              <w:rPr>
                <w:color w:val="2F5597"/>
                <w:lang w:val="el-GR"/>
              </w:rPr>
              <w:br/>
              <w:t>Όταν το Κέντρο δεν μπορεί να ανταποκριθεί με ασφάλεια στις ανάγκες ενός παιδιού με το διαθέσιμο προσωπικό, περιβάλλον ή επίπεδο εξειδίκευσης, αυτό πρέπει να συζητείται ανοιχτά με την οικογένεια και να εξετάζονται κατάλληλες εναλλακτικές ή πρόσθετη υποστήριξη.</w:t>
            </w:r>
          </w:p>
          <w:p w14:paraId="0AFDB7BC" w14:textId="77777777" w:rsidR="0096746C" w:rsidRPr="004A324C" w:rsidRDefault="0096746C">
            <w:pPr>
              <w:spacing w:after="0"/>
              <w:rPr>
                <w:lang w:val="el-GR"/>
              </w:rPr>
            </w:pPr>
          </w:p>
        </w:tc>
      </w:tr>
    </w:tbl>
    <w:p w14:paraId="04A6AD05" w14:textId="77777777" w:rsidR="0096746C" w:rsidRPr="004A324C" w:rsidRDefault="0096746C">
      <w:pPr>
        <w:spacing w:after="20"/>
        <w:rPr>
          <w:lang w:val="el-GR"/>
        </w:rPr>
      </w:pPr>
    </w:p>
    <w:p w14:paraId="09484627" w14:textId="77777777" w:rsidR="0096746C" w:rsidRPr="004A324C" w:rsidRDefault="00000000">
      <w:pPr>
        <w:pStyle w:val="Heading1"/>
        <w:rPr>
          <w:lang w:val="el-GR"/>
        </w:rPr>
      </w:pPr>
      <w:r w:rsidRPr="004A324C">
        <w:rPr>
          <w:lang w:val="el-GR"/>
        </w:rPr>
        <w:t>4. Ηγεσία, διακυβέρνηση και λογοδοσία</w:t>
      </w:r>
    </w:p>
    <w:p w14:paraId="34B7F586" w14:textId="77777777" w:rsidR="0096746C" w:rsidRPr="004A324C" w:rsidRDefault="00000000">
      <w:pPr>
        <w:rPr>
          <w:lang w:val="el-GR"/>
        </w:rPr>
      </w:pPr>
      <w:r w:rsidRPr="004A324C">
        <w:rPr>
          <w:lang w:val="el-GR"/>
        </w:rPr>
        <w:t>Η σαφής ηγεσία είναι απαραίτητη για μια ασφαλή και συνεπή υπηρεσία. Ο/Η υπεύθυνος/η του Κέντρου έχει την ευθύνη για την καθημερινή λειτουργία του προγράμματος και πρέπει να διαθέτει σαφή αρμοδιότητα για την κατανομή του προσωπικού, τη διαχείριση των καθημερινών διαδικασιών, την αντιμετώπιση ζητημάτων πρακτικής και την κλιμάκωση θεμάτων προς τον Υπεύθυνο Προστασίας Παιδιών ή το Διοικητικό Συμβούλιο.</w:t>
      </w:r>
    </w:p>
    <w:p w14:paraId="7E7DBC06" w14:textId="77777777" w:rsidR="0096746C" w:rsidRPr="004A324C" w:rsidRDefault="0096746C">
      <w:pPr>
        <w:spacing w:after="20"/>
        <w:rPr>
          <w:lang w:val="el-GR"/>
        </w:rPr>
      </w:pPr>
    </w:p>
    <w:p w14:paraId="38A328F1" w14:textId="77777777" w:rsidR="0096746C" w:rsidRDefault="00000000">
      <w:pPr>
        <w:rPr>
          <w:lang w:val="en-GB"/>
        </w:rPr>
      </w:pPr>
      <w:r w:rsidRPr="004A324C">
        <w:rPr>
          <w:lang w:val="el-GR"/>
        </w:rPr>
        <w:t>Η τελική έκδοση του προγράμματος πρέπει να περιλαμβάνει τα ονόματα του/της υπεύθυνου/ης του Κέντρου, του Υπεύθυνου Προστασίας Παιδιών (</w:t>
      </w:r>
      <w:r>
        <w:t>DSL</w:t>
      </w:r>
      <w:r w:rsidRPr="004A324C">
        <w:rPr>
          <w:lang w:val="el-GR"/>
        </w:rPr>
        <w:t>), του Αναπληρωτή Υπεύθυνου Προστασίας Παιδιών, του μέλους του Διοικητικού Συμβουλίου με ευθύνη για την προστασία των παιδιών και των εξουσιοδοτημένων αναπληρωτών.</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486"/>
        <w:gridCol w:w="952"/>
        <w:gridCol w:w="7483"/>
      </w:tblGrid>
      <w:tr w:rsidR="004A324C" w14:paraId="7EF77FF4" w14:textId="77777777" w:rsidTr="00126506">
        <w:trPr>
          <w:cantSplit/>
          <w:tblHeader/>
          <w:jc w:val="center"/>
        </w:trPr>
        <w:tc>
          <w:tcPr>
            <w:tcW w:w="1486" w:type="dxa"/>
            <w:tcBorders>
              <w:right w:val="single" w:sz="4" w:space="0" w:color="auto"/>
            </w:tcBorders>
            <w:shd w:val="clear" w:color="auto" w:fill="D9E2F3"/>
            <w:tcMar>
              <w:top w:w="70" w:type="dxa"/>
              <w:left w:w="85" w:type="dxa"/>
              <w:bottom w:w="70" w:type="dxa"/>
              <w:right w:w="85" w:type="dxa"/>
            </w:tcMar>
            <w:vAlign w:val="center"/>
          </w:tcPr>
          <w:p w14:paraId="57DDD36E" w14:textId="77777777" w:rsidR="004A324C" w:rsidRDefault="004A324C" w:rsidP="00126506">
            <w:r>
              <w:rPr>
                <w:color w:val="2F5597"/>
                <w:sz w:val="17"/>
              </w:rPr>
              <w:t>Role</w:t>
            </w:r>
          </w:p>
        </w:tc>
        <w:tc>
          <w:tcPr>
            <w:tcW w:w="952" w:type="dxa"/>
            <w:tcBorders>
              <w:left w:val="single" w:sz="4" w:space="0" w:color="auto"/>
            </w:tcBorders>
            <w:shd w:val="clear" w:color="auto" w:fill="D9E2F3"/>
            <w:vAlign w:val="center"/>
          </w:tcPr>
          <w:p w14:paraId="74050869" w14:textId="77777777" w:rsidR="004A324C" w:rsidRDefault="004A324C" w:rsidP="00126506">
            <w:r w:rsidRPr="000954C8">
              <w:rPr>
                <w:color w:val="2F5597"/>
                <w:sz w:val="17"/>
              </w:rPr>
              <w:t>Initials</w:t>
            </w:r>
          </w:p>
        </w:tc>
        <w:tc>
          <w:tcPr>
            <w:tcW w:w="7483" w:type="dxa"/>
            <w:shd w:val="clear" w:color="auto" w:fill="D9E2F3"/>
            <w:tcMar>
              <w:top w:w="70" w:type="dxa"/>
              <w:left w:w="85" w:type="dxa"/>
              <w:bottom w:w="70" w:type="dxa"/>
              <w:right w:w="85" w:type="dxa"/>
            </w:tcMar>
            <w:vAlign w:val="center"/>
          </w:tcPr>
          <w:p w14:paraId="0020A21A" w14:textId="77777777" w:rsidR="004A324C" w:rsidRDefault="004A324C" w:rsidP="00126506">
            <w:r>
              <w:rPr>
                <w:color w:val="2F5597"/>
                <w:sz w:val="17"/>
              </w:rPr>
              <w:t>Operational responsibility</w:t>
            </w:r>
          </w:p>
        </w:tc>
      </w:tr>
      <w:tr w:rsidR="004A324C" w14:paraId="013AC275"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77F4C2E7" w14:textId="77777777" w:rsidR="004A324C" w:rsidRDefault="004A324C" w:rsidP="00126506">
            <w:r>
              <w:rPr>
                <w:sz w:val="17"/>
              </w:rPr>
              <w:t>President</w:t>
            </w:r>
          </w:p>
        </w:tc>
        <w:tc>
          <w:tcPr>
            <w:tcW w:w="952" w:type="dxa"/>
            <w:tcBorders>
              <w:left w:val="single" w:sz="4" w:space="0" w:color="auto"/>
            </w:tcBorders>
          </w:tcPr>
          <w:p w14:paraId="03E60B89" w14:textId="77777777" w:rsidR="004A324C" w:rsidRPr="000954C8" w:rsidRDefault="004A324C" w:rsidP="00126506">
            <w:pPr>
              <w:rPr>
                <w:sz w:val="17"/>
              </w:rPr>
            </w:pPr>
            <w:r w:rsidRPr="000954C8">
              <w:rPr>
                <w:sz w:val="17"/>
              </w:rPr>
              <w:t>MG</w:t>
            </w:r>
          </w:p>
        </w:tc>
        <w:tc>
          <w:tcPr>
            <w:tcW w:w="7483" w:type="dxa"/>
            <w:tcMar>
              <w:top w:w="65" w:type="dxa"/>
              <w:left w:w="80" w:type="dxa"/>
              <w:bottom w:w="65" w:type="dxa"/>
              <w:right w:w="80" w:type="dxa"/>
            </w:tcMar>
          </w:tcPr>
          <w:p w14:paraId="2B5544BD" w14:textId="77777777" w:rsidR="004A324C" w:rsidRDefault="004A324C" w:rsidP="00126506">
            <w:r>
              <w:rPr>
                <w:sz w:val="17"/>
              </w:rPr>
              <w:t>Approves the operating framework, receives assurance reports, provides resources and holds senior leaders accountable.</w:t>
            </w:r>
          </w:p>
        </w:tc>
      </w:tr>
      <w:tr w:rsidR="004A324C" w14:paraId="417F8872"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4642B408" w14:textId="77777777" w:rsidR="004A324C" w:rsidRDefault="004A324C" w:rsidP="00126506">
            <w:r>
              <w:rPr>
                <w:sz w:val="17"/>
              </w:rPr>
              <w:lastRenderedPageBreak/>
              <w:t>Authorised Lead</w:t>
            </w:r>
          </w:p>
        </w:tc>
        <w:tc>
          <w:tcPr>
            <w:tcW w:w="952" w:type="dxa"/>
            <w:tcBorders>
              <w:left w:val="single" w:sz="4" w:space="0" w:color="auto"/>
            </w:tcBorders>
          </w:tcPr>
          <w:p w14:paraId="08017339" w14:textId="77777777" w:rsidR="004A324C" w:rsidRPr="000954C8" w:rsidRDefault="004A324C" w:rsidP="00126506">
            <w:pPr>
              <w:rPr>
                <w:sz w:val="17"/>
              </w:rPr>
            </w:pPr>
            <w:r w:rsidRPr="000954C8">
              <w:rPr>
                <w:sz w:val="17"/>
              </w:rPr>
              <w:t>AA</w:t>
            </w:r>
          </w:p>
        </w:tc>
        <w:tc>
          <w:tcPr>
            <w:tcW w:w="7483" w:type="dxa"/>
            <w:tcMar>
              <w:top w:w="65" w:type="dxa"/>
              <w:left w:w="80" w:type="dxa"/>
              <w:bottom w:w="65" w:type="dxa"/>
              <w:right w:w="80" w:type="dxa"/>
            </w:tcMar>
          </w:tcPr>
          <w:p w14:paraId="3AAE0841" w14:textId="77777777" w:rsidR="004A324C" w:rsidRDefault="004A324C" w:rsidP="00126506">
            <w:r>
              <w:rPr>
                <w:sz w:val="17"/>
              </w:rPr>
              <w:t xml:space="preserve">Provides </w:t>
            </w:r>
            <w:proofErr w:type="spellStart"/>
            <w:r>
              <w:rPr>
                <w:sz w:val="17"/>
              </w:rPr>
              <w:t>organisational</w:t>
            </w:r>
            <w:proofErr w:type="spellEnd"/>
            <w:r>
              <w:rPr>
                <w:sz w:val="17"/>
              </w:rPr>
              <w:t xml:space="preserve"> oversight and receives significant operational or safeguarding escalations. HR issues, Safeguarding oversight and direction, Operational Lead, Designated Safeguarding Lead, </w:t>
            </w:r>
            <w:proofErr w:type="gramStart"/>
            <w:r>
              <w:rPr>
                <w:sz w:val="17"/>
              </w:rPr>
              <w:t>Provides</w:t>
            </w:r>
            <w:proofErr w:type="gramEnd"/>
            <w:r>
              <w:rPr>
                <w:sz w:val="17"/>
              </w:rPr>
              <w:t xml:space="preserve"> safeguarding leadership, advice, reporting oversight and case coordination. This role does not replace any individual legal duty to report.</w:t>
            </w:r>
          </w:p>
        </w:tc>
      </w:tr>
      <w:tr w:rsidR="004A324C" w14:paraId="0997FCAF"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54A2474B" w14:textId="77777777" w:rsidR="004A324C" w:rsidRDefault="004A324C" w:rsidP="00126506">
            <w:r>
              <w:rPr>
                <w:sz w:val="17"/>
              </w:rPr>
              <w:t>Centre Manager</w:t>
            </w:r>
          </w:p>
        </w:tc>
        <w:tc>
          <w:tcPr>
            <w:tcW w:w="952" w:type="dxa"/>
            <w:tcBorders>
              <w:left w:val="single" w:sz="4" w:space="0" w:color="auto"/>
            </w:tcBorders>
          </w:tcPr>
          <w:p w14:paraId="7095E5D4" w14:textId="77777777" w:rsidR="004A324C" w:rsidRPr="000954C8" w:rsidRDefault="004A324C" w:rsidP="00126506">
            <w:pPr>
              <w:rPr>
                <w:sz w:val="17"/>
              </w:rPr>
            </w:pPr>
            <w:r w:rsidRPr="000954C8">
              <w:rPr>
                <w:sz w:val="17"/>
              </w:rPr>
              <w:t>CP</w:t>
            </w:r>
          </w:p>
        </w:tc>
        <w:tc>
          <w:tcPr>
            <w:tcW w:w="7483" w:type="dxa"/>
            <w:tcMar>
              <w:top w:w="65" w:type="dxa"/>
              <w:left w:w="80" w:type="dxa"/>
              <w:bottom w:w="65" w:type="dxa"/>
              <w:right w:w="80" w:type="dxa"/>
            </w:tcMar>
          </w:tcPr>
          <w:p w14:paraId="419EF133" w14:textId="77777777" w:rsidR="004A324C" w:rsidRDefault="004A324C" w:rsidP="00126506">
            <w:r>
              <w:rPr>
                <w:sz w:val="17"/>
              </w:rPr>
              <w:t>Leads day-to-day delivery, staffing, planning, parent communication, standards and operational decision-making.</w:t>
            </w:r>
          </w:p>
        </w:tc>
      </w:tr>
      <w:tr w:rsidR="004A324C" w14:paraId="79A3841E"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26C5802C" w14:textId="77777777" w:rsidR="004A324C" w:rsidRDefault="004A324C" w:rsidP="00126506">
            <w:r>
              <w:rPr>
                <w:sz w:val="17"/>
              </w:rPr>
              <w:t>Deputy Safeguarding Lead</w:t>
            </w:r>
          </w:p>
        </w:tc>
        <w:tc>
          <w:tcPr>
            <w:tcW w:w="952" w:type="dxa"/>
            <w:tcBorders>
              <w:left w:val="single" w:sz="4" w:space="0" w:color="auto"/>
            </w:tcBorders>
          </w:tcPr>
          <w:p w14:paraId="01D2CD1D" w14:textId="77777777" w:rsidR="004A324C" w:rsidRPr="000954C8" w:rsidRDefault="004A324C" w:rsidP="00126506">
            <w:pPr>
              <w:rPr>
                <w:sz w:val="17"/>
              </w:rPr>
            </w:pPr>
            <w:r w:rsidRPr="000954C8">
              <w:rPr>
                <w:sz w:val="17"/>
              </w:rPr>
              <w:t>CP</w:t>
            </w:r>
          </w:p>
        </w:tc>
        <w:tc>
          <w:tcPr>
            <w:tcW w:w="7483" w:type="dxa"/>
            <w:tcMar>
              <w:top w:w="65" w:type="dxa"/>
              <w:left w:w="80" w:type="dxa"/>
              <w:bottom w:w="65" w:type="dxa"/>
              <w:right w:w="80" w:type="dxa"/>
            </w:tcMar>
          </w:tcPr>
          <w:p w14:paraId="0F137CB2" w14:textId="77777777" w:rsidR="004A324C" w:rsidRDefault="004A324C" w:rsidP="00126506">
            <w:r>
              <w:rPr>
                <w:sz w:val="17"/>
              </w:rPr>
              <w:t>Acts when the DSL is unavailable and supports safeguarding implementation.</w:t>
            </w:r>
          </w:p>
        </w:tc>
      </w:tr>
      <w:tr w:rsidR="004A324C" w14:paraId="5199E24E"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1110605F" w14:textId="77777777" w:rsidR="004A324C" w:rsidRDefault="004A324C" w:rsidP="00126506">
            <w:r>
              <w:rPr>
                <w:sz w:val="17"/>
              </w:rPr>
              <w:t>Professional staff</w:t>
            </w:r>
          </w:p>
        </w:tc>
        <w:tc>
          <w:tcPr>
            <w:tcW w:w="952" w:type="dxa"/>
            <w:tcBorders>
              <w:left w:val="single" w:sz="4" w:space="0" w:color="auto"/>
            </w:tcBorders>
          </w:tcPr>
          <w:p w14:paraId="3C4DDE86" w14:textId="77777777" w:rsidR="004A324C" w:rsidRDefault="004A324C" w:rsidP="00126506"/>
        </w:tc>
        <w:tc>
          <w:tcPr>
            <w:tcW w:w="7483" w:type="dxa"/>
            <w:tcMar>
              <w:top w:w="65" w:type="dxa"/>
              <w:left w:w="80" w:type="dxa"/>
              <w:bottom w:w="65" w:type="dxa"/>
              <w:right w:w="80" w:type="dxa"/>
            </w:tcMar>
          </w:tcPr>
          <w:p w14:paraId="125E957F" w14:textId="77777777" w:rsidR="004A324C" w:rsidRDefault="004A324C" w:rsidP="00126506">
            <w:r>
              <w:rPr>
                <w:sz w:val="17"/>
              </w:rPr>
              <w:t>Provide role-specific assessment, direct support, advice and recording within professional competence.</w:t>
            </w:r>
          </w:p>
        </w:tc>
      </w:tr>
      <w:tr w:rsidR="004A324C" w14:paraId="389485EB"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178BBAE2" w14:textId="77777777" w:rsidR="004A324C" w:rsidRDefault="004A324C" w:rsidP="00126506">
            <w:r>
              <w:rPr>
                <w:sz w:val="17"/>
              </w:rPr>
              <w:t>After-school staff / activity workers</w:t>
            </w:r>
          </w:p>
        </w:tc>
        <w:tc>
          <w:tcPr>
            <w:tcW w:w="952" w:type="dxa"/>
            <w:tcBorders>
              <w:left w:val="single" w:sz="4" w:space="0" w:color="auto"/>
            </w:tcBorders>
          </w:tcPr>
          <w:p w14:paraId="668D1CD5" w14:textId="77777777" w:rsidR="004A324C" w:rsidRDefault="004A324C" w:rsidP="00126506"/>
        </w:tc>
        <w:tc>
          <w:tcPr>
            <w:tcW w:w="7483" w:type="dxa"/>
            <w:tcMar>
              <w:top w:w="65" w:type="dxa"/>
              <w:left w:w="80" w:type="dxa"/>
              <w:bottom w:w="65" w:type="dxa"/>
              <w:right w:w="80" w:type="dxa"/>
            </w:tcMar>
          </w:tcPr>
          <w:p w14:paraId="4E980214" w14:textId="77777777" w:rsidR="004A324C" w:rsidRDefault="004A324C" w:rsidP="00126506">
            <w:r>
              <w:rPr>
                <w:sz w:val="17"/>
              </w:rPr>
              <w:t>Provide daily supervision, activities, observations, safe routines and immediate reporting of concerns.</w:t>
            </w:r>
          </w:p>
        </w:tc>
      </w:tr>
      <w:tr w:rsidR="004A324C" w14:paraId="031C33CD" w14:textId="77777777" w:rsidTr="00126506">
        <w:trPr>
          <w:cantSplit/>
          <w:jc w:val="center"/>
        </w:trPr>
        <w:tc>
          <w:tcPr>
            <w:tcW w:w="1486" w:type="dxa"/>
            <w:tcBorders>
              <w:right w:val="single" w:sz="4" w:space="0" w:color="auto"/>
            </w:tcBorders>
            <w:tcMar>
              <w:top w:w="65" w:type="dxa"/>
              <w:left w:w="80" w:type="dxa"/>
              <w:bottom w:w="65" w:type="dxa"/>
              <w:right w:w="80" w:type="dxa"/>
            </w:tcMar>
          </w:tcPr>
          <w:p w14:paraId="34E25B3E" w14:textId="77777777" w:rsidR="004A324C" w:rsidRDefault="004A324C" w:rsidP="00126506">
            <w:r>
              <w:rPr>
                <w:sz w:val="17"/>
              </w:rPr>
              <w:t>Administration / support staff</w:t>
            </w:r>
          </w:p>
        </w:tc>
        <w:tc>
          <w:tcPr>
            <w:tcW w:w="952" w:type="dxa"/>
            <w:tcBorders>
              <w:left w:val="single" w:sz="4" w:space="0" w:color="auto"/>
            </w:tcBorders>
          </w:tcPr>
          <w:p w14:paraId="6AD32F50" w14:textId="77777777" w:rsidR="004A324C" w:rsidRDefault="004A324C" w:rsidP="00126506"/>
        </w:tc>
        <w:tc>
          <w:tcPr>
            <w:tcW w:w="7483" w:type="dxa"/>
            <w:tcMar>
              <w:top w:w="65" w:type="dxa"/>
              <w:left w:w="80" w:type="dxa"/>
              <w:bottom w:w="65" w:type="dxa"/>
              <w:right w:w="80" w:type="dxa"/>
            </w:tcMar>
          </w:tcPr>
          <w:p w14:paraId="42CB0F71" w14:textId="77777777" w:rsidR="004A324C" w:rsidRDefault="004A324C" w:rsidP="00126506">
            <w:r>
              <w:rPr>
                <w:sz w:val="17"/>
              </w:rPr>
              <w:t>Support attendance, records, communication and safe operational systems within defined access permissions.</w:t>
            </w:r>
          </w:p>
        </w:tc>
      </w:tr>
    </w:tbl>
    <w:p w14:paraId="05D65B0E" w14:textId="77777777" w:rsidR="004A324C" w:rsidRPr="004A324C" w:rsidRDefault="004A324C"/>
    <w:p w14:paraId="66667BA4" w14:textId="77777777" w:rsidR="0096746C" w:rsidRPr="004A324C" w:rsidRDefault="00000000">
      <w:pPr>
        <w:pStyle w:val="Heading1"/>
        <w:rPr>
          <w:lang w:val="el-GR"/>
        </w:rPr>
      </w:pPr>
      <w:r w:rsidRPr="004A324C">
        <w:rPr>
          <w:lang w:val="el-GR"/>
        </w:rPr>
        <w:t>5. Πορεία του παιδιού: ενδιαφέρον, εισαγωγή, υποστήριξη και μετάβαση</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2154"/>
        <w:gridCol w:w="7767"/>
      </w:tblGrid>
      <w:tr w:rsidR="0096746C" w14:paraId="74382E69" w14:textId="77777777">
        <w:trPr>
          <w:cantSplit/>
          <w:tblHeader/>
          <w:jc w:val="center"/>
        </w:trPr>
        <w:tc>
          <w:tcPr>
            <w:tcW w:w="2154" w:type="dxa"/>
            <w:shd w:val="clear" w:color="auto" w:fill="D9E2F3"/>
            <w:tcMar>
              <w:top w:w="70" w:type="dxa"/>
              <w:left w:w="85" w:type="dxa"/>
              <w:bottom w:w="70" w:type="dxa"/>
              <w:right w:w="85" w:type="dxa"/>
            </w:tcMar>
            <w:vAlign w:val="center"/>
          </w:tcPr>
          <w:p w14:paraId="04A23778" w14:textId="77777777" w:rsidR="0096746C" w:rsidRDefault="00000000">
            <w:proofErr w:type="spellStart"/>
            <w:r>
              <w:rPr>
                <w:color w:val="2F5597"/>
                <w:sz w:val="17"/>
              </w:rPr>
              <w:t>Στάδιο</w:t>
            </w:r>
            <w:proofErr w:type="spellEnd"/>
          </w:p>
        </w:tc>
        <w:tc>
          <w:tcPr>
            <w:tcW w:w="7767" w:type="dxa"/>
            <w:shd w:val="clear" w:color="auto" w:fill="D9E2F3"/>
            <w:tcMar>
              <w:top w:w="70" w:type="dxa"/>
              <w:left w:w="85" w:type="dxa"/>
              <w:bottom w:w="70" w:type="dxa"/>
              <w:right w:w="85" w:type="dxa"/>
            </w:tcMar>
            <w:vAlign w:val="center"/>
          </w:tcPr>
          <w:p w14:paraId="5E36B7DB" w14:textId="77777777" w:rsidR="0096746C" w:rsidRDefault="00000000">
            <w:r>
              <w:rPr>
                <w:color w:val="2F5597"/>
                <w:sz w:val="17"/>
              </w:rPr>
              <w:t>Απαιτούμενη προσέγγιση</w:t>
            </w:r>
          </w:p>
        </w:tc>
      </w:tr>
      <w:tr w:rsidR="0096746C" w:rsidRPr="004A324C" w14:paraId="48401129" w14:textId="77777777">
        <w:trPr>
          <w:cantSplit/>
          <w:jc w:val="center"/>
        </w:trPr>
        <w:tc>
          <w:tcPr>
            <w:tcW w:w="2154" w:type="dxa"/>
            <w:tcMar>
              <w:top w:w="65" w:type="dxa"/>
              <w:left w:w="80" w:type="dxa"/>
              <w:bottom w:w="65" w:type="dxa"/>
              <w:right w:w="80" w:type="dxa"/>
            </w:tcMar>
          </w:tcPr>
          <w:p w14:paraId="2A597AE4" w14:textId="77777777" w:rsidR="0096746C" w:rsidRDefault="00000000">
            <w:r>
              <w:rPr>
                <w:sz w:val="17"/>
              </w:rPr>
              <w:t>1. Ενδιαφέρον / παραπομπή</w:t>
            </w:r>
          </w:p>
        </w:tc>
        <w:tc>
          <w:tcPr>
            <w:tcW w:w="7767" w:type="dxa"/>
            <w:tcMar>
              <w:top w:w="65" w:type="dxa"/>
              <w:left w:w="80" w:type="dxa"/>
              <w:bottom w:w="65" w:type="dxa"/>
              <w:right w:w="80" w:type="dxa"/>
            </w:tcMar>
          </w:tcPr>
          <w:p w14:paraId="45CC4356" w14:textId="77777777" w:rsidR="0096746C" w:rsidRPr="004A324C" w:rsidRDefault="00000000">
            <w:pPr>
              <w:rPr>
                <w:lang w:val="el-GR"/>
              </w:rPr>
            </w:pPr>
            <w:r w:rsidRPr="004A324C">
              <w:rPr>
                <w:sz w:val="17"/>
                <w:lang w:val="el-GR"/>
              </w:rPr>
              <w:t>Λαμβάνονται βασικές πληροφορίες. Η οικογένεια λαμβάνει σαφή περιγραφή του Κέντρου και των ορίων του.</w:t>
            </w:r>
          </w:p>
        </w:tc>
      </w:tr>
      <w:tr w:rsidR="0096746C" w:rsidRPr="004A324C" w14:paraId="57CCD01A" w14:textId="77777777">
        <w:trPr>
          <w:cantSplit/>
          <w:jc w:val="center"/>
        </w:trPr>
        <w:tc>
          <w:tcPr>
            <w:tcW w:w="2154" w:type="dxa"/>
            <w:tcMar>
              <w:top w:w="65" w:type="dxa"/>
              <w:left w:w="80" w:type="dxa"/>
              <w:bottom w:w="65" w:type="dxa"/>
              <w:right w:w="80" w:type="dxa"/>
            </w:tcMar>
          </w:tcPr>
          <w:p w14:paraId="5CDF2058" w14:textId="77777777" w:rsidR="0096746C" w:rsidRDefault="00000000">
            <w:r>
              <w:rPr>
                <w:sz w:val="17"/>
              </w:rPr>
              <w:t>2. Αρχική συζήτηση</w:t>
            </w:r>
          </w:p>
        </w:tc>
        <w:tc>
          <w:tcPr>
            <w:tcW w:w="7767" w:type="dxa"/>
            <w:tcMar>
              <w:top w:w="65" w:type="dxa"/>
              <w:left w:w="80" w:type="dxa"/>
              <w:bottom w:w="65" w:type="dxa"/>
              <w:right w:w="80" w:type="dxa"/>
            </w:tcMar>
          </w:tcPr>
          <w:p w14:paraId="76E8B0A0" w14:textId="77777777" w:rsidR="0096746C" w:rsidRPr="004A324C" w:rsidRDefault="00000000">
            <w:pPr>
              <w:rPr>
                <w:lang w:val="el-GR"/>
              </w:rPr>
            </w:pPr>
            <w:r w:rsidRPr="004A324C">
              <w:rPr>
                <w:sz w:val="17"/>
                <w:lang w:val="el-GR"/>
              </w:rPr>
              <w:t xml:space="preserve">Ο γονέας ή κηδεμόνας συζητά τα δυνατά σημεία, τις ανάγκες, τις </w:t>
            </w:r>
            <w:proofErr w:type="spellStart"/>
            <w:r w:rsidRPr="004A324C">
              <w:rPr>
                <w:sz w:val="17"/>
                <w:lang w:val="el-GR"/>
              </w:rPr>
              <w:t>ρουτίνες</w:t>
            </w:r>
            <w:proofErr w:type="spellEnd"/>
            <w:r w:rsidRPr="004A324C">
              <w:rPr>
                <w:sz w:val="17"/>
                <w:lang w:val="el-GR"/>
              </w:rPr>
              <w:t>, την απαιτούμενη υποστήριξη και τις προσδοκίες για το παιδί.</w:t>
            </w:r>
          </w:p>
        </w:tc>
      </w:tr>
      <w:tr w:rsidR="0096746C" w:rsidRPr="004A324C" w14:paraId="236C322A" w14:textId="77777777">
        <w:trPr>
          <w:cantSplit/>
          <w:jc w:val="center"/>
        </w:trPr>
        <w:tc>
          <w:tcPr>
            <w:tcW w:w="2154" w:type="dxa"/>
            <w:tcMar>
              <w:top w:w="65" w:type="dxa"/>
              <w:left w:w="80" w:type="dxa"/>
              <w:bottom w:w="65" w:type="dxa"/>
              <w:right w:w="80" w:type="dxa"/>
            </w:tcMar>
          </w:tcPr>
          <w:p w14:paraId="67585786" w14:textId="77777777" w:rsidR="0096746C" w:rsidRDefault="00000000">
            <w:r>
              <w:rPr>
                <w:sz w:val="17"/>
              </w:rPr>
              <w:t>3. Εγγραφή και πληροφορίες</w:t>
            </w:r>
          </w:p>
        </w:tc>
        <w:tc>
          <w:tcPr>
            <w:tcW w:w="7767" w:type="dxa"/>
            <w:tcMar>
              <w:top w:w="65" w:type="dxa"/>
              <w:left w:w="80" w:type="dxa"/>
              <w:bottom w:w="65" w:type="dxa"/>
              <w:right w:w="80" w:type="dxa"/>
            </w:tcMar>
          </w:tcPr>
          <w:p w14:paraId="4322A6F7" w14:textId="77777777" w:rsidR="0096746C" w:rsidRPr="004A324C" w:rsidRDefault="00000000">
            <w:pPr>
              <w:rPr>
                <w:lang w:val="el-GR"/>
              </w:rPr>
            </w:pPr>
            <w:r w:rsidRPr="004A324C">
              <w:rPr>
                <w:sz w:val="17"/>
                <w:lang w:val="el-GR"/>
              </w:rPr>
              <w:t>Συμπληρώνονται οι απαιτούμενες πληροφορίες εγγραφής, έκτακτης ανάγκης, υγείας, αλλεργιών, φαρμακευτικής αγωγής, παραλαβής και συγκατάθεσης.</w:t>
            </w:r>
          </w:p>
        </w:tc>
      </w:tr>
      <w:tr w:rsidR="0096746C" w:rsidRPr="004A324C" w14:paraId="6CE5B74B" w14:textId="77777777">
        <w:trPr>
          <w:cantSplit/>
          <w:jc w:val="center"/>
        </w:trPr>
        <w:tc>
          <w:tcPr>
            <w:tcW w:w="2154" w:type="dxa"/>
            <w:tcMar>
              <w:top w:w="65" w:type="dxa"/>
              <w:left w:w="80" w:type="dxa"/>
              <w:bottom w:w="65" w:type="dxa"/>
              <w:right w:w="80" w:type="dxa"/>
            </w:tcMar>
          </w:tcPr>
          <w:p w14:paraId="08CD4655" w14:textId="77777777" w:rsidR="0096746C" w:rsidRDefault="00000000">
            <w:r>
              <w:rPr>
                <w:sz w:val="17"/>
              </w:rPr>
              <w:t>4. Αρχική αξιολόγηση</w:t>
            </w:r>
          </w:p>
        </w:tc>
        <w:tc>
          <w:tcPr>
            <w:tcW w:w="7767" w:type="dxa"/>
            <w:tcMar>
              <w:top w:w="65" w:type="dxa"/>
              <w:left w:w="80" w:type="dxa"/>
              <w:bottom w:w="65" w:type="dxa"/>
              <w:right w:w="80" w:type="dxa"/>
            </w:tcMar>
          </w:tcPr>
          <w:p w14:paraId="460FF2E3" w14:textId="77777777" w:rsidR="0096746C" w:rsidRPr="004A324C" w:rsidRDefault="00000000">
            <w:pPr>
              <w:rPr>
                <w:lang w:val="el-GR"/>
              </w:rPr>
            </w:pPr>
            <w:r w:rsidRPr="004A324C">
              <w:rPr>
                <w:sz w:val="17"/>
                <w:lang w:val="el-GR"/>
              </w:rPr>
              <w:t>Το προσωπικό εξετάζει την επικοινωνία, τη συμπεριφορά, τη μάθηση, τις αισθητηριακές ανάγκες, τις πληροφορίες προστασίας, τους κινδύνους και τις εύλογες προσαρμογές.</w:t>
            </w:r>
          </w:p>
        </w:tc>
      </w:tr>
      <w:tr w:rsidR="0096746C" w:rsidRPr="004A324C" w14:paraId="4EC8D6F7" w14:textId="77777777">
        <w:trPr>
          <w:cantSplit/>
          <w:jc w:val="center"/>
        </w:trPr>
        <w:tc>
          <w:tcPr>
            <w:tcW w:w="2154" w:type="dxa"/>
            <w:tcMar>
              <w:top w:w="65" w:type="dxa"/>
              <w:left w:w="80" w:type="dxa"/>
              <w:bottom w:w="65" w:type="dxa"/>
              <w:right w:w="80" w:type="dxa"/>
            </w:tcMar>
          </w:tcPr>
          <w:p w14:paraId="43B5A75D" w14:textId="77777777" w:rsidR="0096746C" w:rsidRDefault="00000000">
            <w:r>
              <w:rPr>
                <w:sz w:val="17"/>
              </w:rPr>
              <w:t>5. Απόφαση εισαγωγής</w:t>
            </w:r>
          </w:p>
        </w:tc>
        <w:tc>
          <w:tcPr>
            <w:tcW w:w="7767" w:type="dxa"/>
            <w:tcMar>
              <w:top w:w="65" w:type="dxa"/>
              <w:left w:w="80" w:type="dxa"/>
              <w:bottom w:w="65" w:type="dxa"/>
              <w:right w:w="80" w:type="dxa"/>
            </w:tcMar>
          </w:tcPr>
          <w:p w14:paraId="2AE28303" w14:textId="77777777" w:rsidR="0096746C" w:rsidRPr="004A324C" w:rsidRDefault="00000000">
            <w:pPr>
              <w:rPr>
                <w:lang w:val="el-GR"/>
              </w:rPr>
            </w:pPr>
            <w:r w:rsidRPr="004A324C">
              <w:rPr>
                <w:sz w:val="17"/>
                <w:lang w:val="el-GR"/>
              </w:rPr>
              <w:t>Το Κέντρο επιβεβαιώνει εάν μπορεί να ανταποκριθεί με ασφάλεια στις ανάγκες του παιδιού και ποια υποστήριξη απαιτείται.</w:t>
            </w:r>
          </w:p>
        </w:tc>
      </w:tr>
      <w:tr w:rsidR="0096746C" w:rsidRPr="004A324C" w14:paraId="1CC36C2C" w14:textId="77777777">
        <w:trPr>
          <w:cantSplit/>
          <w:jc w:val="center"/>
        </w:trPr>
        <w:tc>
          <w:tcPr>
            <w:tcW w:w="2154" w:type="dxa"/>
            <w:tcMar>
              <w:top w:w="65" w:type="dxa"/>
              <w:left w:w="80" w:type="dxa"/>
              <w:bottom w:w="65" w:type="dxa"/>
              <w:right w:w="80" w:type="dxa"/>
            </w:tcMar>
          </w:tcPr>
          <w:p w14:paraId="09EBA983" w14:textId="77777777" w:rsidR="0096746C" w:rsidRDefault="00000000">
            <w:r>
              <w:rPr>
                <w:sz w:val="17"/>
              </w:rPr>
              <w:t>6. Εισαγωγή / προσαρμογή</w:t>
            </w:r>
          </w:p>
        </w:tc>
        <w:tc>
          <w:tcPr>
            <w:tcW w:w="7767" w:type="dxa"/>
            <w:tcMar>
              <w:top w:w="65" w:type="dxa"/>
              <w:left w:w="80" w:type="dxa"/>
              <w:bottom w:w="65" w:type="dxa"/>
              <w:right w:w="80" w:type="dxa"/>
            </w:tcMar>
          </w:tcPr>
          <w:p w14:paraId="30D2A9A8" w14:textId="77777777" w:rsidR="0096746C" w:rsidRPr="004A324C" w:rsidRDefault="00000000">
            <w:pPr>
              <w:rPr>
                <w:lang w:val="el-GR"/>
              </w:rPr>
            </w:pPr>
            <w:r w:rsidRPr="004A324C">
              <w:rPr>
                <w:sz w:val="17"/>
                <w:lang w:val="el-GR"/>
              </w:rPr>
              <w:t xml:space="preserve">Το παιδί </w:t>
            </w:r>
            <w:proofErr w:type="spellStart"/>
            <w:r w:rsidRPr="004A324C">
              <w:rPr>
                <w:sz w:val="17"/>
                <w:lang w:val="el-GR"/>
              </w:rPr>
              <w:t>βοηθείται</w:t>
            </w:r>
            <w:proofErr w:type="spellEnd"/>
            <w:r w:rsidRPr="004A324C">
              <w:rPr>
                <w:sz w:val="17"/>
                <w:lang w:val="el-GR"/>
              </w:rPr>
              <w:t xml:space="preserve"> να κατανοήσει τις </w:t>
            </w:r>
            <w:proofErr w:type="spellStart"/>
            <w:r w:rsidRPr="004A324C">
              <w:rPr>
                <w:sz w:val="17"/>
                <w:lang w:val="el-GR"/>
              </w:rPr>
              <w:t>ρουτίνες</w:t>
            </w:r>
            <w:proofErr w:type="spellEnd"/>
            <w:r w:rsidRPr="004A324C">
              <w:rPr>
                <w:sz w:val="17"/>
                <w:lang w:val="el-GR"/>
              </w:rPr>
              <w:t>, τους χώρους, τους ενήλικες, τις προσδοκίες και τον τρόπο με τον οποίο μπορεί να ζητήσει βοήθεια.</w:t>
            </w:r>
          </w:p>
        </w:tc>
      </w:tr>
      <w:tr w:rsidR="0096746C" w:rsidRPr="004A324C" w14:paraId="7C42CFC3" w14:textId="77777777">
        <w:trPr>
          <w:cantSplit/>
          <w:jc w:val="center"/>
        </w:trPr>
        <w:tc>
          <w:tcPr>
            <w:tcW w:w="2154" w:type="dxa"/>
            <w:tcMar>
              <w:top w:w="65" w:type="dxa"/>
              <w:left w:w="80" w:type="dxa"/>
              <w:bottom w:w="65" w:type="dxa"/>
              <w:right w:w="80" w:type="dxa"/>
            </w:tcMar>
          </w:tcPr>
          <w:p w14:paraId="10199B2B" w14:textId="77777777" w:rsidR="0096746C" w:rsidRDefault="00000000">
            <w:r>
              <w:rPr>
                <w:sz w:val="17"/>
              </w:rPr>
              <w:t>7. Ατομικοί στόχοι</w:t>
            </w:r>
          </w:p>
        </w:tc>
        <w:tc>
          <w:tcPr>
            <w:tcW w:w="7767" w:type="dxa"/>
            <w:tcMar>
              <w:top w:w="65" w:type="dxa"/>
              <w:left w:w="80" w:type="dxa"/>
              <w:bottom w:w="65" w:type="dxa"/>
              <w:right w:w="80" w:type="dxa"/>
            </w:tcMar>
          </w:tcPr>
          <w:p w14:paraId="41628987" w14:textId="77777777" w:rsidR="0096746C" w:rsidRPr="004A324C" w:rsidRDefault="00000000">
            <w:pPr>
              <w:rPr>
                <w:lang w:val="el-GR"/>
              </w:rPr>
            </w:pPr>
            <w:r w:rsidRPr="004A324C">
              <w:rPr>
                <w:sz w:val="17"/>
                <w:lang w:val="el-GR"/>
              </w:rPr>
              <w:t>Συμφωνούνται με το παιδί και την οικογένεια δύο ή τρεις πρακτικοί στόχοι.</w:t>
            </w:r>
          </w:p>
        </w:tc>
      </w:tr>
      <w:tr w:rsidR="0096746C" w:rsidRPr="004A324C" w14:paraId="6DBEA182" w14:textId="77777777">
        <w:trPr>
          <w:cantSplit/>
          <w:jc w:val="center"/>
        </w:trPr>
        <w:tc>
          <w:tcPr>
            <w:tcW w:w="2154" w:type="dxa"/>
            <w:tcMar>
              <w:top w:w="65" w:type="dxa"/>
              <w:left w:w="80" w:type="dxa"/>
              <w:bottom w:w="65" w:type="dxa"/>
              <w:right w:w="80" w:type="dxa"/>
            </w:tcMar>
          </w:tcPr>
          <w:p w14:paraId="2A29763C" w14:textId="77777777" w:rsidR="0096746C" w:rsidRDefault="00000000">
            <w:r>
              <w:rPr>
                <w:sz w:val="17"/>
              </w:rPr>
              <w:t>8. Συνεχής υποστήριξη</w:t>
            </w:r>
          </w:p>
        </w:tc>
        <w:tc>
          <w:tcPr>
            <w:tcW w:w="7767" w:type="dxa"/>
            <w:tcMar>
              <w:top w:w="65" w:type="dxa"/>
              <w:left w:w="80" w:type="dxa"/>
              <w:bottom w:w="65" w:type="dxa"/>
              <w:right w:w="80" w:type="dxa"/>
            </w:tcMar>
          </w:tcPr>
          <w:p w14:paraId="13A9A228" w14:textId="77777777" w:rsidR="0096746C" w:rsidRPr="004A324C" w:rsidRDefault="00000000">
            <w:pPr>
              <w:rPr>
                <w:lang w:val="el-GR"/>
              </w:rPr>
            </w:pPr>
            <w:r w:rsidRPr="004A324C">
              <w:rPr>
                <w:sz w:val="17"/>
                <w:lang w:val="el-GR"/>
              </w:rPr>
              <w:t>Το προσωπικό εφαρμόζει τις συμφωνημένες στρατηγικές και καταγράφει σημαντικές παρατηρήσεις, πρόοδο και ανησυχίες.</w:t>
            </w:r>
          </w:p>
        </w:tc>
      </w:tr>
      <w:tr w:rsidR="0096746C" w:rsidRPr="004A324C" w14:paraId="087E51B5" w14:textId="77777777">
        <w:trPr>
          <w:cantSplit/>
          <w:jc w:val="center"/>
        </w:trPr>
        <w:tc>
          <w:tcPr>
            <w:tcW w:w="2154" w:type="dxa"/>
            <w:tcMar>
              <w:top w:w="65" w:type="dxa"/>
              <w:left w:w="80" w:type="dxa"/>
              <w:bottom w:w="65" w:type="dxa"/>
              <w:right w:w="80" w:type="dxa"/>
            </w:tcMar>
          </w:tcPr>
          <w:p w14:paraId="4546F548" w14:textId="77777777" w:rsidR="0096746C" w:rsidRDefault="00000000">
            <w:r>
              <w:rPr>
                <w:sz w:val="17"/>
              </w:rPr>
              <w:t>9. Ανασκόπηση</w:t>
            </w:r>
          </w:p>
        </w:tc>
        <w:tc>
          <w:tcPr>
            <w:tcW w:w="7767" w:type="dxa"/>
            <w:tcMar>
              <w:top w:w="65" w:type="dxa"/>
              <w:left w:w="80" w:type="dxa"/>
              <w:bottom w:w="65" w:type="dxa"/>
              <w:right w:w="80" w:type="dxa"/>
            </w:tcMar>
          </w:tcPr>
          <w:p w14:paraId="4E3CAB24" w14:textId="77777777" w:rsidR="0096746C" w:rsidRPr="004A324C" w:rsidRDefault="00000000">
            <w:pPr>
              <w:rPr>
                <w:lang w:val="el-GR"/>
              </w:rPr>
            </w:pPr>
            <w:r w:rsidRPr="004A324C">
              <w:rPr>
                <w:sz w:val="17"/>
                <w:lang w:val="el-GR"/>
              </w:rPr>
              <w:t>Η πρόοδος, η παρουσία, η ευημερία, οι απόψεις της οικογένειας και οι ανάγκες υποστήριξης αναθεωρούνται σε συμφωνημένα διαστήματα.</w:t>
            </w:r>
          </w:p>
        </w:tc>
      </w:tr>
      <w:tr w:rsidR="0096746C" w:rsidRPr="004A324C" w14:paraId="0D1E984B" w14:textId="77777777">
        <w:trPr>
          <w:cantSplit/>
          <w:jc w:val="center"/>
        </w:trPr>
        <w:tc>
          <w:tcPr>
            <w:tcW w:w="2154" w:type="dxa"/>
            <w:tcMar>
              <w:top w:w="65" w:type="dxa"/>
              <w:left w:w="80" w:type="dxa"/>
              <w:bottom w:w="65" w:type="dxa"/>
              <w:right w:w="80" w:type="dxa"/>
            </w:tcMar>
          </w:tcPr>
          <w:p w14:paraId="7111471F" w14:textId="77777777" w:rsidR="0096746C" w:rsidRDefault="00000000">
            <w:r>
              <w:rPr>
                <w:sz w:val="17"/>
              </w:rPr>
              <w:t>10. Μετάβαση / ολοκλήρωση</w:t>
            </w:r>
          </w:p>
        </w:tc>
        <w:tc>
          <w:tcPr>
            <w:tcW w:w="7767" w:type="dxa"/>
            <w:tcMar>
              <w:top w:w="65" w:type="dxa"/>
              <w:left w:w="80" w:type="dxa"/>
              <w:bottom w:w="65" w:type="dxa"/>
              <w:right w:w="80" w:type="dxa"/>
            </w:tcMar>
          </w:tcPr>
          <w:p w14:paraId="3EE25D35" w14:textId="77777777" w:rsidR="0096746C" w:rsidRPr="004A324C" w:rsidRDefault="00000000">
            <w:pPr>
              <w:rPr>
                <w:lang w:val="el-GR"/>
              </w:rPr>
            </w:pPr>
            <w:r w:rsidRPr="004A324C">
              <w:rPr>
                <w:sz w:val="17"/>
                <w:lang w:val="el-GR"/>
              </w:rPr>
              <w:t>Η μετάβαση, η ολοκλήρωση συμμετοχής ή η αλλαγή υποστήριξης του παιδιού σχεδιάζεται και καταγράφεται.</w:t>
            </w:r>
          </w:p>
        </w:tc>
      </w:tr>
    </w:tbl>
    <w:p w14:paraId="69C52725" w14:textId="77777777" w:rsidR="0096746C" w:rsidRPr="004A324C" w:rsidRDefault="0096746C">
      <w:pPr>
        <w:spacing w:after="20"/>
        <w:rPr>
          <w:lang w:val="el-GR"/>
        </w:rPr>
      </w:pPr>
    </w:p>
    <w:p w14:paraId="4B7BB598" w14:textId="77777777" w:rsidR="0096746C" w:rsidRPr="004A324C" w:rsidRDefault="00000000">
      <w:pPr>
        <w:pStyle w:val="Heading1"/>
        <w:rPr>
          <w:lang w:val="el-GR"/>
        </w:rPr>
      </w:pPr>
      <w:r w:rsidRPr="004A324C">
        <w:rPr>
          <w:lang w:val="el-GR"/>
        </w:rPr>
        <w:t>6. Αξιολόγηση και εξατομικευμένος σχεδιασμός υποστήριξης</w:t>
      </w:r>
    </w:p>
    <w:p w14:paraId="63F26B6C" w14:textId="77777777" w:rsidR="0096746C" w:rsidRPr="004A324C" w:rsidRDefault="00000000">
      <w:pPr>
        <w:rPr>
          <w:lang w:val="el-GR"/>
        </w:rPr>
      </w:pPr>
      <w:r w:rsidRPr="004A324C">
        <w:rPr>
          <w:lang w:val="el-GR"/>
        </w:rPr>
        <w:t>Για κάθε παιδί πρέπει να καταγράφονται επαρκείς πληροφορίες ώστε το προσωπικό να μπορεί να το υποστηρίζει με ασφάλεια και συνέπεια. Στόχος δεν είναι η δημιουργία περιττής γραφειοκρατίας, αλλά η αποφυγή καταστάσεων όπου σημαντικές πληροφορίες βρίσκονται μόνο στη μνήμη μεμονωμένων μελών του προσωπικού.</w:t>
      </w:r>
    </w:p>
    <w:p w14:paraId="660FFAF4" w14:textId="77777777" w:rsidR="0096746C" w:rsidRPr="004A324C" w:rsidRDefault="00000000">
      <w:pPr>
        <w:pStyle w:val="Heading2"/>
        <w:rPr>
          <w:lang w:val="el-GR"/>
        </w:rPr>
      </w:pPr>
      <w:r w:rsidRPr="004A324C">
        <w:rPr>
          <w:lang w:val="el-GR"/>
        </w:rPr>
        <w:lastRenderedPageBreak/>
        <w:t>Το ατομικό προφίλ πρέπει να περιλαμβάνει</w:t>
      </w:r>
    </w:p>
    <w:p w14:paraId="0E1B51FD" w14:textId="77777777" w:rsidR="0096746C" w:rsidRPr="004A324C" w:rsidRDefault="00000000">
      <w:pPr>
        <w:spacing w:after="40"/>
        <w:ind w:left="255" w:hanging="159"/>
        <w:rPr>
          <w:lang w:val="el-GR"/>
        </w:rPr>
      </w:pPr>
      <w:r w:rsidRPr="004A324C">
        <w:rPr>
          <w:color w:val="2F5597"/>
          <w:lang w:val="el-GR"/>
        </w:rPr>
        <w:t>• Δυνατά σημεία, ενδιαφέροντα και προτιμώμενες δραστηριότητες.</w:t>
      </w:r>
    </w:p>
    <w:p w14:paraId="4925073D" w14:textId="77777777" w:rsidR="0096746C" w:rsidRPr="004A324C" w:rsidRDefault="00000000">
      <w:pPr>
        <w:spacing w:after="40"/>
        <w:ind w:left="255" w:hanging="159"/>
        <w:rPr>
          <w:lang w:val="el-GR"/>
        </w:rPr>
      </w:pPr>
      <w:r w:rsidRPr="004A324C">
        <w:rPr>
          <w:color w:val="2F5597"/>
          <w:lang w:val="el-GR"/>
        </w:rPr>
        <w:t>• Τι βοηθά το παιδί να αισθάνεται ασφαλές και ήρεμο.</w:t>
      </w:r>
    </w:p>
    <w:p w14:paraId="2C938F12" w14:textId="77777777" w:rsidR="0096746C" w:rsidRPr="004A324C" w:rsidRDefault="00000000">
      <w:pPr>
        <w:spacing w:after="40"/>
        <w:ind w:left="255" w:hanging="159"/>
        <w:rPr>
          <w:lang w:val="el-GR"/>
        </w:rPr>
      </w:pPr>
      <w:r w:rsidRPr="004A324C">
        <w:rPr>
          <w:color w:val="2F5597"/>
          <w:lang w:val="el-GR"/>
        </w:rPr>
        <w:t>• Τρόπο επικοινωνίας και τυχόν απαιτούμενη υποστήριξη επικοινωνίας.</w:t>
      </w:r>
    </w:p>
    <w:p w14:paraId="33E46C33" w14:textId="77777777" w:rsidR="0096746C" w:rsidRPr="004A324C" w:rsidRDefault="00000000">
      <w:pPr>
        <w:spacing w:after="40"/>
        <w:ind w:left="255" w:hanging="159"/>
        <w:rPr>
          <w:lang w:val="el-GR"/>
        </w:rPr>
      </w:pPr>
      <w:r w:rsidRPr="004A324C">
        <w:rPr>
          <w:color w:val="2F5597"/>
          <w:lang w:val="el-GR"/>
        </w:rPr>
        <w:t>• Ανάγκες προσοχής, οργάνωσης και μάθησης.</w:t>
      </w:r>
    </w:p>
    <w:p w14:paraId="5D179F04" w14:textId="77777777" w:rsidR="0096746C" w:rsidRPr="004A324C" w:rsidRDefault="00000000">
      <w:pPr>
        <w:spacing w:after="40"/>
        <w:ind w:left="255" w:hanging="159"/>
        <w:rPr>
          <w:lang w:val="el-GR"/>
        </w:rPr>
      </w:pPr>
      <w:r w:rsidRPr="004A324C">
        <w:rPr>
          <w:color w:val="2F5597"/>
          <w:lang w:val="el-GR"/>
        </w:rPr>
        <w:t>• Κοινωνική αλληλεπίδραση και σχέσεις με συνομηλίκους.</w:t>
      </w:r>
    </w:p>
    <w:p w14:paraId="6E3C4906" w14:textId="77777777" w:rsidR="0096746C" w:rsidRPr="004A324C" w:rsidRDefault="00000000">
      <w:pPr>
        <w:spacing w:after="40"/>
        <w:ind w:left="255" w:hanging="159"/>
        <w:rPr>
          <w:lang w:val="el-GR"/>
        </w:rPr>
      </w:pPr>
      <w:r w:rsidRPr="004A324C">
        <w:rPr>
          <w:color w:val="2F5597"/>
          <w:lang w:val="el-GR"/>
        </w:rPr>
        <w:t>• Συναισθηματική ρύθμιση και γνωστούς παράγοντες πυροδότησης.</w:t>
      </w:r>
    </w:p>
    <w:p w14:paraId="19CA4C97" w14:textId="77777777" w:rsidR="0096746C" w:rsidRPr="004A324C" w:rsidRDefault="00000000">
      <w:pPr>
        <w:spacing w:after="40"/>
        <w:ind w:left="255" w:hanging="159"/>
        <w:rPr>
          <w:lang w:val="el-GR"/>
        </w:rPr>
      </w:pPr>
      <w:r w:rsidRPr="004A324C">
        <w:rPr>
          <w:color w:val="2F5597"/>
          <w:lang w:val="el-GR"/>
        </w:rPr>
        <w:t>• Αισθητηριακές ανάγκες και προσαρμογές του περιβάλλοντος.</w:t>
      </w:r>
    </w:p>
    <w:p w14:paraId="00E8F56E" w14:textId="77777777" w:rsidR="0096746C" w:rsidRPr="004A324C" w:rsidRDefault="00000000">
      <w:pPr>
        <w:spacing w:after="40"/>
        <w:ind w:left="255" w:hanging="159"/>
        <w:rPr>
          <w:lang w:val="el-GR"/>
        </w:rPr>
      </w:pPr>
      <w:r w:rsidRPr="004A324C">
        <w:rPr>
          <w:color w:val="2F5597"/>
          <w:lang w:val="el-GR"/>
        </w:rPr>
        <w:t>• Συμπεριφορές που ενδέχεται να υποδηλώνουν δυσφορία ή κίνδυνο.</w:t>
      </w:r>
    </w:p>
    <w:p w14:paraId="041C35C3" w14:textId="77777777" w:rsidR="0096746C" w:rsidRPr="004A324C" w:rsidRDefault="00000000">
      <w:pPr>
        <w:spacing w:after="40"/>
        <w:ind w:left="255" w:hanging="159"/>
        <w:rPr>
          <w:lang w:val="el-GR"/>
        </w:rPr>
      </w:pPr>
      <w:r w:rsidRPr="004A324C">
        <w:rPr>
          <w:color w:val="2F5597"/>
          <w:lang w:val="el-GR"/>
        </w:rPr>
        <w:t>• Ιατρικές παθήσεις, αλλεργίες και φαρμακευτική αγωγή.</w:t>
      </w:r>
    </w:p>
    <w:p w14:paraId="4947212E" w14:textId="77777777" w:rsidR="0096746C" w:rsidRPr="004A324C" w:rsidRDefault="00000000">
      <w:pPr>
        <w:spacing w:after="40"/>
        <w:ind w:left="255" w:hanging="159"/>
        <w:rPr>
          <w:lang w:val="el-GR"/>
        </w:rPr>
      </w:pPr>
      <w:r w:rsidRPr="004A324C">
        <w:rPr>
          <w:color w:val="2F5597"/>
          <w:lang w:val="el-GR"/>
        </w:rPr>
        <w:t>• Ρυθμίσεις παραλαβής, μεταφοράς ή οικογενειακές ρυθμίσεις που σχετίζονται με την ασφάλεια.</w:t>
      </w:r>
    </w:p>
    <w:p w14:paraId="48D0AE8C" w14:textId="77777777" w:rsidR="0096746C" w:rsidRPr="004A324C" w:rsidRDefault="00000000">
      <w:pPr>
        <w:spacing w:after="40"/>
        <w:ind w:left="255" w:hanging="159"/>
        <w:rPr>
          <w:lang w:val="el-GR"/>
        </w:rPr>
      </w:pPr>
      <w:r w:rsidRPr="004A324C">
        <w:rPr>
          <w:color w:val="2F5597"/>
          <w:lang w:val="el-GR"/>
        </w:rPr>
        <w:t>• Πληροφορίες προστασίας ή επαγγελματικές πληροφορίες που πρέπει να γνωρίζει το προσωπικό αποκλειστικά βάσει της αρχής «ανάγκη γνώσης».</w:t>
      </w:r>
    </w:p>
    <w:p w14:paraId="08C4FA5E" w14:textId="77777777" w:rsidR="0096746C" w:rsidRPr="004A324C" w:rsidRDefault="00000000">
      <w:pPr>
        <w:spacing w:after="40"/>
        <w:ind w:left="255" w:hanging="159"/>
        <w:rPr>
          <w:lang w:val="el-GR"/>
        </w:rPr>
      </w:pPr>
      <w:r w:rsidRPr="004A324C">
        <w:rPr>
          <w:color w:val="2F5597"/>
          <w:lang w:val="el-GR"/>
        </w:rPr>
        <w:t>• Δύο ή τρεις εφικτούς στόχους υποστήριξης.</w:t>
      </w:r>
    </w:p>
    <w:p w14:paraId="07C5A2E5" w14:textId="77777777" w:rsidR="0096746C" w:rsidRPr="004A324C" w:rsidRDefault="00000000">
      <w:pPr>
        <w:pStyle w:val="Heading2"/>
        <w:rPr>
          <w:lang w:val="el-GR"/>
        </w:rPr>
      </w:pPr>
      <w:r w:rsidRPr="004A324C">
        <w:rPr>
          <w:lang w:val="el-GR"/>
        </w:rPr>
        <w:t>Διατύπωση χρήσιμων στόχων</w:t>
      </w:r>
    </w:p>
    <w:p w14:paraId="4406EE41" w14:textId="77777777" w:rsidR="0096746C" w:rsidRDefault="00000000">
      <w:r w:rsidRPr="004A324C">
        <w:rPr>
          <w:lang w:val="el-GR"/>
        </w:rPr>
        <w:t xml:space="preserve">Οι στόχοι πρέπει να περιγράφουν </w:t>
      </w:r>
      <w:proofErr w:type="spellStart"/>
      <w:r w:rsidRPr="004A324C">
        <w:rPr>
          <w:lang w:val="el-GR"/>
        </w:rPr>
        <w:t>παρατηρήσιμη</w:t>
      </w:r>
      <w:proofErr w:type="spellEnd"/>
      <w:r w:rsidRPr="004A324C">
        <w:rPr>
          <w:lang w:val="el-GR"/>
        </w:rPr>
        <w:t xml:space="preserve"> πρόοδο. </w:t>
      </w:r>
      <w:r>
        <w:t>Παρα</w:t>
      </w:r>
      <w:proofErr w:type="spellStart"/>
      <w:r>
        <w:t>δείγμ</w:t>
      </w:r>
      <w:proofErr w:type="spellEnd"/>
      <w:r>
        <w:t>ατα:</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3118"/>
        <w:gridCol w:w="6803"/>
      </w:tblGrid>
      <w:tr w:rsidR="0096746C" w14:paraId="4137571E" w14:textId="77777777">
        <w:trPr>
          <w:cantSplit/>
          <w:tblHeader/>
          <w:jc w:val="center"/>
        </w:trPr>
        <w:tc>
          <w:tcPr>
            <w:tcW w:w="3118" w:type="dxa"/>
            <w:shd w:val="clear" w:color="auto" w:fill="D9E2F3"/>
            <w:tcMar>
              <w:top w:w="70" w:type="dxa"/>
              <w:left w:w="85" w:type="dxa"/>
              <w:bottom w:w="70" w:type="dxa"/>
              <w:right w:w="85" w:type="dxa"/>
            </w:tcMar>
            <w:vAlign w:val="center"/>
          </w:tcPr>
          <w:p w14:paraId="58EEFCE4" w14:textId="77777777" w:rsidR="0096746C" w:rsidRDefault="00000000">
            <w:r>
              <w:rPr>
                <w:color w:val="2F5597"/>
                <w:sz w:val="18"/>
              </w:rPr>
              <w:t>Λιγότερο χρήσιμο</w:t>
            </w:r>
          </w:p>
        </w:tc>
        <w:tc>
          <w:tcPr>
            <w:tcW w:w="6803" w:type="dxa"/>
            <w:shd w:val="clear" w:color="auto" w:fill="D9E2F3"/>
            <w:tcMar>
              <w:top w:w="70" w:type="dxa"/>
              <w:left w:w="85" w:type="dxa"/>
              <w:bottom w:w="70" w:type="dxa"/>
              <w:right w:w="85" w:type="dxa"/>
            </w:tcMar>
            <w:vAlign w:val="center"/>
          </w:tcPr>
          <w:p w14:paraId="6368A964" w14:textId="77777777" w:rsidR="0096746C" w:rsidRDefault="00000000">
            <w:r>
              <w:rPr>
                <w:color w:val="2F5597"/>
                <w:sz w:val="18"/>
              </w:rPr>
              <w:t>Πιο χρήσιμο</w:t>
            </w:r>
          </w:p>
        </w:tc>
      </w:tr>
      <w:tr w:rsidR="0096746C" w:rsidRPr="004A324C" w14:paraId="591CD713" w14:textId="77777777">
        <w:trPr>
          <w:cantSplit/>
          <w:jc w:val="center"/>
        </w:trPr>
        <w:tc>
          <w:tcPr>
            <w:tcW w:w="3118" w:type="dxa"/>
            <w:tcMar>
              <w:top w:w="65" w:type="dxa"/>
              <w:left w:w="80" w:type="dxa"/>
              <w:bottom w:w="65" w:type="dxa"/>
              <w:right w:w="80" w:type="dxa"/>
            </w:tcMar>
          </w:tcPr>
          <w:p w14:paraId="0315E20F" w14:textId="77777777" w:rsidR="0096746C" w:rsidRDefault="00000000">
            <w:r>
              <w:rPr>
                <w:sz w:val="18"/>
              </w:rPr>
              <w:t>Βελτίωση κοινωνικών δεξιοτήτων.</w:t>
            </w:r>
          </w:p>
        </w:tc>
        <w:tc>
          <w:tcPr>
            <w:tcW w:w="6803" w:type="dxa"/>
            <w:tcMar>
              <w:top w:w="65" w:type="dxa"/>
              <w:left w:w="80" w:type="dxa"/>
              <w:bottom w:w="65" w:type="dxa"/>
              <w:right w:w="80" w:type="dxa"/>
            </w:tcMar>
          </w:tcPr>
          <w:p w14:paraId="798E09DA" w14:textId="77777777" w:rsidR="0096746C" w:rsidRPr="004A324C" w:rsidRDefault="00000000">
            <w:pPr>
              <w:rPr>
                <w:lang w:val="el-GR"/>
              </w:rPr>
            </w:pPr>
            <w:r w:rsidRPr="004A324C">
              <w:rPr>
                <w:sz w:val="18"/>
                <w:lang w:val="el-GR"/>
              </w:rPr>
              <w:t>Συμμετοχή σε μία δομημένη δραστηριότητα μικρής ομάδας κάθε εβδομάδα, με σταδιακή μείωση της υποστήριξης από ενήλικα.</w:t>
            </w:r>
          </w:p>
        </w:tc>
      </w:tr>
      <w:tr w:rsidR="0096746C" w:rsidRPr="004A324C" w14:paraId="7F4EB57D" w14:textId="77777777">
        <w:trPr>
          <w:cantSplit/>
          <w:jc w:val="center"/>
        </w:trPr>
        <w:tc>
          <w:tcPr>
            <w:tcW w:w="3118" w:type="dxa"/>
            <w:tcMar>
              <w:top w:w="65" w:type="dxa"/>
              <w:left w:w="80" w:type="dxa"/>
              <w:bottom w:w="65" w:type="dxa"/>
              <w:right w:w="80" w:type="dxa"/>
            </w:tcMar>
          </w:tcPr>
          <w:p w14:paraId="4273CD71" w14:textId="77777777" w:rsidR="0096746C" w:rsidRDefault="00000000">
            <w:r>
              <w:rPr>
                <w:sz w:val="18"/>
              </w:rPr>
              <w:t xml:space="preserve">Να </w:t>
            </w:r>
            <w:proofErr w:type="spellStart"/>
            <w:r>
              <w:rPr>
                <w:sz w:val="18"/>
              </w:rPr>
              <w:t>γίνει</w:t>
            </w:r>
            <w:proofErr w:type="spellEnd"/>
            <w:r>
              <w:rPr>
                <w:sz w:val="18"/>
              </w:rPr>
              <w:t xml:space="preserve"> π</w:t>
            </w:r>
            <w:proofErr w:type="spellStart"/>
            <w:r>
              <w:rPr>
                <w:sz w:val="18"/>
              </w:rPr>
              <w:t>ιο</w:t>
            </w:r>
            <w:proofErr w:type="spellEnd"/>
            <w:r>
              <w:rPr>
                <w:sz w:val="18"/>
              </w:rPr>
              <w:t xml:space="preserve"> </w:t>
            </w:r>
            <w:proofErr w:type="spellStart"/>
            <w:r>
              <w:rPr>
                <w:sz w:val="18"/>
              </w:rPr>
              <w:t>οργ</w:t>
            </w:r>
            <w:proofErr w:type="spellEnd"/>
            <w:r>
              <w:rPr>
                <w:sz w:val="18"/>
              </w:rPr>
              <w:t>ανωμένο.</w:t>
            </w:r>
          </w:p>
        </w:tc>
        <w:tc>
          <w:tcPr>
            <w:tcW w:w="6803" w:type="dxa"/>
            <w:tcMar>
              <w:top w:w="65" w:type="dxa"/>
              <w:left w:w="80" w:type="dxa"/>
              <w:bottom w:w="65" w:type="dxa"/>
              <w:right w:w="80" w:type="dxa"/>
            </w:tcMar>
          </w:tcPr>
          <w:p w14:paraId="6F9D4436" w14:textId="77777777" w:rsidR="0096746C" w:rsidRPr="004A324C" w:rsidRDefault="00000000">
            <w:pPr>
              <w:rPr>
                <w:lang w:val="el-GR"/>
              </w:rPr>
            </w:pPr>
            <w:r w:rsidRPr="004A324C">
              <w:rPr>
                <w:sz w:val="18"/>
                <w:lang w:val="el-GR"/>
              </w:rPr>
              <w:t xml:space="preserve">Χρήση οπτικής λίστας ελέγχου για την προετοιμασία υλικών κατ’ </w:t>
            </w:r>
            <w:proofErr w:type="spellStart"/>
            <w:r w:rsidRPr="004A324C">
              <w:rPr>
                <w:sz w:val="18"/>
                <w:lang w:val="el-GR"/>
              </w:rPr>
              <w:t>οίκον</w:t>
            </w:r>
            <w:proofErr w:type="spellEnd"/>
            <w:r w:rsidRPr="004A324C">
              <w:rPr>
                <w:sz w:val="18"/>
                <w:lang w:val="el-GR"/>
              </w:rPr>
              <w:t xml:space="preserve"> εργασίας με το πολύ μία υπενθύμιση από ενήλικα.</w:t>
            </w:r>
          </w:p>
        </w:tc>
      </w:tr>
      <w:tr w:rsidR="0096746C" w:rsidRPr="004A324C" w14:paraId="4F7D340A" w14:textId="77777777">
        <w:trPr>
          <w:cantSplit/>
          <w:jc w:val="center"/>
        </w:trPr>
        <w:tc>
          <w:tcPr>
            <w:tcW w:w="3118" w:type="dxa"/>
            <w:tcMar>
              <w:top w:w="65" w:type="dxa"/>
              <w:left w:w="80" w:type="dxa"/>
              <w:bottom w:w="65" w:type="dxa"/>
              <w:right w:w="80" w:type="dxa"/>
            </w:tcMar>
          </w:tcPr>
          <w:p w14:paraId="09956F94" w14:textId="77777777" w:rsidR="0096746C" w:rsidRDefault="00000000">
            <w:proofErr w:type="spellStart"/>
            <w:r>
              <w:rPr>
                <w:sz w:val="18"/>
              </w:rPr>
              <w:t>Έλεγχος</w:t>
            </w:r>
            <w:proofErr w:type="spellEnd"/>
            <w:r>
              <w:rPr>
                <w:sz w:val="18"/>
              </w:rPr>
              <w:t xml:space="preserve"> </w:t>
            </w:r>
            <w:proofErr w:type="spellStart"/>
            <w:r>
              <w:rPr>
                <w:sz w:val="18"/>
              </w:rPr>
              <w:t>συν</w:t>
            </w:r>
            <w:proofErr w:type="spellEnd"/>
            <w:r>
              <w:rPr>
                <w:sz w:val="18"/>
              </w:rPr>
              <w:t>αισθημάτων.</w:t>
            </w:r>
          </w:p>
        </w:tc>
        <w:tc>
          <w:tcPr>
            <w:tcW w:w="6803" w:type="dxa"/>
            <w:tcMar>
              <w:top w:w="65" w:type="dxa"/>
              <w:left w:w="80" w:type="dxa"/>
              <w:bottom w:w="65" w:type="dxa"/>
              <w:right w:w="80" w:type="dxa"/>
            </w:tcMar>
          </w:tcPr>
          <w:p w14:paraId="44E63B49" w14:textId="77777777" w:rsidR="0096746C" w:rsidRPr="004A324C" w:rsidRDefault="00000000">
            <w:pPr>
              <w:rPr>
                <w:lang w:val="el-GR"/>
              </w:rPr>
            </w:pPr>
            <w:r w:rsidRPr="004A324C">
              <w:rPr>
                <w:sz w:val="18"/>
                <w:lang w:val="el-GR"/>
              </w:rPr>
              <w:t>Χρήση συμφωνημένης στρατηγικής ρύθμισης πριν από την επιστροφή στην ομάδα μετά από υπερφόρτωση.</w:t>
            </w:r>
          </w:p>
        </w:tc>
      </w:tr>
      <w:tr w:rsidR="0096746C" w:rsidRPr="004A324C" w14:paraId="6518FC00" w14:textId="77777777">
        <w:trPr>
          <w:cantSplit/>
          <w:jc w:val="center"/>
        </w:trPr>
        <w:tc>
          <w:tcPr>
            <w:tcW w:w="3118" w:type="dxa"/>
            <w:tcMar>
              <w:top w:w="65" w:type="dxa"/>
              <w:left w:w="80" w:type="dxa"/>
              <w:bottom w:w="65" w:type="dxa"/>
              <w:right w:w="80" w:type="dxa"/>
            </w:tcMar>
          </w:tcPr>
          <w:p w14:paraId="11423947" w14:textId="77777777" w:rsidR="0096746C" w:rsidRDefault="00000000">
            <w:r>
              <w:rPr>
                <w:sz w:val="18"/>
              </w:rPr>
              <w:t xml:space="preserve">Να </w:t>
            </w:r>
            <w:proofErr w:type="spellStart"/>
            <w:r>
              <w:rPr>
                <w:sz w:val="18"/>
              </w:rPr>
              <w:t>κάνει</w:t>
            </w:r>
            <w:proofErr w:type="spellEnd"/>
            <w:r>
              <w:rPr>
                <w:sz w:val="18"/>
              </w:rPr>
              <w:t xml:space="preserve"> </w:t>
            </w:r>
            <w:proofErr w:type="spellStart"/>
            <w:r>
              <w:rPr>
                <w:sz w:val="18"/>
              </w:rPr>
              <w:t>φίλους</w:t>
            </w:r>
            <w:proofErr w:type="spellEnd"/>
            <w:r>
              <w:rPr>
                <w:sz w:val="18"/>
              </w:rPr>
              <w:t>.</w:t>
            </w:r>
          </w:p>
        </w:tc>
        <w:tc>
          <w:tcPr>
            <w:tcW w:w="6803" w:type="dxa"/>
            <w:tcMar>
              <w:top w:w="65" w:type="dxa"/>
              <w:left w:w="80" w:type="dxa"/>
              <w:bottom w:w="65" w:type="dxa"/>
              <w:right w:w="80" w:type="dxa"/>
            </w:tcMar>
          </w:tcPr>
          <w:p w14:paraId="349C23DF" w14:textId="77777777" w:rsidR="0096746C" w:rsidRPr="004A324C" w:rsidRDefault="00000000">
            <w:pPr>
              <w:rPr>
                <w:lang w:val="el-GR"/>
              </w:rPr>
            </w:pPr>
            <w:r w:rsidRPr="004A324C">
              <w:rPr>
                <w:sz w:val="18"/>
                <w:lang w:val="el-GR"/>
              </w:rPr>
              <w:t>Έναρξη ή ανταπόκριση σε αλληλεπίδραση με συνομήλικο κατά τη διάρκεια υποστηριζόμενης δραστηριότητας τουλάχιστον δύο φορές την εβδομάδα.</w:t>
            </w:r>
          </w:p>
        </w:tc>
      </w:tr>
    </w:tbl>
    <w:p w14:paraId="0A886B9D" w14:textId="77777777" w:rsidR="0096746C" w:rsidRPr="004A324C" w:rsidRDefault="0096746C">
      <w:pPr>
        <w:spacing w:after="20"/>
        <w:rPr>
          <w:lang w:val="el-GR"/>
        </w:rPr>
      </w:pPr>
    </w:p>
    <w:p w14:paraId="2E9510D2" w14:textId="77777777" w:rsidR="0096746C" w:rsidRPr="004A324C" w:rsidRDefault="00000000">
      <w:pPr>
        <w:rPr>
          <w:lang w:val="el-GR"/>
        </w:rPr>
      </w:pPr>
      <w:r w:rsidRPr="004A324C">
        <w:rPr>
          <w:lang w:val="el-GR"/>
        </w:rPr>
        <w:t>Τα ατομικά σχέδια πρέπει συνήθως να αναθεωρούνται κάθε 8 έως 12 εβδομάδες ή νωρίτερα όταν αλλάζουν οι ανάγκες, οι κίνδυνοι ή οι περιστάσεις.</w:t>
      </w:r>
    </w:p>
    <w:p w14:paraId="27B31744" w14:textId="77777777" w:rsidR="0096746C" w:rsidRPr="004A324C" w:rsidRDefault="00000000">
      <w:pPr>
        <w:pStyle w:val="Heading1"/>
        <w:rPr>
          <w:lang w:val="el-GR"/>
        </w:rPr>
      </w:pPr>
      <w:r w:rsidRPr="004A324C">
        <w:rPr>
          <w:lang w:val="el-GR"/>
        </w:rPr>
        <w:t>7. Καθημερινή λειτουργία του Κέντρου</w:t>
      </w:r>
    </w:p>
    <w:p w14:paraId="1C90506A" w14:textId="77777777" w:rsidR="0096746C" w:rsidRPr="004A324C" w:rsidRDefault="00000000">
      <w:pPr>
        <w:rPr>
          <w:lang w:val="el-GR"/>
        </w:rPr>
      </w:pPr>
      <w:r w:rsidRPr="004A324C">
        <w:rPr>
          <w:lang w:val="el-GR"/>
        </w:rPr>
        <w:t xml:space="preserve">Το Κέντρο πρέπει να έχει ήρεμη, </w:t>
      </w:r>
      <w:proofErr w:type="spellStart"/>
      <w:r w:rsidRPr="004A324C">
        <w:rPr>
          <w:lang w:val="el-GR"/>
        </w:rPr>
        <w:t>στοχευμένη</w:t>
      </w:r>
      <w:proofErr w:type="spellEnd"/>
      <w:r w:rsidRPr="004A324C">
        <w:rPr>
          <w:lang w:val="el-GR"/>
        </w:rPr>
        <w:t xml:space="preserve"> και προβλέψιμη λειτουργία. Το προσωπικό πρέπει να γνωρίζει τον ρόλο του πριν από την άφιξη των παιδιών, ο χώρος να είναι κατάλληλα προετοιμασμένος και οι βασικές πληροφορίες για κάθε παιδί να είναι διαθέσιμες σε όσους χρειάζεται να τις γνωρίζουν.</w:t>
      </w:r>
    </w:p>
    <w:p w14:paraId="6769BBA3" w14:textId="77777777" w:rsidR="0096746C" w:rsidRPr="004A324C" w:rsidRDefault="00000000">
      <w:pPr>
        <w:pStyle w:val="Heading2"/>
        <w:rPr>
          <w:lang w:val="el-GR"/>
        </w:rPr>
      </w:pPr>
      <w:r w:rsidRPr="004A324C">
        <w:rPr>
          <w:lang w:val="el-GR"/>
        </w:rPr>
        <w:t>Πριν από την άφιξη των παιδιών</w:t>
      </w:r>
    </w:p>
    <w:p w14:paraId="5E5040D8" w14:textId="77777777" w:rsidR="0096746C" w:rsidRPr="004A324C" w:rsidRDefault="00000000">
      <w:pPr>
        <w:spacing w:after="40"/>
        <w:ind w:left="255" w:hanging="159"/>
        <w:rPr>
          <w:lang w:val="el-GR"/>
        </w:rPr>
      </w:pPr>
      <w:r w:rsidRPr="004A324C">
        <w:rPr>
          <w:color w:val="2F5597"/>
          <w:lang w:val="el-GR"/>
        </w:rPr>
        <w:t>• Επιβεβαιώνεται η ομάδα προσωπικού και ορίζεται ο/η υπεύθυνος/η της συνεδρίας.</w:t>
      </w:r>
    </w:p>
    <w:p w14:paraId="47D47622" w14:textId="77777777" w:rsidR="0096746C" w:rsidRPr="004A324C" w:rsidRDefault="00000000">
      <w:pPr>
        <w:spacing w:after="40"/>
        <w:ind w:left="255" w:hanging="159"/>
        <w:rPr>
          <w:lang w:val="el-GR"/>
        </w:rPr>
      </w:pPr>
      <w:r w:rsidRPr="004A324C">
        <w:rPr>
          <w:color w:val="2F5597"/>
          <w:lang w:val="el-GR"/>
        </w:rPr>
        <w:t>• Ελέγχεται ο αναμενόμενος κατάλογος παρουσιών και οι γνωστές απουσίες.</w:t>
      </w:r>
    </w:p>
    <w:p w14:paraId="3CC4E41F" w14:textId="77777777" w:rsidR="0096746C" w:rsidRPr="004A324C" w:rsidRDefault="00000000">
      <w:pPr>
        <w:spacing w:after="40"/>
        <w:ind w:left="255" w:hanging="159"/>
        <w:rPr>
          <w:lang w:val="el-GR"/>
        </w:rPr>
      </w:pPr>
      <w:r w:rsidRPr="004A324C">
        <w:rPr>
          <w:color w:val="2F5597"/>
          <w:lang w:val="el-GR"/>
        </w:rPr>
        <w:t>• Εντοπίζονται τα παιδιά που χρειάζονται φαρμακευτική αγωγή, πρόσθετη επίβλεψη, εξατομικευμένη υποστήριξη ή αλλαγή στη ρύθμιση παραλαβής.</w:t>
      </w:r>
    </w:p>
    <w:p w14:paraId="68705712" w14:textId="77777777" w:rsidR="0096746C" w:rsidRPr="004A324C" w:rsidRDefault="00000000">
      <w:pPr>
        <w:spacing w:after="40"/>
        <w:ind w:left="255" w:hanging="159"/>
        <w:rPr>
          <w:lang w:val="el-GR"/>
        </w:rPr>
      </w:pPr>
      <w:r w:rsidRPr="004A324C">
        <w:rPr>
          <w:color w:val="2F5597"/>
          <w:lang w:val="el-GR"/>
        </w:rPr>
        <w:t xml:space="preserve">• Κατανέμεται το προσωπικό στους ρόλους κατ’ </w:t>
      </w:r>
      <w:proofErr w:type="spellStart"/>
      <w:r w:rsidRPr="004A324C">
        <w:rPr>
          <w:color w:val="2F5597"/>
          <w:lang w:val="el-GR"/>
        </w:rPr>
        <w:t>οίκον</w:t>
      </w:r>
      <w:proofErr w:type="spellEnd"/>
      <w:r w:rsidRPr="004A324C">
        <w:rPr>
          <w:color w:val="2F5597"/>
          <w:lang w:val="el-GR"/>
        </w:rPr>
        <w:t xml:space="preserve"> εργασίας, δραστηριοτήτων, ψυχαγωγίας, άφιξης και παραλαβής.</w:t>
      </w:r>
    </w:p>
    <w:p w14:paraId="38C93743" w14:textId="77777777" w:rsidR="0096746C" w:rsidRPr="004A324C" w:rsidRDefault="00000000">
      <w:pPr>
        <w:spacing w:after="40"/>
        <w:ind w:left="255" w:hanging="159"/>
        <w:rPr>
          <w:lang w:val="el-GR"/>
        </w:rPr>
      </w:pPr>
      <w:r w:rsidRPr="004A324C">
        <w:rPr>
          <w:color w:val="2F5597"/>
          <w:lang w:val="el-GR"/>
        </w:rPr>
        <w:t>• Ελέγχονται οι αίθουσες, οι έξοδοι, τα υλικά πρώτων βοηθειών και ο εξοπλισμός δραστηριοτήτων.</w:t>
      </w:r>
    </w:p>
    <w:p w14:paraId="1A59EA7F" w14:textId="77777777" w:rsidR="0096746C" w:rsidRPr="004A324C" w:rsidRDefault="00000000">
      <w:pPr>
        <w:spacing w:after="40"/>
        <w:ind w:left="255" w:hanging="159"/>
        <w:rPr>
          <w:lang w:val="el-GR"/>
        </w:rPr>
      </w:pPr>
      <w:r w:rsidRPr="004A324C">
        <w:rPr>
          <w:color w:val="2F5597"/>
          <w:lang w:val="el-GR"/>
        </w:rPr>
        <w:t>• Προετοιμάζονται οπτικά προγράμματα, υλικά ρύθμισης και τα προγραμματισμένα μέσα/υλικά.</w:t>
      </w:r>
    </w:p>
    <w:p w14:paraId="0685C5DC" w14:textId="77777777" w:rsidR="0096746C" w:rsidRPr="004A324C" w:rsidRDefault="00000000">
      <w:pPr>
        <w:spacing w:after="40"/>
        <w:ind w:left="255" w:hanging="159"/>
        <w:rPr>
          <w:lang w:val="el-GR"/>
        </w:rPr>
      </w:pPr>
      <w:r w:rsidRPr="004A324C">
        <w:rPr>
          <w:color w:val="2F5597"/>
          <w:lang w:val="el-GR"/>
        </w:rPr>
        <w:t>• Κοινοποιούνται μόνο οι πληροφορίες προστασίας ή οικογενειακές πληροφορίες που είναι απαραίτητες για να διατηρηθούν τα παιδιά ασφαλή.</w:t>
      </w:r>
    </w:p>
    <w:p w14:paraId="5504337B" w14:textId="77777777" w:rsidR="0096746C" w:rsidRPr="004A324C" w:rsidRDefault="00000000">
      <w:pPr>
        <w:pStyle w:val="Heading2"/>
        <w:rPr>
          <w:lang w:val="el-GR"/>
        </w:rPr>
      </w:pPr>
      <w:r w:rsidRPr="004A324C">
        <w:rPr>
          <w:lang w:val="el-GR"/>
        </w:rPr>
        <w:t>Κατά τη διάρκεια της συνεδρίας</w:t>
      </w:r>
    </w:p>
    <w:p w14:paraId="1D37D61E" w14:textId="77777777" w:rsidR="0096746C" w:rsidRPr="004A324C" w:rsidRDefault="00000000">
      <w:pPr>
        <w:spacing w:after="40"/>
        <w:ind w:left="255" w:hanging="159"/>
        <w:rPr>
          <w:lang w:val="el-GR"/>
        </w:rPr>
      </w:pPr>
      <w:r w:rsidRPr="004A324C">
        <w:rPr>
          <w:color w:val="2F5597"/>
          <w:lang w:val="el-GR"/>
        </w:rPr>
        <w:t>• Διατηρείται ενεργή επίβλεψη και σαφής ευθύνη για τα παιδιά.</w:t>
      </w:r>
    </w:p>
    <w:p w14:paraId="021E0DFA" w14:textId="77777777" w:rsidR="0096746C" w:rsidRPr="004A324C" w:rsidRDefault="00000000">
      <w:pPr>
        <w:spacing w:after="40"/>
        <w:ind w:left="255" w:hanging="159"/>
        <w:rPr>
          <w:lang w:val="el-GR"/>
        </w:rPr>
      </w:pPr>
      <w:r w:rsidRPr="004A324C">
        <w:rPr>
          <w:color w:val="2F5597"/>
          <w:lang w:val="el-GR"/>
        </w:rPr>
        <w:t xml:space="preserve">• Εφαρμόζονται οι συμφωνημένες </w:t>
      </w:r>
      <w:proofErr w:type="spellStart"/>
      <w:r w:rsidRPr="004A324C">
        <w:rPr>
          <w:color w:val="2F5597"/>
          <w:lang w:val="el-GR"/>
        </w:rPr>
        <w:t>ρουτίνες</w:t>
      </w:r>
      <w:proofErr w:type="spellEnd"/>
      <w:r w:rsidRPr="004A324C">
        <w:rPr>
          <w:color w:val="2F5597"/>
          <w:lang w:val="el-GR"/>
        </w:rPr>
        <w:t xml:space="preserve"> και εξατομικευμένες στρατηγικές υποστήριξης.</w:t>
      </w:r>
    </w:p>
    <w:p w14:paraId="560AD176" w14:textId="77777777" w:rsidR="0096746C" w:rsidRPr="004A324C" w:rsidRDefault="00000000">
      <w:pPr>
        <w:spacing w:after="40"/>
        <w:ind w:left="255" w:hanging="159"/>
        <w:rPr>
          <w:lang w:val="el-GR"/>
        </w:rPr>
      </w:pPr>
      <w:r w:rsidRPr="004A324C">
        <w:rPr>
          <w:color w:val="2F5597"/>
          <w:lang w:val="el-GR"/>
        </w:rPr>
        <w:lastRenderedPageBreak/>
        <w:t>• Καταγράφονται η φαρμακευτική αγωγή, τα ατυχήματα, οι ανησυχίες προστασίας και τα σημαντικά περιστατικά στον απαιτούμενο χρόνο.</w:t>
      </w:r>
    </w:p>
    <w:p w14:paraId="78128B0F" w14:textId="77777777" w:rsidR="0096746C" w:rsidRPr="004A324C" w:rsidRDefault="00000000">
      <w:pPr>
        <w:spacing w:after="40"/>
        <w:ind w:left="255" w:hanging="159"/>
        <w:rPr>
          <w:lang w:val="el-GR"/>
        </w:rPr>
      </w:pPr>
      <w:r w:rsidRPr="004A324C">
        <w:rPr>
          <w:color w:val="2F5597"/>
          <w:lang w:val="el-GR"/>
        </w:rPr>
        <w:t>• Πραγματοποιείται καταμέτρηση παιδιών στις μεταβάσεις και πριν από κάθε μετακίνηση εκτός Κέντρου.</w:t>
      </w:r>
    </w:p>
    <w:p w14:paraId="7A6DC491" w14:textId="77777777" w:rsidR="0096746C" w:rsidRPr="004A324C" w:rsidRDefault="00000000">
      <w:pPr>
        <w:spacing w:after="40"/>
        <w:ind w:left="255" w:hanging="159"/>
        <w:rPr>
          <w:lang w:val="el-GR"/>
        </w:rPr>
      </w:pPr>
      <w:r w:rsidRPr="004A324C">
        <w:rPr>
          <w:color w:val="2F5597"/>
          <w:lang w:val="el-GR"/>
        </w:rPr>
        <w:t>• Διασφαλίζεται ότι τα διαλείμματα προσωπικού και οι αλλαγές ρόλων δεν δημιουργούν κενά στην επίβλεψη.</w:t>
      </w:r>
    </w:p>
    <w:p w14:paraId="601AF445" w14:textId="77777777" w:rsidR="0096746C" w:rsidRPr="004A324C" w:rsidRDefault="00000000">
      <w:pPr>
        <w:spacing w:after="40"/>
        <w:ind w:left="255" w:hanging="159"/>
        <w:rPr>
          <w:lang w:val="el-GR"/>
        </w:rPr>
      </w:pPr>
      <w:r w:rsidRPr="004A324C">
        <w:rPr>
          <w:color w:val="2F5597"/>
          <w:lang w:val="el-GR"/>
        </w:rPr>
        <w:t>• Το προσωπικό ανταποκρίνεται στις αλλαγές στην κατάσταση ή συμπεριφορά ενός παιδιού αντί να συνεχίζει άκαμπτα μια δραστηριότητα.</w:t>
      </w:r>
    </w:p>
    <w:p w14:paraId="0519F62D" w14:textId="77777777" w:rsidR="0096746C" w:rsidRPr="004A324C" w:rsidRDefault="00000000">
      <w:pPr>
        <w:pStyle w:val="Heading2"/>
        <w:rPr>
          <w:lang w:val="el-GR"/>
        </w:rPr>
      </w:pPr>
      <w:r w:rsidRPr="004A324C">
        <w:rPr>
          <w:lang w:val="el-GR"/>
        </w:rPr>
        <w:t>Στο τέλος της συνεδρίας</w:t>
      </w:r>
    </w:p>
    <w:p w14:paraId="5005E088" w14:textId="77777777" w:rsidR="0096746C" w:rsidRPr="004A324C" w:rsidRDefault="00000000">
      <w:pPr>
        <w:spacing w:after="40"/>
        <w:ind w:left="255" w:hanging="159"/>
        <w:rPr>
          <w:lang w:val="el-GR"/>
        </w:rPr>
      </w:pPr>
      <w:r w:rsidRPr="004A324C">
        <w:rPr>
          <w:color w:val="2F5597"/>
          <w:lang w:val="el-GR"/>
        </w:rPr>
        <w:t>• Πραγματοποιείται ελεγχόμενη παραλαβή και παράδοση του παιδιού.</w:t>
      </w:r>
    </w:p>
    <w:p w14:paraId="0C83A67D" w14:textId="77777777" w:rsidR="0096746C" w:rsidRPr="004A324C" w:rsidRDefault="00000000">
      <w:pPr>
        <w:spacing w:after="40"/>
        <w:ind w:left="255" w:hanging="159"/>
        <w:rPr>
          <w:lang w:val="el-GR"/>
        </w:rPr>
      </w:pPr>
      <w:r w:rsidRPr="004A324C">
        <w:rPr>
          <w:color w:val="2F5597"/>
          <w:lang w:val="el-GR"/>
        </w:rPr>
        <w:t>• Επιβεβαιώνεται ότι όλα τα παιδιά έχουν αποχωρήσει με εξουσιοδοτημένο ενήλικα ή βάσει εγκεκριμένης ρύθμισης.</w:t>
      </w:r>
    </w:p>
    <w:p w14:paraId="3196BE29" w14:textId="77777777" w:rsidR="0096746C" w:rsidRPr="004A324C" w:rsidRDefault="00000000">
      <w:pPr>
        <w:spacing w:after="40"/>
        <w:ind w:left="255" w:hanging="159"/>
        <w:rPr>
          <w:lang w:val="el-GR"/>
        </w:rPr>
      </w:pPr>
      <w:r w:rsidRPr="004A324C">
        <w:rPr>
          <w:color w:val="2F5597"/>
          <w:lang w:val="el-GR"/>
        </w:rPr>
        <w:t>• Συμπληρώνονται, όπου είναι δυνατόν, τα απαιτούμενα αρχεία πριν αποχωρήσει το προσωπικό.</w:t>
      </w:r>
    </w:p>
    <w:p w14:paraId="7F09FFEF" w14:textId="77777777" w:rsidR="0096746C" w:rsidRPr="004A324C" w:rsidRDefault="00000000">
      <w:pPr>
        <w:spacing w:after="40"/>
        <w:ind w:left="255" w:hanging="159"/>
        <w:rPr>
          <w:lang w:val="el-GR"/>
        </w:rPr>
      </w:pPr>
      <w:r w:rsidRPr="004A324C">
        <w:rPr>
          <w:color w:val="2F5597"/>
          <w:lang w:val="el-GR"/>
        </w:rPr>
        <w:t>• Κάθε σημαντική πληροφορία κοινοποιείται στον/στην διευθυντή/</w:t>
      </w:r>
      <w:proofErr w:type="spellStart"/>
      <w:r w:rsidRPr="004A324C">
        <w:rPr>
          <w:color w:val="2F5597"/>
          <w:lang w:val="el-GR"/>
        </w:rPr>
        <w:t>ρια</w:t>
      </w:r>
      <w:proofErr w:type="spellEnd"/>
      <w:r w:rsidRPr="004A324C">
        <w:rPr>
          <w:color w:val="2F5597"/>
          <w:lang w:val="el-GR"/>
        </w:rPr>
        <w:t xml:space="preserve"> ή στον Υπεύθυνο Προστασίας Παιδιών.</w:t>
      </w:r>
    </w:p>
    <w:p w14:paraId="3DAC7A3F" w14:textId="77777777" w:rsidR="0096746C" w:rsidRPr="004A324C" w:rsidRDefault="00000000">
      <w:pPr>
        <w:spacing w:after="40"/>
        <w:ind w:left="255" w:hanging="159"/>
        <w:rPr>
          <w:lang w:val="el-GR"/>
        </w:rPr>
      </w:pPr>
      <w:r w:rsidRPr="004A324C">
        <w:rPr>
          <w:color w:val="2F5597"/>
          <w:lang w:val="el-GR"/>
        </w:rPr>
        <w:t>• Οι αίθουσες τακτοποιούνται, τα αρχεία και η φαρμακευτική αγωγή ασφαλίζονται και καταγράφονται τυχόν ζητήματα εξοπλισμού ή συντήρησης.</w:t>
      </w:r>
    </w:p>
    <w:p w14:paraId="1CDA97A2" w14:textId="77777777" w:rsidR="0096746C" w:rsidRPr="004A324C" w:rsidRDefault="00000000">
      <w:pPr>
        <w:spacing w:after="40"/>
        <w:ind w:left="255" w:hanging="159"/>
        <w:rPr>
          <w:lang w:val="el-GR"/>
        </w:rPr>
      </w:pPr>
      <w:r w:rsidRPr="004A324C">
        <w:rPr>
          <w:color w:val="2F5597"/>
          <w:lang w:val="el-GR"/>
        </w:rPr>
        <w:t>• Πραγματοποιείται σύντομη παράδοση/ενημέρωση μεταξύ προσωπικού όταν ένα περιστατικό, ανησυχία ή ενέργεια απαιτεί συνέχεια.</w:t>
      </w:r>
    </w:p>
    <w:p w14:paraId="08F7E60A" w14:textId="77777777" w:rsidR="0096746C" w:rsidRPr="004A324C" w:rsidRDefault="00000000">
      <w:pPr>
        <w:pStyle w:val="Heading1"/>
        <w:rPr>
          <w:lang w:val="el-GR"/>
        </w:rPr>
      </w:pPr>
      <w:r w:rsidRPr="004A324C">
        <w:rPr>
          <w:lang w:val="el-GR"/>
        </w:rPr>
        <w:t>8. Καθημερινό πρόγραμμα</w:t>
      </w:r>
    </w:p>
    <w:p w14:paraId="2940CC59" w14:textId="77777777" w:rsidR="0096746C" w:rsidRPr="004A324C" w:rsidRDefault="00000000">
      <w:pPr>
        <w:rPr>
          <w:lang w:val="el-GR"/>
        </w:rPr>
      </w:pPr>
      <w:r w:rsidRPr="004A324C">
        <w:rPr>
          <w:lang w:val="el-GR"/>
        </w:rPr>
        <w:t>Το Κέντρο θα ακολουθεί συνήθως το παρακάτω καθημερινό πρόγραμμα. Μικρές προσαρμογές μπορούν να γίνονται ώστε να λαμβάνονται υπόψη οι ώρες λήξης των σχολείων, οι ρυθμίσεις μεταφοράς, οι ατομικές ανάγκες των παιδιών ή οι προγραμματισμένες δραστηριότητες, όμως η συνολική δομή της ημέρας πρέπει να παραμένει σταθερή.</w:t>
      </w:r>
    </w:p>
    <w:tbl>
      <w:tblPr>
        <w:tblW w:w="10080" w:type="dxa"/>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ayout w:type="fixed"/>
        <w:tblLook w:val="04A0" w:firstRow="1" w:lastRow="0" w:firstColumn="1" w:lastColumn="0" w:noHBand="0" w:noVBand="1"/>
      </w:tblPr>
      <w:tblGrid>
        <w:gridCol w:w="1800"/>
        <w:gridCol w:w="3096"/>
        <w:gridCol w:w="5184"/>
      </w:tblGrid>
      <w:tr w:rsidR="0096746C" w14:paraId="0FA26BE9" w14:textId="77777777">
        <w:trPr>
          <w:cantSplit/>
          <w:tblHeader/>
        </w:trPr>
        <w:tc>
          <w:tcPr>
            <w:tcW w:w="1800" w:type="dxa"/>
            <w:shd w:val="clear" w:color="auto" w:fill="D9E2F3"/>
            <w:tcMar>
              <w:top w:w="70" w:type="dxa"/>
              <w:left w:w="85" w:type="dxa"/>
              <w:bottom w:w="70" w:type="dxa"/>
              <w:right w:w="85" w:type="dxa"/>
            </w:tcMar>
          </w:tcPr>
          <w:p w14:paraId="35EC4D72" w14:textId="77777777" w:rsidR="0096746C" w:rsidRDefault="00000000">
            <w:pPr>
              <w:spacing w:after="0"/>
            </w:pPr>
            <w:proofErr w:type="spellStart"/>
            <w:r>
              <w:rPr>
                <w:sz w:val="19"/>
              </w:rPr>
              <w:t>Ώρ</w:t>
            </w:r>
            <w:proofErr w:type="spellEnd"/>
            <w:r>
              <w:rPr>
                <w:sz w:val="19"/>
              </w:rPr>
              <w:t>α</w:t>
            </w:r>
          </w:p>
        </w:tc>
        <w:tc>
          <w:tcPr>
            <w:tcW w:w="3096" w:type="dxa"/>
            <w:shd w:val="clear" w:color="auto" w:fill="D9E2F3"/>
            <w:tcMar>
              <w:top w:w="70" w:type="dxa"/>
              <w:left w:w="85" w:type="dxa"/>
              <w:bottom w:w="70" w:type="dxa"/>
              <w:right w:w="85" w:type="dxa"/>
            </w:tcMar>
          </w:tcPr>
          <w:p w14:paraId="4563E375" w14:textId="77777777" w:rsidR="0096746C" w:rsidRDefault="00000000">
            <w:pPr>
              <w:spacing w:after="0"/>
            </w:pPr>
            <w:r>
              <w:rPr>
                <w:sz w:val="19"/>
              </w:rPr>
              <w:t>Καθημερινό πρόγραμμα</w:t>
            </w:r>
          </w:p>
        </w:tc>
        <w:tc>
          <w:tcPr>
            <w:tcW w:w="5184" w:type="dxa"/>
            <w:shd w:val="clear" w:color="auto" w:fill="D9E2F3"/>
          </w:tcPr>
          <w:p w14:paraId="2419DF90" w14:textId="77777777" w:rsidR="0096746C" w:rsidRDefault="00000000">
            <w:pPr>
              <w:spacing w:after="0"/>
            </w:pPr>
            <w:r>
              <w:rPr>
                <w:sz w:val="19"/>
              </w:rPr>
              <w:t>Σκοπός / αναμενόμενη ρουτίνα</w:t>
            </w:r>
          </w:p>
        </w:tc>
      </w:tr>
      <w:tr w:rsidR="0096746C" w:rsidRPr="004A324C" w14:paraId="4FDE7CB5" w14:textId="77777777">
        <w:trPr>
          <w:cantSplit/>
        </w:trPr>
        <w:tc>
          <w:tcPr>
            <w:tcW w:w="1800" w:type="dxa"/>
            <w:tcMar>
              <w:top w:w="65" w:type="dxa"/>
              <w:left w:w="80" w:type="dxa"/>
              <w:bottom w:w="65" w:type="dxa"/>
              <w:right w:w="80" w:type="dxa"/>
            </w:tcMar>
          </w:tcPr>
          <w:p w14:paraId="65127FE4" w14:textId="77777777" w:rsidR="0096746C" w:rsidRPr="004A324C" w:rsidRDefault="00000000">
            <w:pPr>
              <w:spacing w:after="0"/>
              <w:rPr>
                <w:lang w:val="el-GR"/>
              </w:rPr>
            </w:pPr>
            <w:r w:rsidRPr="004A324C">
              <w:rPr>
                <w:sz w:val="19"/>
                <w:lang w:val="el-GR"/>
              </w:rPr>
              <w:t>Κατά την άφιξη / πριν τις 13:30</w:t>
            </w:r>
          </w:p>
        </w:tc>
        <w:tc>
          <w:tcPr>
            <w:tcW w:w="3096" w:type="dxa"/>
            <w:tcMar>
              <w:top w:w="65" w:type="dxa"/>
              <w:left w:w="80" w:type="dxa"/>
              <w:bottom w:w="65" w:type="dxa"/>
              <w:right w:w="80" w:type="dxa"/>
            </w:tcMar>
          </w:tcPr>
          <w:p w14:paraId="11C13B27" w14:textId="77777777" w:rsidR="0096746C" w:rsidRPr="004A324C" w:rsidRDefault="00000000">
            <w:pPr>
              <w:spacing w:after="0"/>
              <w:rPr>
                <w:lang w:val="el-GR"/>
              </w:rPr>
            </w:pPr>
            <w:r w:rsidRPr="004A324C">
              <w:rPr>
                <w:sz w:val="19"/>
                <w:lang w:val="el-GR"/>
              </w:rPr>
              <w:t>Άφιξη, εγγραφή παρουσίας και προσαρμογή</w:t>
            </w:r>
          </w:p>
        </w:tc>
        <w:tc>
          <w:tcPr>
            <w:tcW w:w="5184" w:type="dxa"/>
          </w:tcPr>
          <w:p w14:paraId="3D06FB2B" w14:textId="77777777" w:rsidR="0096746C" w:rsidRPr="004A324C" w:rsidRDefault="00000000">
            <w:pPr>
              <w:spacing w:after="0"/>
              <w:rPr>
                <w:lang w:val="el-GR"/>
              </w:rPr>
            </w:pPr>
            <w:r w:rsidRPr="004A324C">
              <w:rPr>
                <w:sz w:val="19"/>
                <w:lang w:val="el-GR"/>
              </w:rPr>
              <w:t>Τα παιδιά καταγράφονται κατά την άφιξη, τα προσωπικά τους αντικείμενα τοποθετούνται με ασφάλεια και το προσωπικό υποστηρίζει μια ήρεμη μετάβαση από το σχολείο.</w:t>
            </w:r>
          </w:p>
        </w:tc>
      </w:tr>
      <w:tr w:rsidR="0096746C" w:rsidRPr="004A324C" w14:paraId="38D5001B" w14:textId="77777777">
        <w:trPr>
          <w:cantSplit/>
        </w:trPr>
        <w:tc>
          <w:tcPr>
            <w:tcW w:w="1800" w:type="dxa"/>
            <w:tcMar>
              <w:top w:w="65" w:type="dxa"/>
              <w:left w:w="80" w:type="dxa"/>
              <w:bottom w:w="65" w:type="dxa"/>
              <w:right w:w="80" w:type="dxa"/>
            </w:tcMar>
          </w:tcPr>
          <w:p w14:paraId="25630EA9" w14:textId="77777777" w:rsidR="0096746C" w:rsidRDefault="00000000">
            <w:pPr>
              <w:spacing w:after="0"/>
            </w:pPr>
            <w:r>
              <w:rPr>
                <w:sz w:val="19"/>
              </w:rPr>
              <w:t>13:30-14:00</w:t>
            </w:r>
          </w:p>
        </w:tc>
        <w:tc>
          <w:tcPr>
            <w:tcW w:w="3096" w:type="dxa"/>
            <w:tcMar>
              <w:top w:w="65" w:type="dxa"/>
              <w:left w:w="80" w:type="dxa"/>
              <w:bottom w:w="65" w:type="dxa"/>
              <w:right w:w="80" w:type="dxa"/>
            </w:tcMar>
          </w:tcPr>
          <w:p w14:paraId="64363A3E" w14:textId="77777777" w:rsidR="0096746C" w:rsidRDefault="00000000">
            <w:pPr>
              <w:spacing w:after="0"/>
            </w:pPr>
            <w:r>
              <w:rPr>
                <w:sz w:val="19"/>
              </w:rPr>
              <w:t>Μεσημεριανό και σνακ</w:t>
            </w:r>
          </w:p>
        </w:tc>
        <w:tc>
          <w:tcPr>
            <w:tcW w:w="5184" w:type="dxa"/>
          </w:tcPr>
          <w:p w14:paraId="0F6535FE" w14:textId="77777777" w:rsidR="0096746C" w:rsidRPr="004A324C" w:rsidRDefault="00000000">
            <w:pPr>
              <w:spacing w:after="0"/>
              <w:rPr>
                <w:lang w:val="el-GR"/>
              </w:rPr>
            </w:pPr>
            <w:r w:rsidRPr="004A324C">
              <w:rPr>
                <w:sz w:val="19"/>
                <w:lang w:val="el-GR"/>
              </w:rPr>
              <w:t xml:space="preserve">Μεσημεριανό, σνακ και ενυδάτωση. Το προσωπικό υποστηρίζει κατάλληλες </w:t>
            </w:r>
            <w:proofErr w:type="spellStart"/>
            <w:r w:rsidRPr="004A324C">
              <w:rPr>
                <w:sz w:val="19"/>
                <w:lang w:val="el-GR"/>
              </w:rPr>
              <w:t>ρουτίνες</w:t>
            </w:r>
            <w:proofErr w:type="spellEnd"/>
            <w:r w:rsidRPr="004A324C">
              <w:rPr>
                <w:sz w:val="19"/>
                <w:lang w:val="el-GR"/>
              </w:rPr>
              <w:t xml:space="preserve"> γεύματος και προετοιμάζει τα παιδιά για το απογευματινό πρόγραμμα.</w:t>
            </w:r>
          </w:p>
        </w:tc>
      </w:tr>
      <w:tr w:rsidR="0096746C" w:rsidRPr="004A324C" w14:paraId="18324693" w14:textId="77777777">
        <w:trPr>
          <w:cantSplit/>
        </w:trPr>
        <w:tc>
          <w:tcPr>
            <w:tcW w:w="1800" w:type="dxa"/>
            <w:tcMar>
              <w:top w:w="65" w:type="dxa"/>
              <w:left w:w="80" w:type="dxa"/>
              <w:bottom w:w="65" w:type="dxa"/>
              <w:right w:w="80" w:type="dxa"/>
            </w:tcMar>
          </w:tcPr>
          <w:p w14:paraId="5E71D370" w14:textId="77777777" w:rsidR="0096746C" w:rsidRDefault="00000000">
            <w:pPr>
              <w:spacing w:after="0"/>
            </w:pPr>
            <w:r>
              <w:rPr>
                <w:sz w:val="19"/>
              </w:rPr>
              <w:t>14:00-15:00</w:t>
            </w:r>
          </w:p>
        </w:tc>
        <w:tc>
          <w:tcPr>
            <w:tcW w:w="3096" w:type="dxa"/>
            <w:tcMar>
              <w:top w:w="65" w:type="dxa"/>
              <w:left w:w="80" w:type="dxa"/>
              <w:bottom w:w="65" w:type="dxa"/>
              <w:right w:w="80" w:type="dxa"/>
            </w:tcMar>
          </w:tcPr>
          <w:p w14:paraId="4FC96267" w14:textId="77777777" w:rsidR="0096746C" w:rsidRPr="004A324C" w:rsidRDefault="00000000">
            <w:pPr>
              <w:spacing w:after="0"/>
              <w:rPr>
                <w:lang w:val="el-GR"/>
              </w:rPr>
            </w:pPr>
            <w:r w:rsidRPr="004A324C">
              <w:rPr>
                <w:sz w:val="19"/>
                <w:lang w:val="el-GR"/>
              </w:rPr>
              <w:t xml:space="preserve">Κατ’ </w:t>
            </w:r>
            <w:proofErr w:type="spellStart"/>
            <w:r w:rsidRPr="004A324C">
              <w:rPr>
                <w:sz w:val="19"/>
                <w:lang w:val="el-GR"/>
              </w:rPr>
              <w:t>οίκον</w:t>
            </w:r>
            <w:proofErr w:type="spellEnd"/>
            <w:r w:rsidRPr="004A324C">
              <w:rPr>
                <w:sz w:val="19"/>
                <w:lang w:val="el-GR"/>
              </w:rPr>
              <w:t xml:space="preserve"> εργασία και μαθησιακή δραστηριότητα</w:t>
            </w:r>
          </w:p>
        </w:tc>
        <w:tc>
          <w:tcPr>
            <w:tcW w:w="5184" w:type="dxa"/>
          </w:tcPr>
          <w:p w14:paraId="7BD0E6C6" w14:textId="77777777" w:rsidR="0096746C" w:rsidRPr="004A324C" w:rsidRDefault="00000000">
            <w:pPr>
              <w:spacing w:after="0"/>
              <w:rPr>
                <w:lang w:val="el-GR"/>
              </w:rPr>
            </w:pPr>
            <w:r w:rsidRPr="004A324C">
              <w:rPr>
                <w:sz w:val="19"/>
                <w:lang w:val="el-GR"/>
              </w:rPr>
              <w:t xml:space="preserve">Κατ’ </w:t>
            </w:r>
            <w:proofErr w:type="spellStart"/>
            <w:r w:rsidRPr="004A324C">
              <w:rPr>
                <w:sz w:val="19"/>
                <w:lang w:val="el-GR"/>
              </w:rPr>
              <w:t>οίκον</w:t>
            </w:r>
            <w:proofErr w:type="spellEnd"/>
            <w:r w:rsidRPr="004A324C">
              <w:rPr>
                <w:sz w:val="19"/>
                <w:lang w:val="el-GR"/>
              </w:rPr>
              <w:t xml:space="preserve"> εργασία, ανάγνωση και άλλες μαθησιακές δραστηριότητες, με δομημένη υποστήριξη ανάλογα με τις ανάγκες κάθε παιδιού.</w:t>
            </w:r>
          </w:p>
        </w:tc>
      </w:tr>
      <w:tr w:rsidR="0096746C" w:rsidRPr="004A324C" w14:paraId="6B9169FC" w14:textId="77777777">
        <w:trPr>
          <w:cantSplit/>
        </w:trPr>
        <w:tc>
          <w:tcPr>
            <w:tcW w:w="1800" w:type="dxa"/>
            <w:tcMar>
              <w:top w:w="65" w:type="dxa"/>
              <w:left w:w="80" w:type="dxa"/>
              <w:bottom w:w="65" w:type="dxa"/>
              <w:right w:w="80" w:type="dxa"/>
            </w:tcMar>
          </w:tcPr>
          <w:p w14:paraId="5BCA26A1" w14:textId="77777777" w:rsidR="0096746C" w:rsidRDefault="00000000">
            <w:pPr>
              <w:spacing w:after="0"/>
            </w:pPr>
            <w:r>
              <w:rPr>
                <w:sz w:val="19"/>
              </w:rPr>
              <w:t>15:00-16:00</w:t>
            </w:r>
          </w:p>
        </w:tc>
        <w:tc>
          <w:tcPr>
            <w:tcW w:w="3096" w:type="dxa"/>
            <w:tcMar>
              <w:top w:w="65" w:type="dxa"/>
              <w:left w:w="80" w:type="dxa"/>
              <w:bottom w:w="65" w:type="dxa"/>
              <w:right w:w="80" w:type="dxa"/>
            </w:tcMar>
          </w:tcPr>
          <w:p w14:paraId="7538D549" w14:textId="77777777" w:rsidR="0096746C" w:rsidRDefault="00000000">
            <w:pPr>
              <w:spacing w:after="0"/>
            </w:pPr>
            <w:r>
              <w:rPr>
                <w:sz w:val="19"/>
              </w:rPr>
              <w:t>Δομημένη δραστηριότητα</w:t>
            </w:r>
          </w:p>
        </w:tc>
        <w:tc>
          <w:tcPr>
            <w:tcW w:w="5184" w:type="dxa"/>
          </w:tcPr>
          <w:p w14:paraId="205B59D1" w14:textId="77777777" w:rsidR="0096746C" w:rsidRPr="004A324C" w:rsidRDefault="00000000">
            <w:pPr>
              <w:spacing w:after="0"/>
              <w:rPr>
                <w:lang w:val="el-GR"/>
              </w:rPr>
            </w:pPr>
            <w:r w:rsidRPr="004A324C">
              <w:rPr>
                <w:sz w:val="19"/>
                <w:lang w:val="el-GR"/>
              </w:rPr>
              <w:t>Προγραμματισμένη ομαδική δραστηριότητα συνδεδεμένη με το εβδομαδιαίο πρόγραμμα, όπως κοινωνικές δεξιότητες, δημιουργικότητα, σωματική δραστηριότητα, συναισθηματική ρύθμιση ή πρακτικές δεξιότητες ζωής.</w:t>
            </w:r>
          </w:p>
        </w:tc>
      </w:tr>
      <w:tr w:rsidR="0096746C" w:rsidRPr="004A324C" w14:paraId="54FA5E52" w14:textId="77777777">
        <w:trPr>
          <w:cantSplit/>
        </w:trPr>
        <w:tc>
          <w:tcPr>
            <w:tcW w:w="1800" w:type="dxa"/>
            <w:tcMar>
              <w:top w:w="65" w:type="dxa"/>
              <w:left w:w="80" w:type="dxa"/>
              <w:bottom w:w="65" w:type="dxa"/>
              <w:right w:w="80" w:type="dxa"/>
            </w:tcMar>
          </w:tcPr>
          <w:p w14:paraId="449BD831" w14:textId="77777777" w:rsidR="0096746C" w:rsidRDefault="00000000">
            <w:pPr>
              <w:spacing w:after="0"/>
            </w:pPr>
            <w:r>
              <w:rPr>
                <w:sz w:val="19"/>
              </w:rPr>
              <w:t>16:00-16:30</w:t>
            </w:r>
          </w:p>
        </w:tc>
        <w:tc>
          <w:tcPr>
            <w:tcW w:w="3096" w:type="dxa"/>
            <w:tcMar>
              <w:top w:w="65" w:type="dxa"/>
              <w:left w:w="80" w:type="dxa"/>
              <w:bottom w:w="65" w:type="dxa"/>
              <w:right w:w="80" w:type="dxa"/>
            </w:tcMar>
          </w:tcPr>
          <w:p w14:paraId="29C19C28" w14:textId="77777777" w:rsidR="0096746C" w:rsidRDefault="00000000">
            <w:pPr>
              <w:spacing w:after="0"/>
            </w:pPr>
            <w:r>
              <w:rPr>
                <w:sz w:val="19"/>
              </w:rPr>
              <w:t>Ελεύθερος χρόνος</w:t>
            </w:r>
          </w:p>
        </w:tc>
        <w:tc>
          <w:tcPr>
            <w:tcW w:w="5184" w:type="dxa"/>
          </w:tcPr>
          <w:p w14:paraId="03906188" w14:textId="77777777" w:rsidR="0096746C" w:rsidRPr="004A324C" w:rsidRDefault="00000000">
            <w:pPr>
              <w:spacing w:after="0"/>
              <w:rPr>
                <w:lang w:val="el-GR"/>
              </w:rPr>
            </w:pPr>
            <w:r w:rsidRPr="004A324C">
              <w:rPr>
                <w:sz w:val="19"/>
                <w:lang w:val="el-GR"/>
              </w:rPr>
              <w:t>Υποστηριζόμενη ελεύθερη επιλογή και ψυχαγωγία, όπως παιχνίδια, δημιουργικό παιχνίδι, εξωτερική δραστηριότητα ή κατάλληλη αλληλεπίδραση με συνομηλίκους.</w:t>
            </w:r>
          </w:p>
        </w:tc>
      </w:tr>
      <w:tr w:rsidR="0096746C" w:rsidRPr="004A324C" w14:paraId="612EBD75" w14:textId="77777777">
        <w:trPr>
          <w:cantSplit/>
        </w:trPr>
        <w:tc>
          <w:tcPr>
            <w:tcW w:w="1800" w:type="dxa"/>
            <w:tcMar>
              <w:top w:w="65" w:type="dxa"/>
              <w:left w:w="80" w:type="dxa"/>
              <w:bottom w:w="65" w:type="dxa"/>
              <w:right w:w="80" w:type="dxa"/>
            </w:tcMar>
          </w:tcPr>
          <w:p w14:paraId="2401474F" w14:textId="77777777" w:rsidR="0096746C" w:rsidRDefault="00000000">
            <w:pPr>
              <w:spacing w:after="0"/>
            </w:pPr>
            <w:r>
              <w:rPr>
                <w:sz w:val="19"/>
              </w:rPr>
              <w:t xml:space="preserve">16:30 και </w:t>
            </w:r>
            <w:proofErr w:type="spellStart"/>
            <w:r>
              <w:rPr>
                <w:sz w:val="19"/>
              </w:rPr>
              <w:t>μετά</w:t>
            </w:r>
            <w:proofErr w:type="spellEnd"/>
          </w:p>
        </w:tc>
        <w:tc>
          <w:tcPr>
            <w:tcW w:w="3096" w:type="dxa"/>
            <w:tcMar>
              <w:top w:w="65" w:type="dxa"/>
              <w:left w:w="80" w:type="dxa"/>
              <w:bottom w:w="65" w:type="dxa"/>
              <w:right w:w="80" w:type="dxa"/>
            </w:tcMar>
          </w:tcPr>
          <w:p w14:paraId="60195B2B" w14:textId="77777777" w:rsidR="0096746C" w:rsidRDefault="00000000">
            <w:pPr>
              <w:spacing w:after="0"/>
            </w:pPr>
            <w:r>
              <w:rPr>
                <w:sz w:val="19"/>
              </w:rPr>
              <w:t>Προετοιμασία για το σπίτι</w:t>
            </w:r>
          </w:p>
        </w:tc>
        <w:tc>
          <w:tcPr>
            <w:tcW w:w="5184" w:type="dxa"/>
          </w:tcPr>
          <w:p w14:paraId="47CB66AC" w14:textId="77777777" w:rsidR="0096746C" w:rsidRPr="004A324C" w:rsidRDefault="00000000">
            <w:pPr>
              <w:spacing w:after="0"/>
              <w:rPr>
                <w:lang w:val="el-GR"/>
              </w:rPr>
            </w:pPr>
            <w:r w:rsidRPr="004A324C">
              <w:rPr>
                <w:sz w:val="19"/>
                <w:lang w:val="el-GR"/>
              </w:rPr>
              <w:t>Τακτοποίηση, συγκέντρωση προσωπικών αντικειμένων και προετοιμασία των παιδιών για παραλαβή ή μεταφορά στο σπίτι, συμπεριλαμβανομένης ασφαλούς καταγραφής αποχώρησης και παράδοσης.</w:t>
            </w:r>
          </w:p>
        </w:tc>
      </w:tr>
    </w:tbl>
    <w:p w14:paraId="59271DB3" w14:textId="77777777" w:rsidR="0096746C" w:rsidRPr="004A324C" w:rsidRDefault="0096746C">
      <w:pPr>
        <w:spacing w:after="20"/>
        <w:rPr>
          <w:lang w:val="el-GR"/>
        </w:rPr>
      </w:pP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365DF5FF" w14:textId="77777777">
        <w:trPr>
          <w:jc w:val="center"/>
        </w:trPr>
        <w:tc>
          <w:tcPr>
            <w:tcW w:w="10092" w:type="dxa"/>
            <w:shd w:val="clear" w:color="auto" w:fill="EEF3F8"/>
            <w:tcMar>
              <w:top w:w="120" w:type="dxa"/>
              <w:left w:w="150" w:type="dxa"/>
              <w:bottom w:w="120" w:type="dxa"/>
              <w:right w:w="150" w:type="dxa"/>
            </w:tcMar>
          </w:tcPr>
          <w:p w14:paraId="4CAB40F5" w14:textId="77777777" w:rsidR="0096746C" w:rsidRPr="004A324C" w:rsidRDefault="00000000">
            <w:pPr>
              <w:rPr>
                <w:lang w:val="el-GR"/>
              </w:rPr>
            </w:pPr>
            <w:r w:rsidRPr="004A324C">
              <w:rPr>
                <w:color w:val="2F5597"/>
                <w:lang w:val="el-GR"/>
              </w:rPr>
              <w:t>Σημαντικό</w:t>
            </w:r>
            <w:r w:rsidRPr="004A324C">
              <w:rPr>
                <w:color w:val="2F5597"/>
                <w:lang w:val="el-GR"/>
              </w:rPr>
              <w:br/>
              <w:t xml:space="preserve">Τα παιδιά δεν πρέπει να βιώνουν το Κέντρο ως προέκταση της σχολικής ημέρας. Η κατ’ </w:t>
            </w:r>
            <w:proofErr w:type="spellStart"/>
            <w:r w:rsidRPr="004A324C">
              <w:rPr>
                <w:color w:val="2F5597"/>
                <w:lang w:val="el-GR"/>
              </w:rPr>
              <w:t>οίκον</w:t>
            </w:r>
            <w:proofErr w:type="spellEnd"/>
            <w:r w:rsidRPr="004A324C">
              <w:rPr>
                <w:color w:val="2F5597"/>
                <w:lang w:val="el-GR"/>
              </w:rPr>
              <w:t xml:space="preserve"> εργασία και η δομημένη μάθηση είναι σημαντικές, όμως τα παιδιά χρειάζονται επίσης ευκαιρίες για κίνηση, ψυχαγωγία, επιλογή, δημιουργικότητα και θετικές σχέσεις.</w:t>
            </w:r>
          </w:p>
          <w:p w14:paraId="60E7C42E" w14:textId="77777777" w:rsidR="0096746C" w:rsidRPr="004A324C" w:rsidRDefault="0096746C">
            <w:pPr>
              <w:spacing w:after="0"/>
              <w:rPr>
                <w:lang w:val="el-GR"/>
              </w:rPr>
            </w:pPr>
          </w:p>
        </w:tc>
      </w:tr>
    </w:tbl>
    <w:p w14:paraId="4DB316F2" w14:textId="77777777" w:rsidR="0096746C" w:rsidRPr="004A324C" w:rsidRDefault="0096746C">
      <w:pPr>
        <w:spacing w:after="20"/>
        <w:rPr>
          <w:lang w:val="el-GR"/>
        </w:rPr>
      </w:pPr>
    </w:p>
    <w:p w14:paraId="6A841D8D" w14:textId="77777777" w:rsidR="0096746C" w:rsidRDefault="00000000">
      <w:pPr>
        <w:pStyle w:val="Heading1"/>
      </w:pPr>
      <w:r>
        <w:t>9. Μοντέλο εβδομαδιαίου προγράμματος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247"/>
        <w:gridCol w:w="2551"/>
        <w:gridCol w:w="6123"/>
      </w:tblGrid>
      <w:tr w:rsidR="0096746C" w14:paraId="4D0DCF1F" w14:textId="77777777">
        <w:trPr>
          <w:cantSplit/>
          <w:tblHeader/>
          <w:jc w:val="center"/>
        </w:trPr>
        <w:tc>
          <w:tcPr>
            <w:tcW w:w="1247" w:type="dxa"/>
            <w:shd w:val="clear" w:color="auto" w:fill="D9E2F3"/>
            <w:tcMar>
              <w:top w:w="70" w:type="dxa"/>
              <w:left w:w="85" w:type="dxa"/>
              <w:bottom w:w="70" w:type="dxa"/>
              <w:right w:w="85" w:type="dxa"/>
            </w:tcMar>
            <w:vAlign w:val="center"/>
          </w:tcPr>
          <w:p w14:paraId="696E89AE" w14:textId="77777777" w:rsidR="0096746C" w:rsidRDefault="00000000">
            <w:r>
              <w:rPr>
                <w:color w:val="2F5597"/>
                <w:sz w:val="17"/>
              </w:rPr>
              <w:t>Ημέρα</w:t>
            </w:r>
          </w:p>
        </w:tc>
        <w:tc>
          <w:tcPr>
            <w:tcW w:w="2551" w:type="dxa"/>
            <w:shd w:val="clear" w:color="auto" w:fill="D9E2F3"/>
            <w:tcMar>
              <w:top w:w="70" w:type="dxa"/>
              <w:left w:w="85" w:type="dxa"/>
              <w:bottom w:w="70" w:type="dxa"/>
              <w:right w:w="85" w:type="dxa"/>
            </w:tcMar>
            <w:vAlign w:val="center"/>
          </w:tcPr>
          <w:p w14:paraId="50A4C1C9" w14:textId="77777777" w:rsidR="0096746C" w:rsidRDefault="00000000">
            <w:r>
              <w:rPr>
                <w:color w:val="2F5597"/>
                <w:sz w:val="17"/>
              </w:rPr>
              <w:t>Θεματική</w:t>
            </w:r>
          </w:p>
        </w:tc>
        <w:tc>
          <w:tcPr>
            <w:tcW w:w="6123" w:type="dxa"/>
            <w:shd w:val="clear" w:color="auto" w:fill="D9E2F3"/>
            <w:tcMar>
              <w:top w:w="70" w:type="dxa"/>
              <w:left w:w="85" w:type="dxa"/>
              <w:bottom w:w="70" w:type="dxa"/>
              <w:right w:w="85" w:type="dxa"/>
            </w:tcMar>
            <w:vAlign w:val="center"/>
          </w:tcPr>
          <w:p w14:paraId="5BAB133C" w14:textId="77777777" w:rsidR="0096746C" w:rsidRDefault="00000000">
            <w:r>
              <w:rPr>
                <w:color w:val="2F5597"/>
                <w:sz w:val="17"/>
              </w:rPr>
              <w:t>Παραδείγματα</w:t>
            </w:r>
          </w:p>
        </w:tc>
      </w:tr>
      <w:tr w:rsidR="0096746C" w:rsidRPr="004A324C" w14:paraId="30599BF4" w14:textId="77777777">
        <w:trPr>
          <w:cantSplit/>
          <w:jc w:val="center"/>
        </w:trPr>
        <w:tc>
          <w:tcPr>
            <w:tcW w:w="1247" w:type="dxa"/>
            <w:tcMar>
              <w:top w:w="65" w:type="dxa"/>
              <w:left w:w="80" w:type="dxa"/>
              <w:bottom w:w="65" w:type="dxa"/>
              <w:right w:w="80" w:type="dxa"/>
            </w:tcMar>
          </w:tcPr>
          <w:p w14:paraId="25CFA870" w14:textId="77777777" w:rsidR="0096746C" w:rsidRDefault="00000000">
            <w:r>
              <w:rPr>
                <w:sz w:val="17"/>
              </w:rPr>
              <w:t>Δευτέρα</w:t>
            </w:r>
          </w:p>
        </w:tc>
        <w:tc>
          <w:tcPr>
            <w:tcW w:w="2551" w:type="dxa"/>
            <w:tcMar>
              <w:top w:w="65" w:type="dxa"/>
              <w:left w:w="80" w:type="dxa"/>
              <w:bottom w:w="65" w:type="dxa"/>
              <w:right w:w="80" w:type="dxa"/>
            </w:tcMar>
          </w:tcPr>
          <w:p w14:paraId="2A7D91CD" w14:textId="77777777" w:rsidR="0096746C" w:rsidRDefault="00000000">
            <w:r>
              <w:rPr>
                <w:sz w:val="17"/>
              </w:rPr>
              <w:t>Οργάνωση και μάθηση</w:t>
            </w:r>
          </w:p>
        </w:tc>
        <w:tc>
          <w:tcPr>
            <w:tcW w:w="6123" w:type="dxa"/>
            <w:tcMar>
              <w:top w:w="65" w:type="dxa"/>
              <w:left w:w="80" w:type="dxa"/>
              <w:bottom w:w="65" w:type="dxa"/>
              <w:right w:w="80" w:type="dxa"/>
            </w:tcMar>
          </w:tcPr>
          <w:p w14:paraId="2E4F3965" w14:textId="77777777" w:rsidR="0096746C" w:rsidRPr="004A324C" w:rsidRDefault="00000000">
            <w:pPr>
              <w:rPr>
                <w:lang w:val="el-GR"/>
              </w:rPr>
            </w:pPr>
            <w:r w:rsidRPr="004A324C">
              <w:rPr>
                <w:sz w:val="17"/>
                <w:lang w:val="el-GR"/>
              </w:rPr>
              <w:t xml:space="preserve">Προγραμματισμός κατ’ </w:t>
            </w:r>
            <w:proofErr w:type="spellStart"/>
            <w:r w:rsidRPr="004A324C">
              <w:rPr>
                <w:sz w:val="17"/>
                <w:lang w:val="el-GR"/>
              </w:rPr>
              <w:t>οίκον</w:t>
            </w:r>
            <w:proofErr w:type="spellEnd"/>
            <w:r w:rsidRPr="004A324C">
              <w:rPr>
                <w:sz w:val="17"/>
                <w:lang w:val="el-GR"/>
              </w:rPr>
              <w:t xml:space="preserve"> εργασίας, σχολική οργάνωση, οπτικά προγράμματα, ολοκλήρωση εργασιών, καθορισμός στόχων.</w:t>
            </w:r>
          </w:p>
        </w:tc>
      </w:tr>
      <w:tr w:rsidR="0096746C" w:rsidRPr="004A324C" w14:paraId="700C8C54" w14:textId="77777777">
        <w:trPr>
          <w:cantSplit/>
          <w:jc w:val="center"/>
        </w:trPr>
        <w:tc>
          <w:tcPr>
            <w:tcW w:w="1247" w:type="dxa"/>
            <w:tcMar>
              <w:top w:w="65" w:type="dxa"/>
              <w:left w:w="80" w:type="dxa"/>
              <w:bottom w:w="65" w:type="dxa"/>
              <w:right w:w="80" w:type="dxa"/>
            </w:tcMar>
          </w:tcPr>
          <w:p w14:paraId="78C0A552" w14:textId="77777777" w:rsidR="0096746C" w:rsidRDefault="00000000">
            <w:proofErr w:type="spellStart"/>
            <w:r>
              <w:rPr>
                <w:sz w:val="17"/>
              </w:rPr>
              <w:t>Τρίτη</w:t>
            </w:r>
            <w:proofErr w:type="spellEnd"/>
          </w:p>
        </w:tc>
        <w:tc>
          <w:tcPr>
            <w:tcW w:w="2551" w:type="dxa"/>
            <w:tcMar>
              <w:top w:w="65" w:type="dxa"/>
              <w:left w:w="80" w:type="dxa"/>
              <w:bottom w:w="65" w:type="dxa"/>
              <w:right w:w="80" w:type="dxa"/>
            </w:tcMar>
          </w:tcPr>
          <w:p w14:paraId="11933826" w14:textId="77777777" w:rsidR="0096746C" w:rsidRDefault="00000000">
            <w:r>
              <w:rPr>
                <w:sz w:val="17"/>
              </w:rPr>
              <w:t>Κοινωνική σύνδεση</w:t>
            </w:r>
          </w:p>
        </w:tc>
        <w:tc>
          <w:tcPr>
            <w:tcW w:w="6123" w:type="dxa"/>
            <w:tcMar>
              <w:top w:w="65" w:type="dxa"/>
              <w:left w:w="80" w:type="dxa"/>
              <w:bottom w:w="65" w:type="dxa"/>
              <w:right w:w="80" w:type="dxa"/>
            </w:tcMar>
          </w:tcPr>
          <w:p w14:paraId="57DDB8EF" w14:textId="77777777" w:rsidR="0096746C" w:rsidRPr="004A324C" w:rsidRDefault="00000000">
            <w:pPr>
              <w:rPr>
                <w:lang w:val="el-GR"/>
              </w:rPr>
            </w:pPr>
            <w:r w:rsidRPr="004A324C">
              <w:rPr>
                <w:sz w:val="17"/>
                <w:lang w:val="el-GR"/>
              </w:rPr>
              <w:t>Ομαδικά παιχνίδια, επικοινωνία, εναλλαγή σειράς, φιλίες, επίλυση συγκρούσεων, συνεργατικές εργασίες.</w:t>
            </w:r>
          </w:p>
        </w:tc>
      </w:tr>
      <w:tr w:rsidR="0096746C" w:rsidRPr="004A324C" w14:paraId="02B05222" w14:textId="77777777">
        <w:trPr>
          <w:cantSplit/>
          <w:jc w:val="center"/>
        </w:trPr>
        <w:tc>
          <w:tcPr>
            <w:tcW w:w="1247" w:type="dxa"/>
            <w:tcMar>
              <w:top w:w="65" w:type="dxa"/>
              <w:left w:w="80" w:type="dxa"/>
              <w:bottom w:w="65" w:type="dxa"/>
              <w:right w:w="80" w:type="dxa"/>
            </w:tcMar>
          </w:tcPr>
          <w:p w14:paraId="2C7054C0" w14:textId="77777777" w:rsidR="0096746C" w:rsidRDefault="00000000">
            <w:proofErr w:type="spellStart"/>
            <w:r>
              <w:rPr>
                <w:sz w:val="17"/>
              </w:rPr>
              <w:t>Τετάρτη</w:t>
            </w:r>
            <w:proofErr w:type="spellEnd"/>
          </w:p>
        </w:tc>
        <w:tc>
          <w:tcPr>
            <w:tcW w:w="2551" w:type="dxa"/>
            <w:tcMar>
              <w:top w:w="65" w:type="dxa"/>
              <w:left w:w="80" w:type="dxa"/>
              <w:bottom w:w="65" w:type="dxa"/>
              <w:right w:w="80" w:type="dxa"/>
            </w:tcMar>
          </w:tcPr>
          <w:p w14:paraId="6C700252" w14:textId="77777777" w:rsidR="0096746C" w:rsidRDefault="00000000">
            <w:r>
              <w:rPr>
                <w:sz w:val="17"/>
              </w:rPr>
              <w:t>Δημιουργικότητα και έκφραση</w:t>
            </w:r>
          </w:p>
        </w:tc>
        <w:tc>
          <w:tcPr>
            <w:tcW w:w="6123" w:type="dxa"/>
            <w:tcMar>
              <w:top w:w="65" w:type="dxa"/>
              <w:left w:w="80" w:type="dxa"/>
              <w:bottom w:w="65" w:type="dxa"/>
              <w:right w:w="80" w:type="dxa"/>
            </w:tcMar>
          </w:tcPr>
          <w:p w14:paraId="2015E2F3" w14:textId="77777777" w:rsidR="0096746C" w:rsidRPr="004A324C" w:rsidRDefault="00000000">
            <w:pPr>
              <w:rPr>
                <w:lang w:val="el-GR"/>
              </w:rPr>
            </w:pPr>
            <w:r w:rsidRPr="004A324C">
              <w:rPr>
                <w:sz w:val="17"/>
                <w:lang w:val="el-GR"/>
              </w:rPr>
              <w:t>Τέχνη, μουσική, χειροτεχνίες, κατασκευές, αφήγηση ιστοριών, φωτογραφία μέσα σε εγκεκριμένα πλαίσια.</w:t>
            </w:r>
          </w:p>
        </w:tc>
      </w:tr>
      <w:tr w:rsidR="0096746C" w:rsidRPr="004A324C" w14:paraId="49DB1473" w14:textId="77777777">
        <w:trPr>
          <w:cantSplit/>
          <w:jc w:val="center"/>
        </w:trPr>
        <w:tc>
          <w:tcPr>
            <w:tcW w:w="1247" w:type="dxa"/>
            <w:tcMar>
              <w:top w:w="65" w:type="dxa"/>
              <w:left w:w="80" w:type="dxa"/>
              <w:bottom w:w="65" w:type="dxa"/>
              <w:right w:w="80" w:type="dxa"/>
            </w:tcMar>
          </w:tcPr>
          <w:p w14:paraId="414B8B43" w14:textId="77777777" w:rsidR="0096746C" w:rsidRDefault="00000000">
            <w:proofErr w:type="spellStart"/>
            <w:r>
              <w:rPr>
                <w:sz w:val="17"/>
              </w:rPr>
              <w:t>Πέμ</w:t>
            </w:r>
            <w:proofErr w:type="spellEnd"/>
            <w:r>
              <w:rPr>
                <w:sz w:val="17"/>
              </w:rPr>
              <w:t>πτη</w:t>
            </w:r>
          </w:p>
        </w:tc>
        <w:tc>
          <w:tcPr>
            <w:tcW w:w="2551" w:type="dxa"/>
            <w:tcMar>
              <w:top w:w="65" w:type="dxa"/>
              <w:left w:w="80" w:type="dxa"/>
              <w:bottom w:w="65" w:type="dxa"/>
              <w:right w:w="80" w:type="dxa"/>
            </w:tcMar>
          </w:tcPr>
          <w:p w14:paraId="0A2A69EE" w14:textId="77777777" w:rsidR="0096746C" w:rsidRPr="004A324C" w:rsidRDefault="00000000">
            <w:pPr>
              <w:rPr>
                <w:lang w:val="el-GR"/>
              </w:rPr>
            </w:pPr>
            <w:r w:rsidRPr="004A324C">
              <w:rPr>
                <w:sz w:val="17"/>
                <w:lang w:val="el-GR"/>
              </w:rPr>
              <w:t>Συναισθηματική ρύθμιση και δεξιότητες ζωής</w:t>
            </w:r>
          </w:p>
        </w:tc>
        <w:tc>
          <w:tcPr>
            <w:tcW w:w="6123" w:type="dxa"/>
            <w:tcMar>
              <w:top w:w="65" w:type="dxa"/>
              <w:left w:w="80" w:type="dxa"/>
              <w:bottom w:w="65" w:type="dxa"/>
              <w:right w:w="80" w:type="dxa"/>
            </w:tcMar>
          </w:tcPr>
          <w:p w14:paraId="182E78C0" w14:textId="77777777" w:rsidR="0096746C" w:rsidRPr="004A324C" w:rsidRDefault="00000000">
            <w:pPr>
              <w:rPr>
                <w:lang w:val="el-GR"/>
              </w:rPr>
            </w:pPr>
            <w:r w:rsidRPr="004A324C">
              <w:rPr>
                <w:sz w:val="17"/>
                <w:lang w:val="el-GR"/>
              </w:rPr>
              <w:t>Αναγνώριση συναισθημάτων, στρατηγικές ηρεμίας, μαγειρική, χρήματα, πρακτική αυτονομία, επίλυση προβλημάτων.</w:t>
            </w:r>
          </w:p>
        </w:tc>
      </w:tr>
      <w:tr w:rsidR="0096746C" w:rsidRPr="004A324C" w14:paraId="615FE1EA" w14:textId="77777777">
        <w:trPr>
          <w:cantSplit/>
          <w:jc w:val="center"/>
        </w:trPr>
        <w:tc>
          <w:tcPr>
            <w:tcW w:w="1247" w:type="dxa"/>
            <w:tcMar>
              <w:top w:w="65" w:type="dxa"/>
              <w:left w:w="80" w:type="dxa"/>
              <w:bottom w:w="65" w:type="dxa"/>
              <w:right w:w="80" w:type="dxa"/>
            </w:tcMar>
          </w:tcPr>
          <w:p w14:paraId="74AC4A2E" w14:textId="77777777" w:rsidR="0096746C" w:rsidRDefault="00000000">
            <w:r>
              <w:rPr>
                <w:sz w:val="17"/>
              </w:rPr>
              <w:t>Παρα</w:t>
            </w:r>
            <w:proofErr w:type="spellStart"/>
            <w:r>
              <w:rPr>
                <w:sz w:val="17"/>
              </w:rPr>
              <w:t>σκευή</w:t>
            </w:r>
            <w:proofErr w:type="spellEnd"/>
          </w:p>
        </w:tc>
        <w:tc>
          <w:tcPr>
            <w:tcW w:w="2551" w:type="dxa"/>
            <w:tcMar>
              <w:top w:w="65" w:type="dxa"/>
              <w:left w:w="80" w:type="dxa"/>
              <w:bottom w:w="65" w:type="dxa"/>
              <w:right w:w="80" w:type="dxa"/>
            </w:tcMar>
          </w:tcPr>
          <w:p w14:paraId="10A6AEB7" w14:textId="77777777" w:rsidR="0096746C" w:rsidRDefault="00000000">
            <w:r>
              <w:rPr>
                <w:sz w:val="17"/>
              </w:rPr>
              <w:t>Ψυχαγωγία και επίτευξη</w:t>
            </w:r>
          </w:p>
        </w:tc>
        <w:tc>
          <w:tcPr>
            <w:tcW w:w="6123" w:type="dxa"/>
            <w:tcMar>
              <w:top w:w="65" w:type="dxa"/>
              <w:left w:w="80" w:type="dxa"/>
              <w:bottom w:w="65" w:type="dxa"/>
              <w:right w:w="80" w:type="dxa"/>
            </w:tcMar>
          </w:tcPr>
          <w:p w14:paraId="65895A73" w14:textId="77777777" w:rsidR="0096746C" w:rsidRPr="004A324C" w:rsidRDefault="00000000">
            <w:pPr>
              <w:rPr>
                <w:lang w:val="el-GR"/>
              </w:rPr>
            </w:pPr>
            <w:r w:rsidRPr="004A324C">
              <w:rPr>
                <w:sz w:val="17"/>
                <w:lang w:val="el-GR"/>
              </w:rPr>
              <w:t>Αθλητισμός, ομαδικές προκλήσεις, εξωτερική δραστηριότητα, αναγνώριση προόδου, επιλογές που καθοδηγούνται από τα παιδιά.</w:t>
            </w:r>
          </w:p>
        </w:tc>
      </w:tr>
    </w:tbl>
    <w:p w14:paraId="366ABCAE" w14:textId="77777777" w:rsidR="0096746C" w:rsidRPr="004A324C" w:rsidRDefault="0096746C">
      <w:pPr>
        <w:spacing w:after="20"/>
        <w:rPr>
          <w:lang w:val="el-GR"/>
        </w:rPr>
      </w:pPr>
    </w:p>
    <w:p w14:paraId="37D51D8D" w14:textId="77777777" w:rsidR="0096746C" w:rsidRPr="004A324C" w:rsidRDefault="00000000">
      <w:pPr>
        <w:rPr>
          <w:lang w:val="el-GR"/>
        </w:rPr>
      </w:pPr>
      <w:r w:rsidRPr="004A324C">
        <w:rPr>
          <w:lang w:val="el-GR"/>
        </w:rPr>
        <w:t>Το μοντέλο αυτό αποτελεί πλαίσιο και όχι άκαμπτο ωρολόγιο πρόγραμμα. Ορισμένα παιδιά θα συμμετέχουν μόνο συγκεκριμένες ημέρες, επομένως οι βασικές δραστηριότητες πρέπει να εναλλάσσονται ώστε η πρόσβαση σε αυτές να μην εξαρτάται από την παρουσία σε μία συγκεκριμένη ημέρα της εβδομάδας.</w:t>
      </w:r>
    </w:p>
    <w:p w14:paraId="05DB88DC" w14:textId="77777777" w:rsidR="0096746C" w:rsidRPr="004A324C" w:rsidRDefault="00000000">
      <w:pPr>
        <w:pStyle w:val="Heading2"/>
        <w:rPr>
          <w:lang w:val="el-GR"/>
        </w:rPr>
      </w:pPr>
      <w:r w:rsidRPr="004A324C">
        <w:rPr>
          <w:lang w:val="el-GR"/>
        </w:rPr>
        <w:t>Πρότυπο σχεδιασμού δραστηριοτήτων</w:t>
      </w:r>
    </w:p>
    <w:p w14:paraId="521E2335" w14:textId="77777777" w:rsidR="0096746C" w:rsidRPr="004A324C" w:rsidRDefault="00000000">
      <w:pPr>
        <w:rPr>
          <w:lang w:val="el-GR"/>
        </w:rPr>
      </w:pPr>
      <w:r w:rsidRPr="004A324C">
        <w:rPr>
          <w:lang w:val="el-GR"/>
        </w:rPr>
        <w:t>Κάθε προγραμματισμένη δραστηριότητα πρέπει να απαντά σε πέντε ερωτήματα:</w:t>
      </w:r>
    </w:p>
    <w:p w14:paraId="69398670" w14:textId="77777777" w:rsidR="0096746C" w:rsidRPr="004A324C" w:rsidRDefault="00000000">
      <w:pPr>
        <w:spacing w:after="60"/>
        <w:ind w:left="283" w:hanging="227"/>
        <w:rPr>
          <w:lang w:val="el-GR"/>
        </w:rPr>
      </w:pPr>
      <w:r w:rsidRPr="004A324C">
        <w:rPr>
          <w:color w:val="2F5597"/>
          <w:lang w:val="el-GR"/>
        </w:rPr>
        <w:t>1. Ποιος είναι ο σκοπός της δραστηριότητας;</w:t>
      </w:r>
    </w:p>
    <w:p w14:paraId="5EE75CE3" w14:textId="77777777" w:rsidR="0096746C" w:rsidRPr="004A324C" w:rsidRDefault="00000000">
      <w:pPr>
        <w:spacing w:after="60"/>
        <w:ind w:left="283" w:hanging="227"/>
        <w:rPr>
          <w:lang w:val="el-GR"/>
        </w:rPr>
      </w:pPr>
      <w:r w:rsidRPr="004A324C">
        <w:rPr>
          <w:color w:val="2F5597"/>
          <w:lang w:val="el-GR"/>
        </w:rPr>
        <w:t>2. Ποιες δεξιότητες ή αποτελέσματα μπορεί να υποστηρίξει;</w:t>
      </w:r>
    </w:p>
    <w:p w14:paraId="6CE36760" w14:textId="77777777" w:rsidR="0096746C" w:rsidRPr="004A324C" w:rsidRDefault="00000000">
      <w:pPr>
        <w:spacing w:after="60"/>
        <w:ind w:left="283" w:hanging="227"/>
        <w:rPr>
          <w:lang w:val="el-GR"/>
        </w:rPr>
      </w:pPr>
      <w:r w:rsidRPr="004A324C">
        <w:rPr>
          <w:color w:val="2F5597"/>
          <w:lang w:val="el-GR"/>
        </w:rPr>
        <w:t>3. Ποιοι κίνδυνοι πρέπει να ελεγχθούν;</w:t>
      </w:r>
    </w:p>
    <w:p w14:paraId="6B01B1D4" w14:textId="77777777" w:rsidR="0096746C" w:rsidRPr="004A324C" w:rsidRDefault="00000000">
      <w:pPr>
        <w:spacing w:after="60"/>
        <w:ind w:left="283" w:hanging="227"/>
        <w:rPr>
          <w:lang w:val="el-GR"/>
        </w:rPr>
      </w:pPr>
      <w:r w:rsidRPr="004A324C">
        <w:rPr>
          <w:color w:val="2F5597"/>
          <w:lang w:val="el-GR"/>
        </w:rPr>
        <w:t>4. Ποιες προσαρμογές θα επιτρέψουν τη συμμετοχή διαφορετικών παιδιών;</w:t>
      </w:r>
    </w:p>
    <w:p w14:paraId="3B0FF7D8" w14:textId="77777777" w:rsidR="0096746C" w:rsidRPr="004A324C" w:rsidRDefault="00000000">
      <w:pPr>
        <w:spacing w:after="60"/>
        <w:ind w:left="283" w:hanging="227"/>
        <w:rPr>
          <w:lang w:val="el-GR"/>
        </w:rPr>
      </w:pPr>
      <w:r w:rsidRPr="004A324C">
        <w:rPr>
          <w:color w:val="2F5597"/>
          <w:lang w:val="el-GR"/>
        </w:rPr>
        <w:t>5. Πώς θα γνωρίζει το προσωπικό αν η δραστηριότητα πέτυχε τον σκοπό της;</w:t>
      </w:r>
    </w:p>
    <w:p w14:paraId="6EA3ED9C" w14:textId="77777777" w:rsidR="0096746C" w:rsidRPr="004A324C" w:rsidRDefault="00000000">
      <w:pPr>
        <w:pStyle w:val="Heading1"/>
        <w:rPr>
          <w:lang w:val="el-GR"/>
        </w:rPr>
      </w:pPr>
      <w:r w:rsidRPr="004A324C">
        <w:rPr>
          <w:lang w:val="el-GR"/>
        </w:rPr>
        <w:t>10. Οι πρώτες οκτώ εβδομάδες από τον Σεπτέμβριο</w:t>
      </w:r>
    </w:p>
    <w:p w14:paraId="21DF7934" w14:textId="77777777" w:rsidR="0096746C" w:rsidRPr="004A324C" w:rsidRDefault="00000000">
      <w:pPr>
        <w:rPr>
          <w:lang w:val="el-GR"/>
        </w:rPr>
      </w:pPr>
      <w:r w:rsidRPr="004A324C">
        <w:rPr>
          <w:lang w:val="el-GR"/>
        </w:rPr>
        <w:t>Οι πρώτες οκτώ εβδομάδες πρέπει να επικεντρωθούν στην ασφάλεια, στις σχέσεις και στη σταθερή ρουτίνα πριν το πρόγραμμα γίνει πιο απαιτητικό. Τα παιδιά και το προσωπικό χρειάζονται χρόνο για να κατανοήσουν τις προσδοκίες και να καθιερώσουν προβλέψιμες διαδικασίες.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907"/>
        <w:gridCol w:w="1928"/>
        <w:gridCol w:w="3969"/>
        <w:gridCol w:w="3118"/>
      </w:tblGrid>
      <w:tr w:rsidR="0096746C" w14:paraId="0EA99DF7" w14:textId="77777777">
        <w:trPr>
          <w:cantSplit/>
          <w:tblHeader/>
          <w:jc w:val="center"/>
        </w:trPr>
        <w:tc>
          <w:tcPr>
            <w:tcW w:w="907" w:type="dxa"/>
            <w:shd w:val="clear" w:color="auto" w:fill="D9E2F3"/>
            <w:tcMar>
              <w:top w:w="70" w:type="dxa"/>
              <w:left w:w="85" w:type="dxa"/>
              <w:bottom w:w="70" w:type="dxa"/>
              <w:right w:w="85" w:type="dxa"/>
            </w:tcMar>
            <w:vAlign w:val="center"/>
          </w:tcPr>
          <w:p w14:paraId="1539795D" w14:textId="77777777" w:rsidR="0096746C" w:rsidRDefault="00000000">
            <w:r>
              <w:rPr>
                <w:color w:val="2F5597"/>
                <w:sz w:val="15"/>
              </w:rPr>
              <w:t>Εβ</w:t>
            </w:r>
            <w:proofErr w:type="spellStart"/>
            <w:r>
              <w:rPr>
                <w:color w:val="2F5597"/>
                <w:sz w:val="15"/>
              </w:rPr>
              <w:t>δομάδ</w:t>
            </w:r>
            <w:proofErr w:type="spellEnd"/>
            <w:r>
              <w:rPr>
                <w:color w:val="2F5597"/>
                <w:sz w:val="15"/>
              </w:rPr>
              <w:t>α</w:t>
            </w:r>
          </w:p>
        </w:tc>
        <w:tc>
          <w:tcPr>
            <w:tcW w:w="1928" w:type="dxa"/>
            <w:shd w:val="clear" w:color="auto" w:fill="D9E2F3"/>
            <w:tcMar>
              <w:top w:w="70" w:type="dxa"/>
              <w:left w:w="85" w:type="dxa"/>
              <w:bottom w:w="70" w:type="dxa"/>
              <w:right w:w="85" w:type="dxa"/>
            </w:tcMar>
            <w:vAlign w:val="center"/>
          </w:tcPr>
          <w:p w14:paraId="58F1A479" w14:textId="77777777" w:rsidR="0096746C" w:rsidRDefault="00000000">
            <w:r>
              <w:rPr>
                <w:color w:val="2F5597"/>
                <w:sz w:val="15"/>
              </w:rPr>
              <w:t>Θεματική</w:t>
            </w:r>
          </w:p>
        </w:tc>
        <w:tc>
          <w:tcPr>
            <w:tcW w:w="3969" w:type="dxa"/>
            <w:shd w:val="clear" w:color="auto" w:fill="D9E2F3"/>
            <w:tcMar>
              <w:top w:w="70" w:type="dxa"/>
              <w:left w:w="85" w:type="dxa"/>
              <w:bottom w:w="70" w:type="dxa"/>
              <w:right w:w="85" w:type="dxa"/>
            </w:tcMar>
            <w:vAlign w:val="center"/>
          </w:tcPr>
          <w:p w14:paraId="493F9EEE" w14:textId="77777777" w:rsidR="0096746C" w:rsidRDefault="00000000">
            <w:r>
              <w:rPr>
                <w:color w:val="2F5597"/>
                <w:sz w:val="15"/>
              </w:rPr>
              <w:t>Βασικές δραστηριότητες</w:t>
            </w:r>
          </w:p>
        </w:tc>
        <w:tc>
          <w:tcPr>
            <w:tcW w:w="3118" w:type="dxa"/>
            <w:shd w:val="clear" w:color="auto" w:fill="D9E2F3"/>
            <w:tcMar>
              <w:top w:w="70" w:type="dxa"/>
              <w:left w:w="85" w:type="dxa"/>
              <w:bottom w:w="70" w:type="dxa"/>
              <w:right w:w="85" w:type="dxa"/>
            </w:tcMar>
            <w:vAlign w:val="center"/>
          </w:tcPr>
          <w:p w14:paraId="28C0FCA9" w14:textId="77777777" w:rsidR="0096746C" w:rsidRDefault="00000000">
            <w:r>
              <w:rPr>
                <w:color w:val="2F5597"/>
                <w:sz w:val="15"/>
              </w:rPr>
              <w:t>Αναμενόμενο αποτέλεσμα</w:t>
            </w:r>
          </w:p>
        </w:tc>
      </w:tr>
      <w:tr w:rsidR="0096746C" w:rsidRPr="004A324C" w14:paraId="45E55F9B" w14:textId="77777777">
        <w:trPr>
          <w:cantSplit/>
          <w:jc w:val="center"/>
        </w:trPr>
        <w:tc>
          <w:tcPr>
            <w:tcW w:w="907" w:type="dxa"/>
            <w:tcMar>
              <w:top w:w="65" w:type="dxa"/>
              <w:left w:w="80" w:type="dxa"/>
              <w:bottom w:w="65" w:type="dxa"/>
              <w:right w:w="80" w:type="dxa"/>
            </w:tcMar>
          </w:tcPr>
          <w:p w14:paraId="1C1DB38C" w14:textId="77777777" w:rsidR="0096746C" w:rsidRDefault="00000000">
            <w:r>
              <w:rPr>
                <w:sz w:val="15"/>
              </w:rPr>
              <w:t>Εβδομάδα 1</w:t>
            </w:r>
          </w:p>
        </w:tc>
        <w:tc>
          <w:tcPr>
            <w:tcW w:w="1928" w:type="dxa"/>
            <w:tcMar>
              <w:top w:w="65" w:type="dxa"/>
              <w:left w:w="80" w:type="dxa"/>
              <w:bottom w:w="65" w:type="dxa"/>
              <w:right w:w="80" w:type="dxa"/>
            </w:tcMar>
          </w:tcPr>
          <w:p w14:paraId="3A7DB8C8" w14:textId="77777777" w:rsidR="0096746C" w:rsidRPr="004A324C" w:rsidRDefault="00000000">
            <w:pPr>
              <w:rPr>
                <w:lang w:val="el-GR"/>
              </w:rPr>
            </w:pPr>
            <w:r w:rsidRPr="004A324C">
              <w:rPr>
                <w:sz w:val="15"/>
                <w:lang w:val="el-GR"/>
              </w:rPr>
              <w:t xml:space="preserve">Καλωσόρισμα και αίσθημα του </w:t>
            </w:r>
            <w:proofErr w:type="spellStart"/>
            <w:r w:rsidRPr="004A324C">
              <w:rPr>
                <w:sz w:val="15"/>
                <w:lang w:val="el-GR"/>
              </w:rPr>
              <w:t>ανήκειν</w:t>
            </w:r>
            <w:proofErr w:type="spellEnd"/>
          </w:p>
        </w:tc>
        <w:tc>
          <w:tcPr>
            <w:tcW w:w="3969" w:type="dxa"/>
            <w:tcMar>
              <w:top w:w="65" w:type="dxa"/>
              <w:left w:w="80" w:type="dxa"/>
              <w:bottom w:w="65" w:type="dxa"/>
              <w:right w:w="80" w:type="dxa"/>
            </w:tcMar>
          </w:tcPr>
          <w:p w14:paraId="0426AFF8" w14:textId="77777777" w:rsidR="0096746C" w:rsidRPr="004A324C" w:rsidRDefault="00000000">
            <w:pPr>
              <w:rPr>
                <w:lang w:val="el-GR"/>
              </w:rPr>
            </w:pPr>
            <w:r w:rsidRPr="004A324C">
              <w:rPr>
                <w:sz w:val="15"/>
                <w:lang w:val="el-GR"/>
              </w:rPr>
              <w:t xml:space="preserve">Εκμάθηση ονομάτων, χώρων, </w:t>
            </w:r>
            <w:proofErr w:type="spellStart"/>
            <w:r w:rsidRPr="004A324C">
              <w:rPr>
                <w:sz w:val="15"/>
                <w:lang w:val="el-GR"/>
              </w:rPr>
              <w:t>ρουτινών</w:t>
            </w:r>
            <w:proofErr w:type="spellEnd"/>
            <w:r w:rsidRPr="004A324C">
              <w:rPr>
                <w:sz w:val="15"/>
                <w:lang w:val="el-GR"/>
              </w:rPr>
              <w:t xml:space="preserve"> και ρόλων προσωπικού. Δημιουργία προσδοκιών ομάδας. Παιχνίδια χαμηλών απαιτήσεων και δημιουργικές δραστηριότητες.</w:t>
            </w:r>
          </w:p>
        </w:tc>
        <w:tc>
          <w:tcPr>
            <w:tcW w:w="3118" w:type="dxa"/>
            <w:tcMar>
              <w:top w:w="65" w:type="dxa"/>
              <w:left w:w="80" w:type="dxa"/>
              <w:bottom w:w="65" w:type="dxa"/>
              <w:right w:w="80" w:type="dxa"/>
            </w:tcMar>
          </w:tcPr>
          <w:p w14:paraId="5B39725E" w14:textId="77777777" w:rsidR="0096746C" w:rsidRPr="004A324C" w:rsidRDefault="00000000">
            <w:pPr>
              <w:rPr>
                <w:lang w:val="el-GR"/>
              </w:rPr>
            </w:pPr>
            <w:r w:rsidRPr="004A324C">
              <w:rPr>
                <w:sz w:val="15"/>
                <w:lang w:val="el-GR"/>
              </w:rPr>
              <w:t>Τα παιδιά γνωρίζουν πού πρέπει να πηγαίνουν, από ποιον να ζητούν βοήθεια και ποια είναι η καθημερινή ρουτίνα.</w:t>
            </w:r>
          </w:p>
        </w:tc>
      </w:tr>
      <w:tr w:rsidR="0096746C" w:rsidRPr="004A324C" w14:paraId="1DB48A15" w14:textId="77777777">
        <w:trPr>
          <w:cantSplit/>
          <w:jc w:val="center"/>
        </w:trPr>
        <w:tc>
          <w:tcPr>
            <w:tcW w:w="907" w:type="dxa"/>
            <w:tcMar>
              <w:top w:w="65" w:type="dxa"/>
              <w:left w:w="80" w:type="dxa"/>
              <w:bottom w:w="65" w:type="dxa"/>
              <w:right w:w="80" w:type="dxa"/>
            </w:tcMar>
          </w:tcPr>
          <w:p w14:paraId="0B91A6E3" w14:textId="77777777" w:rsidR="0096746C" w:rsidRDefault="00000000">
            <w:r>
              <w:rPr>
                <w:sz w:val="15"/>
              </w:rPr>
              <w:t>Εβ</w:t>
            </w:r>
            <w:proofErr w:type="spellStart"/>
            <w:r>
              <w:rPr>
                <w:sz w:val="15"/>
              </w:rPr>
              <w:t>δομάδ</w:t>
            </w:r>
            <w:proofErr w:type="spellEnd"/>
            <w:r>
              <w:rPr>
                <w:sz w:val="15"/>
              </w:rPr>
              <w:t>α 2</w:t>
            </w:r>
          </w:p>
        </w:tc>
        <w:tc>
          <w:tcPr>
            <w:tcW w:w="1928" w:type="dxa"/>
            <w:tcMar>
              <w:top w:w="65" w:type="dxa"/>
              <w:left w:w="80" w:type="dxa"/>
              <w:bottom w:w="65" w:type="dxa"/>
              <w:right w:w="80" w:type="dxa"/>
            </w:tcMar>
          </w:tcPr>
          <w:p w14:paraId="6DBC0351" w14:textId="77777777" w:rsidR="0096746C" w:rsidRDefault="00000000">
            <w:r>
              <w:rPr>
                <w:sz w:val="15"/>
              </w:rPr>
              <w:t>Γνωρίζω πώς μαθαίνω</w:t>
            </w:r>
          </w:p>
        </w:tc>
        <w:tc>
          <w:tcPr>
            <w:tcW w:w="3969" w:type="dxa"/>
            <w:tcMar>
              <w:top w:w="65" w:type="dxa"/>
              <w:left w:w="80" w:type="dxa"/>
              <w:bottom w:w="65" w:type="dxa"/>
              <w:right w:w="80" w:type="dxa"/>
            </w:tcMar>
          </w:tcPr>
          <w:p w14:paraId="60D824BF" w14:textId="77777777" w:rsidR="0096746C" w:rsidRPr="004A324C" w:rsidRDefault="00000000">
            <w:pPr>
              <w:rPr>
                <w:lang w:val="el-GR"/>
              </w:rPr>
            </w:pPr>
            <w:r w:rsidRPr="004A324C">
              <w:rPr>
                <w:sz w:val="15"/>
                <w:lang w:val="el-GR"/>
              </w:rPr>
              <w:t xml:space="preserve">Απλές δραστηριότητες γύρω από τα δυνατά σημεία, την προσοχή, την οργάνωση και το τι βοηθά στην κατ’ </w:t>
            </w:r>
            <w:proofErr w:type="spellStart"/>
            <w:r w:rsidRPr="004A324C">
              <w:rPr>
                <w:sz w:val="15"/>
                <w:lang w:val="el-GR"/>
              </w:rPr>
              <w:t>οίκον</w:t>
            </w:r>
            <w:proofErr w:type="spellEnd"/>
            <w:r w:rsidRPr="004A324C">
              <w:rPr>
                <w:sz w:val="15"/>
                <w:lang w:val="el-GR"/>
              </w:rPr>
              <w:t xml:space="preserve"> εργασία.</w:t>
            </w:r>
          </w:p>
        </w:tc>
        <w:tc>
          <w:tcPr>
            <w:tcW w:w="3118" w:type="dxa"/>
            <w:tcMar>
              <w:top w:w="65" w:type="dxa"/>
              <w:left w:w="80" w:type="dxa"/>
              <w:bottom w:w="65" w:type="dxa"/>
              <w:right w:w="80" w:type="dxa"/>
            </w:tcMar>
          </w:tcPr>
          <w:p w14:paraId="5F06A9FF" w14:textId="77777777" w:rsidR="0096746C" w:rsidRPr="004A324C" w:rsidRDefault="00000000">
            <w:pPr>
              <w:rPr>
                <w:lang w:val="el-GR"/>
              </w:rPr>
            </w:pPr>
            <w:r w:rsidRPr="004A324C">
              <w:rPr>
                <w:sz w:val="15"/>
                <w:lang w:val="el-GR"/>
              </w:rPr>
              <w:t>Το προσωπικό αρχίζει να εντοπίζει εξατομικευμένες μαθησιακές υποστηρίξεις και τα παιδιά αρχίζουν να τις χρησιμοποιούν.</w:t>
            </w:r>
          </w:p>
        </w:tc>
      </w:tr>
      <w:tr w:rsidR="0096746C" w:rsidRPr="004A324C" w14:paraId="7C782E5E" w14:textId="77777777">
        <w:trPr>
          <w:cantSplit/>
          <w:jc w:val="center"/>
        </w:trPr>
        <w:tc>
          <w:tcPr>
            <w:tcW w:w="907" w:type="dxa"/>
            <w:tcMar>
              <w:top w:w="65" w:type="dxa"/>
              <w:left w:w="80" w:type="dxa"/>
              <w:bottom w:w="65" w:type="dxa"/>
              <w:right w:w="80" w:type="dxa"/>
            </w:tcMar>
          </w:tcPr>
          <w:p w14:paraId="3222176E" w14:textId="77777777" w:rsidR="0096746C" w:rsidRDefault="00000000">
            <w:r>
              <w:rPr>
                <w:sz w:val="15"/>
              </w:rPr>
              <w:t>Εβ</w:t>
            </w:r>
            <w:proofErr w:type="spellStart"/>
            <w:r>
              <w:rPr>
                <w:sz w:val="15"/>
              </w:rPr>
              <w:t>δομάδ</w:t>
            </w:r>
            <w:proofErr w:type="spellEnd"/>
            <w:r>
              <w:rPr>
                <w:sz w:val="15"/>
              </w:rPr>
              <w:t>α 3</w:t>
            </w:r>
          </w:p>
        </w:tc>
        <w:tc>
          <w:tcPr>
            <w:tcW w:w="1928" w:type="dxa"/>
            <w:tcMar>
              <w:top w:w="65" w:type="dxa"/>
              <w:left w:w="80" w:type="dxa"/>
              <w:bottom w:w="65" w:type="dxa"/>
              <w:right w:w="80" w:type="dxa"/>
            </w:tcMar>
          </w:tcPr>
          <w:p w14:paraId="60E99B98" w14:textId="77777777" w:rsidR="0096746C" w:rsidRDefault="00000000">
            <w:r>
              <w:rPr>
                <w:sz w:val="15"/>
              </w:rPr>
              <w:t>Φιλίες και ομαδικότητα</w:t>
            </w:r>
          </w:p>
        </w:tc>
        <w:tc>
          <w:tcPr>
            <w:tcW w:w="3969" w:type="dxa"/>
            <w:tcMar>
              <w:top w:w="65" w:type="dxa"/>
              <w:left w:w="80" w:type="dxa"/>
              <w:bottom w:w="65" w:type="dxa"/>
              <w:right w:w="80" w:type="dxa"/>
            </w:tcMar>
          </w:tcPr>
          <w:p w14:paraId="7D02FEBE" w14:textId="77777777" w:rsidR="0096746C" w:rsidRPr="004A324C" w:rsidRDefault="00000000">
            <w:pPr>
              <w:rPr>
                <w:lang w:val="el-GR"/>
              </w:rPr>
            </w:pPr>
            <w:r w:rsidRPr="004A324C">
              <w:rPr>
                <w:sz w:val="15"/>
                <w:lang w:val="el-GR"/>
              </w:rPr>
              <w:t>Συνεργατικά παιχνίδια, εναλλαγή σειράς, ομαδική επίλυση προβλημάτων και αναγνώριση σεβαστικής συμπεριφοράς.</w:t>
            </w:r>
          </w:p>
        </w:tc>
        <w:tc>
          <w:tcPr>
            <w:tcW w:w="3118" w:type="dxa"/>
            <w:tcMar>
              <w:top w:w="65" w:type="dxa"/>
              <w:left w:w="80" w:type="dxa"/>
              <w:bottom w:w="65" w:type="dxa"/>
              <w:right w:w="80" w:type="dxa"/>
            </w:tcMar>
          </w:tcPr>
          <w:p w14:paraId="76F3A7C5" w14:textId="77777777" w:rsidR="0096746C" w:rsidRPr="004A324C" w:rsidRDefault="00000000">
            <w:pPr>
              <w:rPr>
                <w:lang w:val="el-GR"/>
              </w:rPr>
            </w:pPr>
            <w:r w:rsidRPr="004A324C">
              <w:rPr>
                <w:sz w:val="15"/>
                <w:lang w:val="el-GR"/>
              </w:rPr>
              <w:t>Τα παιδιά εξασκούν την ασφαλή συμμετοχή σε ομάδα.</w:t>
            </w:r>
          </w:p>
        </w:tc>
      </w:tr>
      <w:tr w:rsidR="0096746C" w:rsidRPr="004A324C" w14:paraId="047C91F4" w14:textId="77777777">
        <w:trPr>
          <w:cantSplit/>
          <w:jc w:val="center"/>
        </w:trPr>
        <w:tc>
          <w:tcPr>
            <w:tcW w:w="907" w:type="dxa"/>
            <w:tcMar>
              <w:top w:w="65" w:type="dxa"/>
              <w:left w:w="80" w:type="dxa"/>
              <w:bottom w:w="65" w:type="dxa"/>
              <w:right w:w="80" w:type="dxa"/>
            </w:tcMar>
          </w:tcPr>
          <w:p w14:paraId="2997CB74" w14:textId="77777777" w:rsidR="0096746C" w:rsidRDefault="00000000">
            <w:r>
              <w:rPr>
                <w:sz w:val="15"/>
              </w:rPr>
              <w:t>Εβ</w:t>
            </w:r>
            <w:proofErr w:type="spellStart"/>
            <w:r>
              <w:rPr>
                <w:sz w:val="15"/>
              </w:rPr>
              <w:t>δομάδ</w:t>
            </w:r>
            <w:proofErr w:type="spellEnd"/>
            <w:r>
              <w:rPr>
                <w:sz w:val="15"/>
              </w:rPr>
              <w:t>α 4</w:t>
            </w:r>
          </w:p>
        </w:tc>
        <w:tc>
          <w:tcPr>
            <w:tcW w:w="1928" w:type="dxa"/>
            <w:tcMar>
              <w:top w:w="65" w:type="dxa"/>
              <w:left w:w="80" w:type="dxa"/>
              <w:bottom w:w="65" w:type="dxa"/>
              <w:right w:w="80" w:type="dxa"/>
            </w:tcMar>
          </w:tcPr>
          <w:p w14:paraId="3F64EBFF" w14:textId="77777777" w:rsidR="0096746C" w:rsidRDefault="00000000">
            <w:r>
              <w:rPr>
                <w:sz w:val="15"/>
              </w:rPr>
              <w:t>Κατανόηση συναισθημάτων</w:t>
            </w:r>
          </w:p>
        </w:tc>
        <w:tc>
          <w:tcPr>
            <w:tcW w:w="3969" w:type="dxa"/>
            <w:tcMar>
              <w:top w:w="65" w:type="dxa"/>
              <w:left w:w="80" w:type="dxa"/>
              <w:bottom w:w="65" w:type="dxa"/>
              <w:right w:w="80" w:type="dxa"/>
            </w:tcMar>
          </w:tcPr>
          <w:p w14:paraId="1DBE5AB9" w14:textId="77777777" w:rsidR="0096746C" w:rsidRPr="004A324C" w:rsidRDefault="00000000">
            <w:pPr>
              <w:rPr>
                <w:lang w:val="el-GR"/>
              </w:rPr>
            </w:pPr>
            <w:r w:rsidRPr="004A324C">
              <w:rPr>
                <w:sz w:val="15"/>
                <w:lang w:val="el-GR"/>
              </w:rPr>
              <w:t>Αναγνώριση συναισθημάτων, σωματικών σημάτων, παραγόντων πυροδότησης και πρώιμων ενδείξεων υπερφόρτωσης.</w:t>
            </w:r>
          </w:p>
        </w:tc>
        <w:tc>
          <w:tcPr>
            <w:tcW w:w="3118" w:type="dxa"/>
            <w:tcMar>
              <w:top w:w="65" w:type="dxa"/>
              <w:left w:w="80" w:type="dxa"/>
              <w:bottom w:w="65" w:type="dxa"/>
              <w:right w:w="80" w:type="dxa"/>
            </w:tcMar>
          </w:tcPr>
          <w:p w14:paraId="2AAB30D1" w14:textId="77777777" w:rsidR="0096746C" w:rsidRPr="004A324C" w:rsidRDefault="00000000">
            <w:pPr>
              <w:rPr>
                <w:lang w:val="el-GR"/>
              </w:rPr>
            </w:pPr>
            <w:r w:rsidRPr="004A324C">
              <w:rPr>
                <w:sz w:val="15"/>
                <w:lang w:val="el-GR"/>
              </w:rPr>
              <w:t>Τα παιδιά εντοπίζουν τουλάχιστον μία ένδειξη ότι αρχίζουν να υπερφορτώνονται.</w:t>
            </w:r>
          </w:p>
        </w:tc>
      </w:tr>
      <w:tr w:rsidR="0096746C" w:rsidRPr="004A324C" w14:paraId="1E02BC96" w14:textId="77777777">
        <w:trPr>
          <w:cantSplit/>
          <w:jc w:val="center"/>
        </w:trPr>
        <w:tc>
          <w:tcPr>
            <w:tcW w:w="907" w:type="dxa"/>
            <w:tcMar>
              <w:top w:w="65" w:type="dxa"/>
              <w:left w:w="80" w:type="dxa"/>
              <w:bottom w:w="65" w:type="dxa"/>
              <w:right w:w="80" w:type="dxa"/>
            </w:tcMar>
          </w:tcPr>
          <w:p w14:paraId="39F7F0D1" w14:textId="77777777" w:rsidR="0096746C" w:rsidRDefault="00000000">
            <w:r>
              <w:rPr>
                <w:sz w:val="15"/>
              </w:rPr>
              <w:t>Εβ</w:t>
            </w:r>
            <w:proofErr w:type="spellStart"/>
            <w:r>
              <w:rPr>
                <w:sz w:val="15"/>
              </w:rPr>
              <w:t>δομάδ</w:t>
            </w:r>
            <w:proofErr w:type="spellEnd"/>
            <w:r>
              <w:rPr>
                <w:sz w:val="15"/>
              </w:rPr>
              <w:t>α 5</w:t>
            </w:r>
          </w:p>
        </w:tc>
        <w:tc>
          <w:tcPr>
            <w:tcW w:w="1928" w:type="dxa"/>
            <w:tcMar>
              <w:top w:w="65" w:type="dxa"/>
              <w:left w:w="80" w:type="dxa"/>
              <w:bottom w:w="65" w:type="dxa"/>
              <w:right w:w="80" w:type="dxa"/>
            </w:tcMar>
          </w:tcPr>
          <w:p w14:paraId="77DE5E16" w14:textId="77777777" w:rsidR="0096746C" w:rsidRDefault="00000000">
            <w:r>
              <w:rPr>
                <w:sz w:val="15"/>
              </w:rPr>
              <w:t>Στρατηγικές ρύθμισης</w:t>
            </w:r>
          </w:p>
        </w:tc>
        <w:tc>
          <w:tcPr>
            <w:tcW w:w="3969" w:type="dxa"/>
            <w:tcMar>
              <w:top w:w="65" w:type="dxa"/>
              <w:left w:w="80" w:type="dxa"/>
              <w:bottom w:w="65" w:type="dxa"/>
              <w:right w:w="80" w:type="dxa"/>
            </w:tcMar>
          </w:tcPr>
          <w:p w14:paraId="28CC5BDE" w14:textId="77777777" w:rsidR="0096746C" w:rsidRPr="004A324C" w:rsidRDefault="00000000">
            <w:pPr>
              <w:rPr>
                <w:lang w:val="el-GR"/>
              </w:rPr>
            </w:pPr>
            <w:r w:rsidRPr="004A324C">
              <w:rPr>
                <w:sz w:val="15"/>
                <w:lang w:val="el-GR"/>
              </w:rPr>
              <w:t>Κίνηση, αναπνοές, αισθητηριακά εργαλεία, ήσυχος χώρος, αίτημα για διάλειμμα και επιστροφή σε δραστηριότητα.</w:t>
            </w:r>
          </w:p>
        </w:tc>
        <w:tc>
          <w:tcPr>
            <w:tcW w:w="3118" w:type="dxa"/>
            <w:tcMar>
              <w:top w:w="65" w:type="dxa"/>
              <w:left w:w="80" w:type="dxa"/>
              <w:bottom w:w="65" w:type="dxa"/>
              <w:right w:w="80" w:type="dxa"/>
            </w:tcMar>
          </w:tcPr>
          <w:p w14:paraId="42ED2073" w14:textId="77777777" w:rsidR="0096746C" w:rsidRPr="004A324C" w:rsidRDefault="00000000">
            <w:pPr>
              <w:rPr>
                <w:lang w:val="el-GR"/>
              </w:rPr>
            </w:pPr>
            <w:r w:rsidRPr="004A324C">
              <w:rPr>
                <w:sz w:val="15"/>
                <w:lang w:val="el-GR"/>
              </w:rPr>
              <w:t>Τα παιδιά αρχίζουν να αναγνωρίζουν στρατηγικές που τα βοηθούν να ρυθμίζονται.</w:t>
            </w:r>
          </w:p>
        </w:tc>
      </w:tr>
      <w:tr w:rsidR="0096746C" w:rsidRPr="004A324C" w14:paraId="7FC86E93" w14:textId="77777777">
        <w:trPr>
          <w:cantSplit/>
          <w:jc w:val="center"/>
        </w:trPr>
        <w:tc>
          <w:tcPr>
            <w:tcW w:w="907" w:type="dxa"/>
            <w:tcMar>
              <w:top w:w="65" w:type="dxa"/>
              <w:left w:w="80" w:type="dxa"/>
              <w:bottom w:w="65" w:type="dxa"/>
              <w:right w:w="80" w:type="dxa"/>
            </w:tcMar>
          </w:tcPr>
          <w:p w14:paraId="6A09940A" w14:textId="77777777" w:rsidR="0096746C" w:rsidRDefault="00000000">
            <w:r>
              <w:rPr>
                <w:sz w:val="15"/>
              </w:rPr>
              <w:lastRenderedPageBreak/>
              <w:t>Εβ</w:t>
            </w:r>
            <w:proofErr w:type="spellStart"/>
            <w:r>
              <w:rPr>
                <w:sz w:val="15"/>
              </w:rPr>
              <w:t>δομάδ</w:t>
            </w:r>
            <w:proofErr w:type="spellEnd"/>
            <w:r>
              <w:rPr>
                <w:sz w:val="15"/>
              </w:rPr>
              <w:t>α 6</w:t>
            </w:r>
          </w:p>
        </w:tc>
        <w:tc>
          <w:tcPr>
            <w:tcW w:w="1928" w:type="dxa"/>
            <w:tcMar>
              <w:top w:w="65" w:type="dxa"/>
              <w:left w:w="80" w:type="dxa"/>
              <w:bottom w:w="65" w:type="dxa"/>
              <w:right w:w="80" w:type="dxa"/>
            </w:tcMar>
          </w:tcPr>
          <w:p w14:paraId="0C8143C3" w14:textId="77777777" w:rsidR="0096746C" w:rsidRDefault="00000000">
            <w:r>
              <w:rPr>
                <w:sz w:val="15"/>
              </w:rPr>
              <w:t>Αυτονομία και οργάνωση</w:t>
            </w:r>
          </w:p>
        </w:tc>
        <w:tc>
          <w:tcPr>
            <w:tcW w:w="3969" w:type="dxa"/>
            <w:tcMar>
              <w:top w:w="65" w:type="dxa"/>
              <w:left w:w="80" w:type="dxa"/>
              <w:bottom w:w="65" w:type="dxa"/>
              <w:right w:w="80" w:type="dxa"/>
            </w:tcMar>
          </w:tcPr>
          <w:p w14:paraId="56115A8B" w14:textId="77777777" w:rsidR="0096746C" w:rsidRPr="004A324C" w:rsidRDefault="00000000">
            <w:pPr>
              <w:rPr>
                <w:lang w:val="el-GR"/>
              </w:rPr>
            </w:pPr>
            <w:r w:rsidRPr="004A324C">
              <w:rPr>
                <w:sz w:val="15"/>
                <w:lang w:val="el-GR"/>
              </w:rPr>
              <w:t>Οργάνωση σχολικής τσάντας, οπτικές λίστες ελέγχου, επίγνωση χρόνου, ακολουθία εργασιών πολλών βημάτων και απλή μαγειρική.</w:t>
            </w:r>
          </w:p>
        </w:tc>
        <w:tc>
          <w:tcPr>
            <w:tcW w:w="3118" w:type="dxa"/>
            <w:tcMar>
              <w:top w:w="65" w:type="dxa"/>
              <w:left w:w="80" w:type="dxa"/>
              <w:bottom w:w="65" w:type="dxa"/>
              <w:right w:w="80" w:type="dxa"/>
            </w:tcMar>
          </w:tcPr>
          <w:p w14:paraId="72CB6401" w14:textId="77777777" w:rsidR="0096746C" w:rsidRPr="004A324C" w:rsidRDefault="00000000">
            <w:pPr>
              <w:rPr>
                <w:lang w:val="el-GR"/>
              </w:rPr>
            </w:pPr>
            <w:r w:rsidRPr="004A324C">
              <w:rPr>
                <w:sz w:val="15"/>
                <w:lang w:val="el-GR"/>
              </w:rPr>
              <w:t>Τα παιδιά εξασκούν την ολοκλήρωση μιας πρακτικής ακολουθίας με μειωμένη καθοδήγηση.</w:t>
            </w:r>
          </w:p>
        </w:tc>
      </w:tr>
      <w:tr w:rsidR="0096746C" w:rsidRPr="004A324C" w14:paraId="4D893FC9" w14:textId="77777777">
        <w:trPr>
          <w:cantSplit/>
          <w:jc w:val="center"/>
        </w:trPr>
        <w:tc>
          <w:tcPr>
            <w:tcW w:w="907" w:type="dxa"/>
            <w:tcMar>
              <w:top w:w="65" w:type="dxa"/>
              <w:left w:w="80" w:type="dxa"/>
              <w:bottom w:w="65" w:type="dxa"/>
              <w:right w:w="80" w:type="dxa"/>
            </w:tcMar>
          </w:tcPr>
          <w:p w14:paraId="4746F31D" w14:textId="77777777" w:rsidR="0096746C" w:rsidRDefault="00000000">
            <w:r>
              <w:rPr>
                <w:sz w:val="15"/>
              </w:rPr>
              <w:t>Εβ</w:t>
            </w:r>
            <w:proofErr w:type="spellStart"/>
            <w:r>
              <w:rPr>
                <w:sz w:val="15"/>
              </w:rPr>
              <w:t>δομάδ</w:t>
            </w:r>
            <w:proofErr w:type="spellEnd"/>
            <w:r>
              <w:rPr>
                <w:sz w:val="15"/>
              </w:rPr>
              <w:t>α 7</w:t>
            </w:r>
          </w:p>
        </w:tc>
        <w:tc>
          <w:tcPr>
            <w:tcW w:w="1928" w:type="dxa"/>
            <w:tcMar>
              <w:top w:w="65" w:type="dxa"/>
              <w:left w:w="80" w:type="dxa"/>
              <w:bottom w:w="65" w:type="dxa"/>
              <w:right w:w="80" w:type="dxa"/>
            </w:tcMar>
          </w:tcPr>
          <w:p w14:paraId="07E9872A" w14:textId="77777777" w:rsidR="0096746C" w:rsidRDefault="00000000">
            <w:r>
              <w:rPr>
                <w:sz w:val="15"/>
              </w:rPr>
              <w:t>Επίλυση προβλημάτων και αυτοπεποίθηση</w:t>
            </w:r>
          </w:p>
        </w:tc>
        <w:tc>
          <w:tcPr>
            <w:tcW w:w="3969" w:type="dxa"/>
            <w:tcMar>
              <w:top w:w="65" w:type="dxa"/>
              <w:left w:w="80" w:type="dxa"/>
              <w:bottom w:w="65" w:type="dxa"/>
              <w:right w:w="80" w:type="dxa"/>
            </w:tcMar>
          </w:tcPr>
          <w:p w14:paraId="24F311C1" w14:textId="77777777" w:rsidR="0096746C" w:rsidRPr="004A324C" w:rsidRDefault="00000000">
            <w:pPr>
              <w:rPr>
                <w:lang w:val="el-GR"/>
              </w:rPr>
            </w:pPr>
            <w:r w:rsidRPr="004A324C">
              <w:rPr>
                <w:sz w:val="15"/>
                <w:lang w:val="el-GR"/>
              </w:rPr>
              <w:t>Προκλήσεις, λήψη αποφάσεων, αίτημα για βοήθεια, νέα προσπάθεια και αναγνώριση επιτευγμάτων.</w:t>
            </w:r>
          </w:p>
        </w:tc>
        <w:tc>
          <w:tcPr>
            <w:tcW w:w="3118" w:type="dxa"/>
            <w:tcMar>
              <w:top w:w="65" w:type="dxa"/>
              <w:left w:w="80" w:type="dxa"/>
              <w:bottom w:w="65" w:type="dxa"/>
              <w:right w:w="80" w:type="dxa"/>
            </w:tcMar>
          </w:tcPr>
          <w:p w14:paraId="1BFCD522" w14:textId="77777777" w:rsidR="0096746C" w:rsidRPr="004A324C" w:rsidRDefault="00000000">
            <w:pPr>
              <w:rPr>
                <w:lang w:val="el-GR"/>
              </w:rPr>
            </w:pPr>
            <w:r w:rsidRPr="004A324C">
              <w:rPr>
                <w:sz w:val="15"/>
                <w:lang w:val="el-GR"/>
              </w:rPr>
              <w:t xml:space="preserve">Τα παιδιά βιώνουν </w:t>
            </w:r>
            <w:proofErr w:type="spellStart"/>
            <w:r w:rsidRPr="004A324C">
              <w:rPr>
                <w:sz w:val="15"/>
                <w:lang w:val="el-GR"/>
              </w:rPr>
              <w:t>διαχειρίσιμη</w:t>
            </w:r>
            <w:proofErr w:type="spellEnd"/>
            <w:r w:rsidRPr="004A324C">
              <w:rPr>
                <w:sz w:val="15"/>
                <w:lang w:val="el-GR"/>
              </w:rPr>
              <w:t xml:space="preserve"> επιτυχία και </w:t>
            </w:r>
            <w:proofErr w:type="spellStart"/>
            <w:r w:rsidRPr="004A324C">
              <w:rPr>
                <w:sz w:val="15"/>
                <w:lang w:val="el-GR"/>
              </w:rPr>
              <w:t>αναστοχάζονται</w:t>
            </w:r>
            <w:proofErr w:type="spellEnd"/>
            <w:r w:rsidRPr="004A324C">
              <w:rPr>
                <w:sz w:val="15"/>
                <w:lang w:val="el-GR"/>
              </w:rPr>
              <w:t xml:space="preserve"> τι τα βοήθησε.</w:t>
            </w:r>
          </w:p>
        </w:tc>
      </w:tr>
      <w:tr w:rsidR="0096746C" w:rsidRPr="004A324C" w14:paraId="3B6E449A" w14:textId="77777777">
        <w:trPr>
          <w:cantSplit/>
          <w:jc w:val="center"/>
        </w:trPr>
        <w:tc>
          <w:tcPr>
            <w:tcW w:w="907" w:type="dxa"/>
            <w:tcMar>
              <w:top w:w="65" w:type="dxa"/>
              <w:left w:w="80" w:type="dxa"/>
              <w:bottom w:w="65" w:type="dxa"/>
              <w:right w:w="80" w:type="dxa"/>
            </w:tcMar>
          </w:tcPr>
          <w:p w14:paraId="2560D1F8" w14:textId="77777777" w:rsidR="0096746C" w:rsidRDefault="00000000">
            <w:r>
              <w:rPr>
                <w:sz w:val="15"/>
              </w:rPr>
              <w:t>Εβ</w:t>
            </w:r>
            <w:proofErr w:type="spellStart"/>
            <w:r>
              <w:rPr>
                <w:sz w:val="15"/>
              </w:rPr>
              <w:t>δομάδ</w:t>
            </w:r>
            <w:proofErr w:type="spellEnd"/>
            <w:r>
              <w:rPr>
                <w:sz w:val="15"/>
              </w:rPr>
              <w:t>α 8</w:t>
            </w:r>
          </w:p>
        </w:tc>
        <w:tc>
          <w:tcPr>
            <w:tcW w:w="1928" w:type="dxa"/>
            <w:tcMar>
              <w:top w:w="65" w:type="dxa"/>
              <w:left w:w="80" w:type="dxa"/>
              <w:bottom w:w="65" w:type="dxa"/>
              <w:right w:w="80" w:type="dxa"/>
            </w:tcMar>
          </w:tcPr>
          <w:p w14:paraId="0E63E9AB" w14:textId="77777777" w:rsidR="0096746C" w:rsidRDefault="00000000">
            <w:r>
              <w:rPr>
                <w:sz w:val="15"/>
              </w:rPr>
              <w:t>Ανασκόπηση και γιορτή</w:t>
            </w:r>
          </w:p>
        </w:tc>
        <w:tc>
          <w:tcPr>
            <w:tcW w:w="3969" w:type="dxa"/>
            <w:tcMar>
              <w:top w:w="65" w:type="dxa"/>
              <w:left w:w="80" w:type="dxa"/>
              <w:bottom w:w="65" w:type="dxa"/>
              <w:right w:w="80" w:type="dxa"/>
            </w:tcMar>
          </w:tcPr>
          <w:p w14:paraId="2A07FF0B" w14:textId="77777777" w:rsidR="0096746C" w:rsidRPr="004A324C" w:rsidRDefault="00000000">
            <w:pPr>
              <w:rPr>
                <w:lang w:val="el-GR"/>
              </w:rPr>
            </w:pPr>
            <w:r w:rsidRPr="004A324C">
              <w:rPr>
                <w:sz w:val="15"/>
                <w:lang w:val="el-GR"/>
              </w:rPr>
              <w:t>Ανατροφοδότηση από παιδιά, ανασκόπηση σε μικρές ομάδες, ανατροφοδότηση γονέων, πρόοδος σε σχέση με τους αρχικούς στόχους και γιορτή του προγράμματος.</w:t>
            </w:r>
          </w:p>
        </w:tc>
        <w:tc>
          <w:tcPr>
            <w:tcW w:w="3118" w:type="dxa"/>
            <w:tcMar>
              <w:top w:w="65" w:type="dxa"/>
              <w:left w:w="80" w:type="dxa"/>
              <w:bottom w:w="65" w:type="dxa"/>
              <w:right w:w="80" w:type="dxa"/>
            </w:tcMar>
          </w:tcPr>
          <w:p w14:paraId="0FD00C23" w14:textId="77777777" w:rsidR="0096746C" w:rsidRPr="004A324C" w:rsidRDefault="00000000">
            <w:pPr>
              <w:rPr>
                <w:lang w:val="el-GR"/>
              </w:rPr>
            </w:pPr>
            <w:r w:rsidRPr="004A324C">
              <w:rPr>
                <w:sz w:val="15"/>
                <w:lang w:val="el-GR"/>
              </w:rPr>
              <w:t>Τα αρχικά σχέδια υποστήριξης αναθεωρούνται και συμφωνούνται οι επόμενοι στόχοι.</w:t>
            </w:r>
          </w:p>
        </w:tc>
      </w:tr>
    </w:tbl>
    <w:p w14:paraId="104A9008" w14:textId="77777777" w:rsidR="0096746C" w:rsidRPr="004A324C" w:rsidRDefault="0096746C">
      <w:pPr>
        <w:spacing w:after="20"/>
        <w:rPr>
          <w:lang w:val="el-GR"/>
        </w:rPr>
      </w:pPr>
    </w:p>
    <w:p w14:paraId="17842C58" w14:textId="77777777" w:rsidR="0096746C" w:rsidRPr="004A324C" w:rsidRDefault="00000000">
      <w:pPr>
        <w:pStyle w:val="Heading2"/>
        <w:rPr>
          <w:lang w:val="el-GR"/>
        </w:rPr>
      </w:pPr>
      <w:r w:rsidRPr="004A324C">
        <w:rPr>
          <w:lang w:val="el-GR"/>
        </w:rPr>
        <w:t>Πρώτες δύο εβδομάδες: προτεραιότητα διοίκησης</w:t>
      </w:r>
    </w:p>
    <w:p w14:paraId="44A5F09A" w14:textId="77777777" w:rsidR="0096746C" w:rsidRPr="004A324C" w:rsidRDefault="00000000">
      <w:pPr>
        <w:spacing w:after="40"/>
        <w:ind w:left="255" w:hanging="159"/>
        <w:rPr>
          <w:lang w:val="el-GR"/>
        </w:rPr>
      </w:pPr>
      <w:r w:rsidRPr="004A324C">
        <w:rPr>
          <w:color w:val="2F5597"/>
          <w:lang w:val="el-GR"/>
        </w:rPr>
        <w:t>• Αποφεύγεται η υπερφόρτωση του προγράμματος με εξωτερικούς επισκέπτες ή πολύπλοκες δραστηριότητες.</w:t>
      </w:r>
    </w:p>
    <w:p w14:paraId="2D0C2C79" w14:textId="77777777" w:rsidR="0096746C" w:rsidRPr="004A324C" w:rsidRDefault="00000000">
      <w:pPr>
        <w:spacing w:after="40"/>
        <w:ind w:left="255" w:hanging="159"/>
        <w:rPr>
          <w:lang w:val="el-GR"/>
        </w:rPr>
      </w:pPr>
      <w:r w:rsidRPr="004A324C">
        <w:rPr>
          <w:color w:val="2F5597"/>
          <w:lang w:val="el-GR"/>
        </w:rPr>
        <w:t>• Παρατηρείται ο τρόπος με τον οποίο τα παιδιά χρησιμοποιούν τον χώρο και εντοπίζονται σημεία συμφόρησης ή πιθανής σύγκρουσης.</w:t>
      </w:r>
    </w:p>
    <w:p w14:paraId="4712E058" w14:textId="77777777" w:rsidR="0096746C" w:rsidRPr="004A324C" w:rsidRDefault="00000000">
      <w:pPr>
        <w:spacing w:after="40"/>
        <w:ind w:left="255" w:hanging="159"/>
        <w:rPr>
          <w:lang w:val="el-GR"/>
        </w:rPr>
      </w:pPr>
      <w:r w:rsidRPr="004A324C">
        <w:rPr>
          <w:color w:val="2F5597"/>
          <w:lang w:val="el-GR"/>
        </w:rPr>
        <w:t>• Η κατανομή προσωπικού αναθεωρείται στο τέλος κάθε ημέρας.</w:t>
      </w:r>
    </w:p>
    <w:p w14:paraId="3A356743" w14:textId="77777777" w:rsidR="0096746C" w:rsidRPr="004A324C" w:rsidRDefault="00000000">
      <w:pPr>
        <w:spacing w:after="40"/>
        <w:ind w:left="255" w:hanging="159"/>
        <w:rPr>
          <w:lang w:val="el-GR"/>
        </w:rPr>
      </w:pPr>
      <w:r w:rsidRPr="004A324C">
        <w:rPr>
          <w:color w:val="2F5597"/>
          <w:lang w:val="el-GR"/>
        </w:rPr>
        <w:t xml:space="preserve">• Ελέγχεται κατά πόσο λειτουργούν αποτελεσματικά οι διαδικασίες άφιξης, σνακ, κατ’ </w:t>
      </w:r>
      <w:proofErr w:type="spellStart"/>
      <w:r w:rsidRPr="004A324C">
        <w:rPr>
          <w:color w:val="2F5597"/>
          <w:lang w:val="el-GR"/>
        </w:rPr>
        <w:t>οίκον</w:t>
      </w:r>
      <w:proofErr w:type="spellEnd"/>
      <w:r w:rsidRPr="004A324C">
        <w:rPr>
          <w:color w:val="2F5597"/>
          <w:lang w:val="el-GR"/>
        </w:rPr>
        <w:t xml:space="preserve"> εργασίας και παραλαβής.</w:t>
      </w:r>
    </w:p>
    <w:p w14:paraId="2DC74045" w14:textId="77777777" w:rsidR="0096746C" w:rsidRPr="004A324C" w:rsidRDefault="00000000">
      <w:pPr>
        <w:spacing w:after="40"/>
        <w:ind w:left="255" w:hanging="159"/>
        <w:rPr>
          <w:lang w:val="el-GR"/>
        </w:rPr>
      </w:pPr>
      <w:r w:rsidRPr="004A324C">
        <w:rPr>
          <w:color w:val="2F5597"/>
          <w:lang w:val="el-GR"/>
        </w:rPr>
        <w:t xml:space="preserve">• Εντοπίζονται παιδιά που ενδέχεται να χρειάζονται </w:t>
      </w:r>
      <w:proofErr w:type="spellStart"/>
      <w:r w:rsidRPr="004A324C">
        <w:rPr>
          <w:color w:val="2F5597"/>
          <w:lang w:val="el-GR"/>
        </w:rPr>
        <w:t>νωρίτερη</w:t>
      </w:r>
      <w:proofErr w:type="spellEnd"/>
      <w:r w:rsidRPr="004A324C">
        <w:rPr>
          <w:color w:val="2F5597"/>
          <w:lang w:val="el-GR"/>
        </w:rPr>
        <w:t xml:space="preserve"> αναθεώρηση του ατομικού τους σχεδίου.</w:t>
      </w:r>
    </w:p>
    <w:p w14:paraId="4FF9631E" w14:textId="77777777" w:rsidR="0096746C" w:rsidRPr="004A324C" w:rsidRDefault="00000000">
      <w:pPr>
        <w:spacing w:after="40"/>
        <w:ind w:left="255" w:hanging="159"/>
        <w:rPr>
          <w:lang w:val="el-GR"/>
        </w:rPr>
      </w:pPr>
      <w:r w:rsidRPr="004A324C">
        <w:rPr>
          <w:color w:val="2F5597"/>
          <w:lang w:val="el-GR"/>
        </w:rPr>
        <w:t>• Οι γονείς ενημερώνονται έγκαιρα όπου χρειάζεται διευκρίνιση πρακτικών στρατηγικών.</w:t>
      </w:r>
    </w:p>
    <w:p w14:paraId="2D5C5DC0" w14:textId="77777777" w:rsidR="0096746C" w:rsidRPr="004A324C" w:rsidRDefault="00000000">
      <w:pPr>
        <w:pStyle w:val="Heading1"/>
        <w:rPr>
          <w:lang w:val="el-GR"/>
        </w:rPr>
      </w:pPr>
      <w:r w:rsidRPr="004A324C">
        <w:rPr>
          <w:lang w:val="el-GR"/>
        </w:rPr>
        <w:t xml:space="preserve">11. Υποστήριξη στην κατ’ </w:t>
      </w:r>
      <w:proofErr w:type="spellStart"/>
      <w:r w:rsidRPr="004A324C">
        <w:rPr>
          <w:lang w:val="el-GR"/>
        </w:rPr>
        <w:t>οίκον</w:t>
      </w:r>
      <w:proofErr w:type="spellEnd"/>
      <w:r w:rsidRPr="004A324C">
        <w:rPr>
          <w:lang w:val="el-GR"/>
        </w:rPr>
        <w:t xml:space="preserve"> εργασία και τη μάθηση</w:t>
      </w:r>
    </w:p>
    <w:p w14:paraId="4B855F26" w14:textId="77777777" w:rsidR="0096746C" w:rsidRPr="004A324C" w:rsidRDefault="00000000">
      <w:pPr>
        <w:rPr>
          <w:lang w:val="el-GR"/>
        </w:rPr>
      </w:pPr>
      <w:r w:rsidRPr="004A324C">
        <w:rPr>
          <w:lang w:val="el-GR"/>
        </w:rPr>
        <w:t xml:space="preserve">Η υποστήριξη στην κατ’ </w:t>
      </w:r>
      <w:proofErr w:type="spellStart"/>
      <w:r w:rsidRPr="004A324C">
        <w:rPr>
          <w:lang w:val="el-GR"/>
        </w:rPr>
        <w:t>οίκον</w:t>
      </w:r>
      <w:proofErr w:type="spellEnd"/>
      <w:r w:rsidRPr="004A324C">
        <w:rPr>
          <w:lang w:val="el-GR"/>
        </w:rPr>
        <w:t xml:space="preserve"> εργασία πρέπει να βοηθά τα παιδιά να αναπτύσσουν αποτελεσματικές μαθησιακές συνήθειες και όχι εξάρτηση από ενήλικες. Το Κέντρο δεν πρέπει να ολοκληρώνει την εργασία αντί των παιδιών ούτε να δημιουργεί συγκρούσεις για την κατ’ </w:t>
      </w:r>
      <w:proofErr w:type="spellStart"/>
      <w:r w:rsidRPr="004A324C">
        <w:rPr>
          <w:lang w:val="el-GR"/>
        </w:rPr>
        <w:t>οίκον</w:t>
      </w:r>
      <w:proofErr w:type="spellEnd"/>
      <w:r w:rsidRPr="004A324C">
        <w:rPr>
          <w:lang w:val="el-GR"/>
        </w:rPr>
        <w:t xml:space="preserve"> εργασία δυσανάλογες προς το εκπαιδευτικό όφελος.</w:t>
      </w:r>
    </w:p>
    <w:p w14:paraId="56A00AD2" w14:textId="77777777" w:rsidR="0096746C" w:rsidRPr="004A324C" w:rsidRDefault="00000000">
      <w:pPr>
        <w:pStyle w:val="Heading2"/>
        <w:rPr>
          <w:lang w:val="el-GR"/>
        </w:rPr>
      </w:pPr>
      <w:r w:rsidRPr="004A324C">
        <w:rPr>
          <w:lang w:val="el-GR"/>
        </w:rPr>
        <w:t>Προτεινόμενη προσέγγιση</w:t>
      </w:r>
    </w:p>
    <w:p w14:paraId="54CC0835" w14:textId="77777777" w:rsidR="0096746C" w:rsidRPr="004A324C" w:rsidRDefault="00000000">
      <w:pPr>
        <w:spacing w:after="40"/>
        <w:ind w:left="255" w:hanging="159"/>
        <w:rPr>
          <w:lang w:val="el-GR"/>
        </w:rPr>
      </w:pPr>
      <w:r w:rsidRPr="004A324C">
        <w:rPr>
          <w:color w:val="2F5597"/>
          <w:lang w:val="el-GR"/>
        </w:rPr>
        <w:t>• Διευκρινίζεται η εργασία πριν ζητηθεί από το παιδί να ξεκινήσει.</w:t>
      </w:r>
    </w:p>
    <w:p w14:paraId="3263C500" w14:textId="77777777" w:rsidR="0096746C" w:rsidRPr="004A324C" w:rsidRDefault="00000000">
      <w:pPr>
        <w:spacing w:after="40"/>
        <w:ind w:left="255" w:hanging="159"/>
        <w:rPr>
          <w:lang w:val="el-GR"/>
        </w:rPr>
      </w:pPr>
      <w:r w:rsidRPr="004A324C">
        <w:rPr>
          <w:color w:val="2F5597"/>
          <w:lang w:val="el-GR"/>
        </w:rPr>
        <w:t>• Οι μεγαλύτερες εργασίες χωρίζονται σε σύντομα, εμφανή βήματα.</w:t>
      </w:r>
    </w:p>
    <w:p w14:paraId="3889727C" w14:textId="77777777" w:rsidR="0096746C" w:rsidRPr="004A324C" w:rsidRDefault="00000000">
      <w:pPr>
        <w:spacing w:after="40"/>
        <w:ind w:left="255" w:hanging="159"/>
        <w:rPr>
          <w:lang w:val="el-GR"/>
        </w:rPr>
      </w:pPr>
      <w:r w:rsidRPr="004A324C">
        <w:rPr>
          <w:color w:val="2F5597"/>
          <w:lang w:val="el-GR"/>
        </w:rPr>
        <w:t>• Χρησιμοποιούνται χρονόμετρα, λίστες ελέγχου και οπτικά προγράμματα όπου βοηθούν.</w:t>
      </w:r>
    </w:p>
    <w:p w14:paraId="0BF9BE97" w14:textId="77777777" w:rsidR="0096746C" w:rsidRPr="004A324C" w:rsidRDefault="00000000">
      <w:pPr>
        <w:spacing w:after="40"/>
        <w:ind w:left="255" w:hanging="159"/>
        <w:rPr>
          <w:lang w:val="el-GR"/>
        </w:rPr>
      </w:pPr>
      <w:r w:rsidRPr="004A324C">
        <w:rPr>
          <w:color w:val="2F5597"/>
          <w:lang w:val="el-GR"/>
        </w:rPr>
        <w:t>• Μειώνονται οι περιβαλλοντικοί περισπασμοί.</w:t>
      </w:r>
    </w:p>
    <w:p w14:paraId="07115B89" w14:textId="77777777" w:rsidR="0096746C" w:rsidRPr="004A324C" w:rsidRDefault="00000000">
      <w:pPr>
        <w:spacing w:after="40"/>
        <w:ind w:left="255" w:hanging="159"/>
        <w:rPr>
          <w:lang w:val="el-GR"/>
        </w:rPr>
      </w:pPr>
      <w:r w:rsidRPr="004A324C">
        <w:rPr>
          <w:color w:val="2F5597"/>
          <w:lang w:val="el-GR"/>
        </w:rPr>
        <w:t>• Χρησιμοποιούνται σύντομες περίοδοι εργασίας με προγραμματισμένα διαλείμματα κίνησης ή αισθητηριακής αποφόρτισης.</w:t>
      </w:r>
    </w:p>
    <w:p w14:paraId="3FF13E7B" w14:textId="77777777" w:rsidR="0096746C" w:rsidRPr="004A324C" w:rsidRDefault="00000000">
      <w:pPr>
        <w:spacing w:after="40"/>
        <w:ind w:left="255" w:hanging="159"/>
        <w:rPr>
          <w:lang w:val="el-GR"/>
        </w:rPr>
      </w:pPr>
      <w:r w:rsidRPr="004A324C">
        <w:rPr>
          <w:color w:val="2F5597"/>
          <w:lang w:val="el-GR"/>
        </w:rPr>
        <w:t>• Ενισχύονται η προσπάθεια, η επιμονή, η οργάνωση και η κατάλληλη αναζήτηση βοήθειας.</w:t>
      </w:r>
    </w:p>
    <w:p w14:paraId="24F6D8DD" w14:textId="77777777" w:rsidR="0096746C" w:rsidRPr="004A324C" w:rsidRDefault="00000000">
      <w:pPr>
        <w:spacing w:after="40"/>
        <w:ind w:left="255" w:hanging="159"/>
        <w:rPr>
          <w:lang w:val="el-GR"/>
        </w:rPr>
      </w:pPr>
      <w:r w:rsidRPr="004A324C">
        <w:rPr>
          <w:color w:val="2F5597"/>
          <w:lang w:val="el-GR"/>
        </w:rPr>
        <w:t>• Δίνεται μία οδηγία κάθε φορά όπου χρειάζεται.</w:t>
      </w:r>
    </w:p>
    <w:p w14:paraId="2CEA6A82" w14:textId="77777777" w:rsidR="0096746C" w:rsidRPr="004A324C" w:rsidRDefault="00000000">
      <w:pPr>
        <w:spacing w:after="40"/>
        <w:ind w:left="255" w:hanging="159"/>
        <w:rPr>
          <w:lang w:val="el-GR"/>
        </w:rPr>
      </w:pPr>
      <w:r w:rsidRPr="004A324C">
        <w:rPr>
          <w:color w:val="2F5597"/>
          <w:lang w:val="el-GR"/>
        </w:rPr>
        <w:t>• Καταγράφονται επαναλαμβανόμενες δυσκολίες που μπορεί να απαιτούν συζήτηση με την οικογένεια ή το σχολείο.</w:t>
      </w:r>
    </w:p>
    <w:p w14:paraId="3804B6FF" w14:textId="77777777" w:rsidR="0096746C" w:rsidRPr="004A324C" w:rsidRDefault="00000000">
      <w:pPr>
        <w:spacing w:after="40"/>
        <w:ind w:left="255" w:hanging="159"/>
        <w:rPr>
          <w:lang w:val="el-GR"/>
        </w:rPr>
      </w:pPr>
      <w:r w:rsidRPr="004A324C">
        <w:rPr>
          <w:color w:val="2F5597"/>
          <w:lang w:val="el-GR"/>
        </w:rPr>
        <w:t>• Η εργασία διακόπτεται και ζητείται καθοδήγηση όταν προκαλεί σημαντική δυσφορία ή απορρύθμιση.</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41B7A026" w14:textId="77777777">
        <w:trPr>
          <w:jc w:val="center"/>
        </w:trPr>
        <w:tc>
          <w:tcPr>
            <w:tcW w:w="10092" w:type="dxa"/>
            <w:shd w:val="clear" w:color="auto" w:fill="EEF3F8"/>
            <w:tcMar>
              <w:top w:w="120" w:type="dxa"/>
              <w:left w:w="150" w:type="dxa"/>
              <w:bottom w:w="120" w:type="dxa"/>
              <w:right w:w="150" w:type="dxa"/>
            </w:tcMar>
          </w:tcPr>
          <w:p w14:paraId="27ED3033" w14:textId="77777777" w:rsidR="0096746C" w:rsidRPr="004A324C" w:rsidRDefault="00000000">
            <w:pPr>
              <w:rPr>
                <w:lang w:val="el-GR"/>
              </w:rPr>
            </w:pPr>
            <w:r w:rsidRPr="004A324C">
              <w:rPr>
                <w:color w:val="2F5597"/>
                <w:lang w:val="el-GR"/>
              </w:rPr>
              <w:t>Όριο υπηρεσίας</w:t>
            </w:r>
            <w:r w:rsidRPr="004A324C">
              <w:rPr>
                <w:color w:val="2F5597"/>
                <w:lang w:val="el-GR"/>
              </w:rPr>
              <w:br/>
              <w:t xml:space="preserve">Το Κέντρο υποστηρίζει τη μάθηση και τις </w:t>
            </w:r>
            <w:proofErr w:type="spellStart"/>
            <w:r w:rsidRPr="004A324C">
              <w:rPr>
                <w:color w:val="2F5597"/>
                <w:lang w:val="el-GR"/>
              </w:rPr>
              <w:t>ρουτίνες</w:t>
            </w:r>
            <w:proofErr w:type="spellEnd"/>
            <w:r w:rsidRPr="004A324C">
              <w:rPr>
                <w:color w:val="2F5597"/>
                <w:lang w:val="el-GR"/>
              </w:rPr>
              <w:t xml:space="preserve"> κατ’ </w:t>
            </w:r>
            <w:proofErr w:type="spellStart"/>
            <w:r w:rsidRPr="004A324C">
              <w:rPr>
                <w:color w:val="2F5597"/>
                <w:lang w:val="el-GR"/>
              </w:rPr>
              <w:t>οίκον</w:t>
            </w:r>
            <w:proofErr w:type="spellEnd"/>
            <w:r w:rsidRPr="004A324C">
              <w:rPr>
                <w:color w:val="2F5597"/>
                <w:lang w:val="el-GR"/>
              </w:rPr>
              <w:t xml:space="preserve"> εργασίας. Δεν εγγυάται την ολοκλήρωση κάθε εργασίας και δεν πρέπει να θυσιάζει την ασφάλεια ή τη συναισθηματική ευημερία ενός παιδιού απλώς για να ολοκληρωθεί η σχολική εργασία.</w:t>
            </w:r>
          </w:p>
          <w:p w14:paraId="515EED04" w14:textId="77777777" w:rsidR="0096746C" w:rsidRPr="004A324C" w:rsidRDefault="0096746C">
            <w:pPr>
              <w:spacing w:after="0"/>
              <w:rPr>
                <w:lang w:val="el-GR"/>
              </w:rPr>
            </w:pPr>
          </w:p>
        </w:tc>
      </w:tr>
    </w:tbl>
    <w:p w14:paraId="3C87A8A6" w14:textId="77777777" w:rsidR="0096746C" w:rsidRPr="004A324C" w:rsidRDefault="0096746C">
      <w:pPr>
        <w:spacing w:after="20"/>
        <w:rPr>
          <w:lang w:val="el-GR"/>
        </w:rPr>
      </w:pPr>
    </w:p>
    <w:p w14:paraId="3B5DAFC9" w14:textId="77777777" w:rsidR="0096746C" w:rsidRPr="004A324C" w:rsidRDefault="00000000">
      <w:pPr>
        <w:pStyle w:val="Heading1"/>
        <w:rPr>
          <w:lang w:val="el-GR"/>
        </w:rPr>
      </w:pPr>
      <w:r w:rsidRPr="004A324C">
        <w:rPr>
          <w:lang w:val="el-GR"/>
        </w:rPr>
        <w:t>12. Κοινωνική ανάπτυξη, συναισθηματική ρύθμιση και αυτονομία</w:t>
      </w:r>
    </w:p>
    <w:p w14:paraId="142D96CD" w14:textId="77777777" w:rsidR="0096746C" w:rsidRPr="004A324C" w:rsidRDefault="00000000">
      <w:pPr>
        <w:rPr>
          <w:lang w:val="el-GR"/>
        </w:rPr>
      </w:pPr>
      <w:r w:rsidRPr="004A324C">
        <w:rPr>
          <w:lang w:val="el-GR"/>
        </w:rPr>
        <w:t>Το πρόγραμμα πρέπει να δημιουργεί σκόπιμα ευκαιρίες για εξάσκηση δεξιοτήτων και να μην βασίζεται μόνο στη συζήτηση.</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2381"/>
        <w:gridCol w:w="7540"/>
      </w:tblGrid>
      <w:tr w:rsidR="0096746C" w14:paraId="482E9480" w14:textId="77777777">
        <w:trPr>
          <w:cantSplit/>
          <w:tblHeader/>
          <w:jc w:val="center"/>
        </w:trPr>
        <w:tc>
          <w:tcPr>
            <w:tcW w:w="2381" w:type="dxa"/>
            <w:shd w:val="clear" w:color="auto" w:fill="D9E2F3"/>
            <w:tcMar>
              <w:top w:w="70" w:type="dxa"/>
              <w:left w:w="85" w:type="dxa"/>
              <w:bottom w:w="70" w:type="dxa"/>
              <w:right w:w="85" w:type="dxa"/>
            </w:tcMar>
            <w:vAlign w:val="center"/>
          </w:tcPr>
          <w:p w14:paraId="33FEF5B7" w14:textId="77777777" w:rsidR="0096746C" w:rsidRDefault="00000000">
            <w:proofErr w:type="spellStart"/>
            <w:r>
              <w:rPr>
                <w:color w:val="2F5597"/>
                <w:sz w:val="18"/>
              </w:rPr>
              <w:lastRenderedPageBreak/>
              <w:t>Τομέ</w:t>
            </w:r>
            <w:proofErr w:type="spellEnd"/>
            <w:r>
              <w:rPr>
                <w:color w:val="2F5597"/>
                <w:sz w:val="18"/>
              </w:rPr>
              <w:t>ας</w:t>
            </w:r>
          </w:p>
        </w:tc>
        <w:tc>
          <w:tcPr>
            <w:tcW w:w="7540" w:type="dxa"/>
            <w:shd w:val="clear" w:color="auto" w:fill="D9E2F3"/>
            <w:tcMar>
              <w:top w:w="70" w:type="dxa"/>
              <w:left w:w="85" w:type="dxa"/>
              <w:bottom w:w="70" w:type="dxa"/>
              <w:right w:w="85" w:type="dxa"/>
            </w:tcMar>
            <w:vAlign w:val="center"/>
          </w:tcPr>
          <w:p w14:paraId="57252CA5" w14:textId="77777777" w:rsidR="0096746C" w:rsidRDefault="00000000">
            <w:r>
              <w:rPr>
                <w:color w:val="2F5597"/>
                <w:sz w:val="18"/>
              </w:rPr>
              <w:t>Παραδείγματα πρακτικής</w:t>
            </w:r>
          </w:p>
        </w:tc>
      </w:tr>
      <w:tr w:rsidR="0096746C" w:rsidRPr="004A324C" w14:paraId="510A0748" w14:textId="77777777">
        <w:trPr>
          <w:cantSplit/>
          <w:jc w:val="center"/>
        </w:trPr>
        <w:tc>
          <w:tcPr>
            <w:tcW w:w="2381" w:type="dxa"/>
            <w:tcMar>
              <w:top w:w="65" w:type="dxa"/>
              <w:left w:w="80" w:type="dxa"/>
              <w:bottom w:w="65" w:type="dxa"/>
              <w:right w:w="80" w:type="dxa"/>
            </w:tcMar>
          </w:tcPr>
          <w:p w14:paraId="3E03D52E" w14:textId="77777777" w:rsidR="0096746C" w:rsidRDefault="00000000">
            <w:r>
              <w:rPr>
                <w:sz w:val="18"/>
              </w:rPr>
              <w:t>Κοινωνική επικοινωνία</w:t>
            </w:r>
          </w:p>
        </w:tc>
        <w:tc>
          <w:tcPr>
            <w:tcW w:w="7540" w:type="dxa"/>
            <w:tcMar>
              <w:top w:w="65" w:type="dxa"/>
              <w:left w:w="80" w:type="dxa"/>
              <w:bottom w:w="65" w:type="dxa"/>
              <w:right w:w="80" w:type="dxa"/>
            </w:tcMar>
          </w:tcPr>
          <w:p w14:paraId="34162805" w14:textId="77777777" w:rsidR="0096746C" w:rsidRPr="004A324C" w:rsidRDefault="00000000">
            <w:pPr>
              <w:rPr>
                <w:lang w:val="el-GR"/>
              </w:rPr>
            </w:pPr>
            <w:r w:rsidRPr="004A324C">
              <w:rPr>
                <w:sz w:val="18"/>
                <w:lang w:val="el-GR"/>
              </w:rPr>
              <w:t>Ένταξη σε ομάδα, εναλλαγή σειράς, ακρόαση, υποβολή ερωτήσεων και αποκατάσταση παρεξηγήσεων.</w:t>
            </w:r>
          </w:p>
        </w:tc>
      </w:tr>
      <w:tr w:rsidR="0096746C" w:rsidRPr="004A324C" w14:paraId="6A34DC81" w14:textId="77777777">
        <w:trPr>
          <w:cantSplit/>
          <w:jc w:val="center"/>
        </w:trPr>
        <w:tc>
          <w:tcPr>
            <w:tcW w:w="2381" w:type="dxa"/>
            <w:tcMar>
              <w:top w:w="65" w:type="dxa"/>
              <w:left w:w="80" w:type="dxa"/>
              <w:bottom w:w="65" w:type="dxa"/>
              <w:right w:w="80" w:type="dxa"/>
            </w:tcMar>
          </w:tcPr>
          <w:p w14:paraId="08C6293B" w14:textId="77777777" w:rsidR="0096746C" w:rsidRDefault="00000000">
            <w:proofErr w:type="spellStart"/>
            <w:r>
              <w:rPr>
                <w:sz w:val="18"/>
              </w:rPr>
              <w:t>Φιλί</w:t>
            </w:r>
            <w:proofErr w:type="spellEnd"/>
            <w:r>
              <w:rPr>
                <w:sz w:val="18"/>
              </w:rPr>
              <w:t>α</w:t>
            </w:r>
          </w:p>
        </w:tc>
        <w:tc>
          <w:tcPr>
            <w:tcW w:w="7540" w:type="dxa"/>
            <w:tcMar>
              <w:top w:w="65" w:type="dxa"/>
              <w:left w:w="80" w:type="dxa"/>
              <w:bottom w:w="65" w:type="dxa"/>
              <w:right w:w="80" w:type="dxa"/>
            </w:tcMar>
          </w:tcPr>
          <w:p w14:paraId="35286845" w14:textId="77777777" w:rsidR="0096746C" w:rsidRPr="004A324C" w:rsidRDefault="00000000">
            <w:pPr>
              <w:rPr>
                <w:lang w:val="el-GR"/>
              </w:rPr>
            </w:pPr>
            <w:r w:rsidRPr="004A324C">
              <w:rPr>
                <w:sz w:val="18"/>
                <w:lang w:val="el-GR"/>
              </w:rPr>
              <w:t>Κοινά ενδιαφέροντα, συνεργασία, αναγνώριση ορίων, διαχείριση απόρριψης και επίλυση διαφωνιών.</w:t>
            </w:r>
          </w:p>
        </w:tc>
      </w:tr>
      <w:tr w:rsidR="0096746C" w:rsidRPr="004A324C" w14:paraId="70E89B48" w14:textId="77777777">
        <w:trPr>
          <w:cantSplit/>
          <w:jc w:val="center"/>
        </w:trPr>
        <w:tc>
          <w:tcPr>
            <w:tcW w:w="2381" w:type="dxa"/>
            <w:tcMar>
              <w:top w:w="65" w:type="dxa"/>
              <w:left w:w="80" w:type="dxa"/>
              <w:bottom w:w="65" w:type="dxa"/>
              <w:right w:w="80" w:type="dxa"/>
            </w:tcMar>
          </w:tcPr>
          <w:p w14:paraId="08FC3EF9" w14:textId="77777777" w:rsidR="0096746C" w:rsidRDefault="00000000">
            <w:proofErr w:type="spellStart"/>
            <w:r>
              <w:rPr>
                <w:sz w:val="18"/>
              </w:rPr>
              <w:t>Συν</w:t>
            </w:r>
            <w:proofErr w:type="spellEnd"/>
            <w:r>
              <w:rPr>
                <w:sz w:val="18"/>
              </w:rPr>
              <w:t xml:space="preserve">αισθηματικός </w:t>
            </w:r>
            <w:proofErr w:type="spellStart"/>
            <w:r>
              <w:rPr>
                <w:sz w:val="18"/>
              </w:rPr>
              <w:t>γρ</w:t>
            </w:r>
            <w:proofErr w:type="spellEnd"/>
            <w:r>
              <w:rPr>
                <w:sz w:val="18"/>
              </w:rPr>
              <w:t>αμματισμός</w:t>
            </w:r>
          </w:p>
        </w:tc>
        <w:tc>
          <w:tcPr>
            <w:tcW w:w="7540" w:type="dxa"/>
            <w:tcMar>
              <w:top w:w="65" w:type="dxa"/>
              <w:left w:w="80" w:type="dxa"/>
              <w:bottom w:w="65" w:type="dxa"/>
              <w:right w:w="80" w:type="dxa"/>
            </w:tcMar>
          </w:tcPr>
          <w:p w14:paraId="50087E78" w14:textId="77777777" w:rsidR="0096746C" w:rsidRPr="004A324C" w:rsidRDefault="00000000">
            <w:pPr>
              <w:rPr>
                <w:lang w:val="el-GR"/>
              </w:rPr>
            </w:pPr>
            <w:r w:rsidRPr="004A324C">
              <w:rPr>
                <w:sz w:val="18"/>
                <w:lang w:val="el-GR"/>
              </w:rPr>
              <w:t>Αναγνώριση συναισθημάτων, σωματικών σημάτων, παραγόντων πυροδότησης και της διαφοράς μεταξύ συναισθήματος και συμπεριφοράς.</w:t>
            </w:r>
          </w:p>
        </w:tc>
      </w:tr>
      <w:tr w:rsidR="0096746C" w:rsidRPr="004A324C" w14:paraId="0E0B5C5E" w14:textId="77777777">
        <w:trPr>
          <w:cantSplit/>
          <w:jc w:val="center"/>
        </w:trPr>
        <w:tc>
          <w:tcPr>
            <w:tcW w:w="2381" w:type="dxa"/>
            <w:tcMar>
              <w:top w:w="65" w:type="dxa"/>
              <w:left w:w="80" w:type="dxa"/>
              <w:bottom w:w="65" w:type="dxa"/>
              <w:right w:w="80" w:type="dxa"/>
            </w:tcMar>
          </w:tcPr>
          <w:p w14:paraId="269A0342" w14:textId="77777777" w:rsidR="0096746C" w:rsidRDefault="00000000">
            <w:proofErr w:type="spellStart"/>
            <w:r>
              <w:rPr>
                <w:sz w:val="18"/>
              </w:rPr>
              <w:t>Ρύθμιση</w:t>
            </w:r>
            <w:proofErr w:type="spellEnd"/>
          </w:p>
        </w:tc>
        <w:tc>
          <w:tcPr>
            <w:tcW w:w="7540" w:type="dxa"/>
            <w:tcMar>
              <w:top w:w="65" w:type="dxa"/>
              <w:left w:w="80" w:type="dxa"/>
              <w:bottom w:w="65" w:type="dxa"/>
              <w:right w:w="80" w:type="dxa"/>
            </w:tcMar>
          </w:tcPr>
          <w:p w14:paraId="7D7BB63E" w14:textId="77777777" w:rsidR="0096746C" w:rsidRPr="004A324C" w:rsidRDefault="00000000">
            <w:pPr>
              <w:rPr>
                <w:lang w:val="el-GR"/>
              </w:rPr>
            </w:pPr>
            <w:r w:rsidRPr="004A324C">
              <w:rPr>
                <w:sz w:val="18"/>
                <w:lang w:val="el-GR"/>
              </w:rPr>
              <w:t>Χρήση κίνησης, ήσυχου χώρου, αναπνοής, αισθητηριακών εργαλείων, υποστήριξης ενηλίκου ή δομημένων διαλειμμάτων.</w:t>
            </w:r>
          </w:p>
        </w:tc>
      </w:tr>
      <w:tr w:rsidR="0096746C" w:rsidRPr="004A324C" w14:paraId="4BE2B98F" w14:textId="77777777">
        <w:trPr>
          <w:cantSplit/>
          <w:jc w:val="center"/>
        </w:trPr>
        <w:tc>
          <w:tcPr>
            <w:tcW w:w="2381" w:type="dxa"/>
            <w:tcMar>
              <w:top w:w="65" w:type="dxa"/>
              <w:left w:w="80" w:type="dxa"/>
              <w:bottom w:w="65" w:type="dxa"/>
              <w:right w:w="80" w:type="dxa"/>
            </w:tcMar>
          </w:tcPr>
          <w:p w14:paraId="64E32EBB" w14:textId="77777777" w:rsidR="0096746C" w:rsidRDefault="00000000">
            <w:proofErr w:type="spellStart"/>
            <w:r>
              <w:rPr>
                <w:sz w:val="18"/>
              </w:rPr>
              <w:t>Αυτονομί</w:t>
            </w:r>
            <w:proofErr w:type="spellEnd"/>
            <w:r>
              <w:rPr>
                <w:sz w:val="18"/>
              </w:rPr>
              <w:t>α</w:t>
            </w:r>
          </w:p>
        </w:tc>
        <w:tc>
          <w:tcPr>
            <w:tcW w:w="7540" w:type="dxa"/>
            <w:tcMar>
              <w:top w:w="65" w:type="dxa"/>
              <w:left w:w="80" w:type="dxa"/>
              <w:bottom w:w="65" w:type="dxa"/>
              <w:right w:w="80" w:type="dxa"/>
            </w:tcMar>
          </w:tcPr>
          <w:p w14:paraId="7A8498B1" w14:textId="77777777" w:rsidR="0096746C" w:rsidRPr="004A324C" w:rsidRDefault="00000000">
            <w:pPr>
              <w:rPr>
                <w:lang w:val="el-GR"/>
              </w:rPr>
            </w:pPr>
            <w:r w:rsidRPr="004A324C">
              <w:rPr>
                <w:sz w:val="18"/>
                <w:lang w:val="el-GR"/>
              </w:rPr>
              <w:t xml:space="preserve">Οργάνωση, τακτοποίηση προσωπικών αντικειμένων, τήρηση </w:t>
            </w:r>
            <w:proofErr w:type="spellStart"/>
            <w:r w:rsidRPr="004A324C">
              <w:rPr>
                <w:sz w:val="18"/>
                <w:lang w:val="el-GR"/>
              </w:rPr>
              <w:t>ρουτινών</w:t>
            </w:r>
            <w:proofErr w:type="spellEnd"/>
            <w:r w:rsidRPr="004A324C">
              <w:rPr>
                <w:sz w:val="18"/>
                <w:lang w:val="el-GR"/>
              </w:rPr>
              <w:t>, διαχείριση χρόνου και ολοκλήρωση πρακτικών εργασιών.</w:t>
            </w:r>
          </w:p>
        </w:tc>
      </w:tr>
      <w:tr w:rsidR="0096746C" w:rsidRPr="004A324C" w14:paraId="1B5C78A1" w14:textId="77777777">
        <w:trPr>
          <w:cantSplit/>
          <w:jc w:val="center"/>
        </w:trPr>
        <w:tc>
          <w:tcPr>
            <w:tcW w:w="2381" w:type="dxa"/>
            <w:tcMar>
              <w:top w:w="65" w:type="dxa"/>
              <w:left w:w="80" w:type="dxa"/>
              <w:bottom w:w="65" w:type="dxa"/>
              <w:right w:w="80" w:type="dxa"/>
            </w:tcMar>
          </w:tcPr>
          <w:p w14:paraId="53F57525" w14:textId="77777777" w:rsidR="0096746C" w:rsidRDefault="00000000">
            <w:r>
              <w:rPr>
                <w:sz w:val="18"/>
              </w:rPr>
              <w:t>Επ</w:t>
            </w:r>
            <w:proofErr w:type="spellStart"/>
            <w:r>
              <w:rPr>
                <w:sz w:val="18"/>
              </w:rPr>
              <w:t>ίλυση</w:t>
            </w:r>
            <w:proofErr w:type="spellEnd"/>
            <w:r>
              <w:rPr>
                <w:sz w:val="18"/>
              </w:rPr>
              <w:t xml:space="preserve"> π</w:t>
            </w:r>
            <w:proofErr w:type="spellStart"/>
            <w:r>
              <w:rPr>
                <w:sz w:val="18"/>
              </w:rPr>
              <w:t>ρο</w:t>
            </w:r>
            <w:proofErr w:type="spellEnd"/>
            <w:r>
              <w:rPr>
                <w:sz w:val="18"/>
              </w:rPr>
              <w:t>βλημάτων</w:t>
            </w:r>
          </w:p>
        </w:tc>
        <w:tc>
          <w:tcPr>
            <w:tcW w:w="7540" w:type="dxa"/>
            <w:tcMar>
              <w:top w:w="65" w:type="dxa"/>
              <w:left w:w="80" w:type="dxa"/>
              <w:bottom w:w="65" w:type="dxa"/>
              <w:right w:w="80" w:type="dxa"/>
            </w:tcMar>
          </w:tcPr>
          <w:p w14:paraId="0A9BF040" w14:textId="77777777" w:rsidR="0096746C" w:rsidRPr="004A324C" w:rsidRDefault="00000000">
            <w:pPr>
              <w:rPr>
                <w:lang w:val="el-GR"/>
              </w:rPr>
            </w:pPr>
            <w:r w:rsidRPr="004A324C">
              <w:rPr>
                <w:sz w:val="18"/>
                <w:lang w:val="el-GR"/>
              </w:rPr>
              <w:t>Δημιουργία επιλογών, πρόβλεψη συνεπειών, αίτημα για βοήθεια και δοκιμή εναλλακτικής λύσης.</w:t>
            </w:r>
          </w:p>
        </w:tc>
      </w:tr>
      <w:tr w:rsidR="0096746C" w:rsidRPr="004A324C" w14:paraId="21D22B8F" w14:textId="77777777">
        <w:trPr>
          <w:cantSplit/>
          <w:jc w:val="center"/>
        </w:trPr>
        <w:tc>
          <w:tcPr>
            <w:tcW w:w="2381" w:type="dxa"/>
            <w:tcMar>
              <w:top w:w="65" w:type="dxa"/>
              <w:left w:w="80" w:type="dxa"/>
              <w:bottom w:w="65" w:type="dxa"/>
              <w:right w:w="80" w:type="dxa"/>
            </w:tcMar>
          </w:tcPr>
          <w:p w14:paraId="458C86DD" w14:textId="77777777" w:rsidR="0096746C" w:rsidRDefault="00000000">
            <w:proofErr w:type="spellStart"/>
            <w:r>
              <w:rPr>
                <w:sz w:val="18"/>
              </w:rPr>
              <w:t>Αυτοϋ</w:t>
            </w:r>
            <w:proofErr w:type="spellEnd"/>
            <w:r>
              <w:rPr>
                <w:sz w:val="18"/>
              </w:rPr>
              <w:t xml:space="preserve">ποστήριξη / </w:t>
            </w:r>
            <w:proofErr w:type="spellStart"/>
            <w:r>
              <w:rPr>
                <w:sz w:val="18"/>
              </w:rPr>
              <w:t>διεκδίκηση</w:t>
            </w:r>
            <w:proofErr w:type="spellEnd"/>
            <w:r>
              <w:rPr>
                <w:sz w:val="18"/>
              </w:rPr>
              <w:t xml:space="preserve"> ανα</w:t>
            </w:r>
            <w:proofErr w:type="spellStart"/>
            <w:r>
              <w:rPr>
                <w:sz w:val="18"/>
              </w:rPr>
              <w:t>γκών</w:t>
            </w:r>
            <w:proofErr w:type="spellEnd"/>
          </w:p>
        </w:tc>
        <w:tc>
          <w:tcPr>
            <w:tcW w:w="7540" w:type="dxa"/>
            <w:tcMar>
              <w:top w:w="65" w:type="dxa"/>
              <w:left w:w="80" w:type="dxa"/>
              <w:bottom w:w="65" w:type="dxa"/>
              <w:right w:w="80" w:type="dxa"/>
            </w:tcMar>
          </w:tcPr>
          <w:p w14:paraId="3B1EA5FA" w14:textId="77777777" w:rsidR="0096746C" w:rsidRPr="004A324C" w:rsidRDefault="00000000">
            <w:pPr>
              <w:rPr>
                <w:lang w:val="el-GR"/>
              </w:rPr>
            </w:pPr>
            <w:r w:rsidRPr="004A324C">
              <w:rPr>
                <w:sz w:val="18"/>
                <w:lang w:val="el-GR"/>
              </w:rPr>
              <w:t>Έκφραση προτιμήσεων, κατάλληλη άρνηση, αίτημα για διάλειμμα και εξήγηση του τι βοηθά.</w:t>
            </w:r>
          </w:p>
        </w:tc>
      </w:tr>
    </w:tbl>
    <w:p w14:paraId="16DDC838" w14:textId="77777777" w:rsidR="0096746C" w:rsidRPr="004A324C" w:rsidRDefault="0096746C">
      <w:pPr>
        <w:spacing w:after="20"/>
        <w:rPr>
          <w:lang w:val="el-GR"/>
        </w:rPr>
      </w:pPr>
    </w:p>
    <w:p w14:paraId="5556D9D2" w14:textId="77777777" w:rsidR="0096746C" w:rsidRPr="004A324C" w:rsidRDefault="00000000">
      <w:pPr>
        <w:pStyle w:val="Heading1"/>
        <w:rPr>
          <w:lang w:val="el-GR"/>
        </w:rPr>
      </w:pPr>
      <w:r w:rsidRPr="004A324C">
        <w:rPr>
          <w:lang w:val="el-GR"/>
        </w:rPr>
        <w:t>13. Θετική υποστήριξη συμπεριφοράς</w:t>
      </w:r>
    </w:p>
    <w:p w14:paraId="7FEF2015" w14:textId="77777777" w:rsidR="0096746C" w:rsidRPr="004A324C" w:rsidRDefault="00000000">
      <w:pPr>
        <w:rPr>
          <w:lang w:val="el-GR"/>
        </w:rPr>
      </w:pPr>
      <w:r w:rsidRPr="004A324C">
        <w:rPr>
          <w:lang w:val="el-GR"/>
        </w:rPr>
        <w:t>Το Κέντρο πρέπει να εφαρμόζει κοινή προσέγγιση θετικής υποστήριξης συμπεριφοράς. Η συμπεριφορά εξετάζεται μέσα στο πλαίσιό της και μπορεί να επικοινωνεί δυσφορία, απογοήτευση, σύγχυση, αισθητηριακή υπερφόρτωση, αποφυγή, ανάγκη για σύνδεση ή δυσκολία στη ρύθμιση.</w:t>
      </w:r>
    </w:p>
    <w:p w14:paraId="13AEBAD2" w14:textId="77777777" w:rsidR="0096746C" w:rsidRPr="004A324C" w:rsidRDefault="00000000">
      <w:pPr>
        <w:pStyle w:val="Heading2"/>
        <w:rPr>
          <w:lang w:val="el-GR"/>
        </w:rPr>
      </w:pPr>
      <w:r w:rsidRPr="004A324C">
        <w:rPr>
          <w:lang w:val="el-GR"/>
        </w:rPr>
        <w:t>Ανταπόκριση προσωπικού</w:t>
      </w:r>
    </w:p>
    <w:p w14:paraId="3141C110" w14:textId="77777777" w:rsidR="0096746C" w:rsidRPr="004A324C" w:rsidRDefault="00000000">
      <w:pPr>
        <w:spacing w:after="40"/>
        <w:ind w:left="255" w:hanging="159"/>
        <w:rPr>
          <w:lang w:val="el-GR"/>
        </w:rPr>
      </w:pPr>
      <w:r w:rsidRPr="004A324C">
        <w:rPr>
          <w:color w:val="2F5597"/>
          <w:lang w:val="el-GR"/>
        </w:rPr>
        <w:t>• Διατηρείται ήρεμη στάση και μειώνονται οι περιττές λεκτικές απαιτήσεις.</w:t>
      </w:r>
    </w:p>
    <w:p w14:paraId="4298542F" w14:textId="77777777" w:rsidR="0096746C" w:rsidRPr="004A324C" w:rsidRDefault="00000000">
      <w:pPr>
        <w:spacing w:after="40"/>
        <w:ind w:left="255" w:hanging="159"/>
        <w:rPr>
          <w:lang w:val="el-GR"/>
        </w:rPr>
      </w:pPr>
      <w:r w:rsidRPr="004A324C">
        <w:rPr>
          <w:color w:val="2F5597"/>
          <w:lang w:val="el-GR"/>
        </w:rPr>
        <w:t>• Χρησιμοποιούνται σαφείς, σύντομες και σεβαστικές οδηγίες.</w:t>
      </w:r>
    </w:p>
    <w:p w14:paraId="68E272F4" w14:textId="77777777" w:rsidR="0096746C" w:rsidRPr="004A324C" w:rsidRDefault="00000000">
      <w:pPr>
        <w:spacing w:after="40"/>
        <w:ind w:left="255" w:hanging="159"/>
        <w:rPr>
          <w:lang w:val="el-GR"/>
        </w:rPr>
      </w:pPr>
      <w:r w:rsidRPr="004A324C">
        <w:rPr>
          <w:color w:val="2F5597"/>
          <w:lang w:val="el-GR"/>
        </w:rPr>
        <w:t>• Εντοπίζονται πιθανοί παράγοντες πυροδότησης και ανεκπλήρωτες ανάγκες.</w:t>
      </w:r>
    </w:p>
    <w:p w14:paraId="5260D959" w14:textId="77777777" w:rsidR="0096746C" w:rsidRPr="004A324C" w:rsidRDefault="00000000">
      <w:pPr>
        <w:spacing w:after="40"/>
        <w:ind w:left="255" w:hanging="159"/>
        <w:rPr>
          <w:lang w:val="el-GR"/>
        </w:rPr>
      </w:pPr>
      <w:r w:rsidRPr="004A324C">
        <w:rPr>
          <w:color w:val="2F5597"/>
          <w:lang w:val="el-GR"/>
        </w:rPr>
        <w:t>• Προσφέρεται συμφωνημένη στρατηγική ρύθμισης ή ασφαλές διάλειμμα όπου ενδείκνυται.</w:t>
      </w:r>
    </w:p>
    <w:p w14:paraId="687F1BF2" w14:textId="77777777" w:rsidR="0096746C" w:rsidRPr="004A324C" w:rsidRDefault="00000000">
      <w:pPr>
        <w:spacing w:after="40"/>
        <w:ind w:left="255" w:hanging="159"/>
        <w:rPr>
          <w:lang w:val="el-GR"/>
        </w:rPr>
      </w:pPr>
      <w:r w:rsidRPr="004A324C">
        <w:rPr>
          <w:color w:val="2F5597"/>
          <w:lang w:val="el-GR"/>
        </w:rPr>
        <w:t>• Αποφεύγονται η δημόσια αντιπαράθεση, η ταπείνωση και οι συγκρούσεις εξουσίας.</w:t>
      </w:r>
    </w:p>
    <w:p w14:paraId="6F601357" w14:textId="77777777" w:rsidR="0096746C" w:rsidRPr="004A324C" w:rsidRDefault="00000000">
      <w:pPr>
        <w:spacing w:after="40"/>
        <w:ind w:left="255" w:hanging="159"/>
        <w:rPr>
          <w:lang w:val="el-GR"/>
        </w:rPr>
      </w:pPr>
      <w:r w:rsidRPr="004A324C">
        <w:rPr>
          <w:color w:val="2F5597"/>
          <w:lang w:val="el-GR"/>
        </w:rPr>
        <w:t>• Ενισχύεται η ασφαλής και συνεργατική συμπεριφορά.</w:t>
      </w:r>
    </w:p>
    <w:p w14:paraId="53D2D72E" w14:textId="77777777" w:rsidR="0096746C" w:rsidRPr="004A324C" w:rsidRDefault="00000000">
      <w:pPr>
        <w:spacing w:after="40"/>
        <w:ind w:left="255" w:hanging="159"/>
        <w:rPr>
          <w:lang w:val="el-GR"/>
        </w:rPr>
      </w:pPr>
      <w:r w:rsidRPr="004A324C">
        <w:rPr>
          <w:color w:val="2F5597"/>
          <w:lang w:val="el-GR"/>
        </w:rPr>
        <w:t>• Χρησιμοποιούνται αναλογικές συνέπειες που σχετίζονται με τη συμπεριφορά.</w:t>
      </w:r>
    </w:p>
    <w:p w14:paraId="5A95F32D" w14:textId="77777777" w:rsidR="0096746C" w:rsidRPr="004A324C" w:rsidRDefault="00000000">
      <w:pPr>
        <w:spacing w:after="40"/>
        <w:ind w:left="255" w:hanging="159"/>
        <w:rPr>
          <w:lang w:val="el-GR"/>
        </w:rPr>
      </w:pPr>
      <w:r w:rsidRPr="004A324C">
        <w:rPr>
          <w:color w:val="2F5597"/>
          <w:lang w:val="el-GR"/>
        </w:rPr>
        <w:t>• Υποστηρίζεται η αποκατάσταση της σχέσης μετά από σύγκρουση αντί της απλής επιβολής τιμωρίας.</w:t>
      </w:r>
    </w:p>
    <w:p w14:paraId="459EDBAA" w14:textId="77777777" w:rsidR="0096746C" w:rsidRPr="004A324C" w:rsidRDefault="00000000">
      <w:pPr>
        <w:spacing w:after="40"/>
        <w:ind w:left="255" w:hanging="159"/>
        <w:rPr>
          <w:lang w:val="el-GR"/>
        </w:rPr>
      </w:pPr>
      <w:r w:rsidRPr="004A324C">
        <w:rPr>
          <w:color w:val="2F5597"/>
          <w:lang w:val="el-GR"/>
        </w:rPr>
        <w:t>• Καταγράφονται τα σημαντικά περιστατικά και αναθεωρούνται τα επαναλαμβανόμενα μοτίβα.</w:t>
      </w:r>
    </w:p>
    <w:p w14:paraId="7A5DEC2F" w14:textId="77777777" w:rsidR="0096746C" w:rsidRPr="004A324C" w:rsidRDefault="00000000">
      <w:pPr>
        <w:spacing w:after="40"/>
        <w:ind w:left="255" w:hanging="159"/>
        <w:rPr>
          <w:lang w:val="el-GR"/>
        </w:rPr>
      </w:pPr>
      <w:r w:rsidRPr="004A324C">
        <w:rPr>
          <w:color w:val="2F5597"/>
          <w:lang w:val="el-GR"/>
        </w:rPr>
        <w:t>• Καταρτίζεται εξατομικευμένο Σχέδιο Θετικής Υποστήριξης Συμπεριφοράς όταν οι συνήθεις στρατηγικές δεν επαρκούν.</w:t>
      </w:r>
    </w:p>
    <w:p w14:paraId="003AC8B4" w14:textId="77777777" w:rsidR="0096746C" w:rsidRPr="004A324C" w:rsidRDefault="00000000">
      <w:pPr>
        <w:pStyle w:val="Heading2"/>
        <w:rPr>
          <w:lang w:val="el-GR"/>
        </w:rPr>
      </w:pPr>
      <w:r w:rsidRPr="004A324C">
        <w:rPr>
          <w:lang w:val="el-GR"/>
        </w:rPr>
        <w:t>Σωματική παρέμβαση</w:t>
      </w:r>
    </w:p>
    <w:p w14:paraId="6A325E28" w14:textId="77777777" w:rsidR="0096746C" w:rsidRPr="004A324C" w:rsidRDefault="00000000">
      <w:pPr>
        <w:rPr>
          <w:lang w:val="el-GR"/>
        </w:rPr>
      </w:pPr>
      <w:r w:rsidRPr="004A324C">
        <w:rPr>
          <w:lang w:val="el-GR"/>
        </w:rPr>
        <w:t>Η σωματική παρέμβαση δεν πρέπει ποτέ να χρησιμοποιείται ως τιμωρία ή για διευκόλυνση του προσωπικού. Κάθε χρήση πρέπει να ακολουθεί την εγκεκριμένη διαδικασία σωματικής παρέμβασης, να είναι ανάλογη προς τον άμεσο κίνδυνο, να καταγράφεται και να αναθεωρείται και να οδηγεί σε εξέταση του κατά πόσο χρειάζεται αλλαγή στο σχέδιο ή στο περιβάλλον του παιδιού.</w:t>
      </w:r>
    </w:p>
    <w:p w14:paraId="29530A49" w14:textId="77777777" w:rsidR="0096746C" w:rsidRPr="004A324C" w:rsidRDefault="00000000">
      <w:pPr>
        <w:pStyle w:val="Heading1"/>
        <w:rPr>
          <w:lang w:val="el-GR"/>
        </w:rPr>
      </w:pPr>
      <w:r w:rsidRPr="004A324C">
        <w:rPr>
          <w:lang w:val="el-GR"/>
        </w:rPr>
        <w:t>14. Επικοινωνία, αισθητηριακές ανάγκες και συμπερίληψη</w:t>
      </w:r>
    </w:p>
    <w:p w14:paraId="71BE6E01" w14:textId="77777777" w:rsidR="0096746C" w:rsidRPr="004A324C" w:rsidRDefault="00000000">
      <w:pPr>
        <w:rPr>
          <w:lang w:val="el-GR"/>
        </w:rPr>
      </w:pPr>
      <w:r w:rsidRPr="004A324C">
        <w:rPr>
          <w:lang w:val="el-GR"/>
        </w:rPr>
        <w:t>Τα παιδιά μπορεί να επικοινωνούν τη δυσφορία, τις επιλογές ή τις ανάγκες τους με διαφορετικούς τρόπους. Το προσωπικό δεν πρέπει να θεωρεί ότι η προφορική γλώσσα ισοδυναμεί πάντα με κατανόηση ούτε ότι ο περιορισμένος λόγος συνεπάγεται περιορισμένη κατανόηση.</w:t>
      </w:r>
    </w:p>
    <w:p w14:paraId="318F1440" w14:textId="77777777" w:rsidR="0096746C" w:rsidRPr="004A324C" w:rsidRDefault="00000000">
      <w:pPr>
        <w:spacing w:after="40"/>
        <w:ind w:left="255" w:hanging="159"/>
        <w:rPr>
          <w:lang w:val="el-GR"/>
        </w:rPr>
      </w:pPr>
      <w:r w:rsidRPr="004A324C">
        <w:rPr>
          <w:color w:val="2F5597"/>
          <w:lang w:val="el-GR"/>
        </w:rPr>
        <w:t>• Χρησιμοποιούνται οπτικά προγράμματα, σύμβολα, επιδείξεις ή γραπτές υποδείξεις όπου βοηθούν.</w:t>
      </w:r>
    </w:p>
    <w:p w14:paraId="5908A6B4" w14:textId="77777777" w:rsidR="0096746C" w:rsidRPr="004A324C" w:rsidRDefault="00000000">
      <w:pPr>
        <w:spacing w:after="40"/>
        <w:ind w:left="255" w:hanging="159"/>
        <w:rPr>
          <w:lang w:val="el-GR"/>
        </w:rPr>
      </w:pPr>
      <w:r w:rsidRPr="004A324C">
        <w:rPr>
          <w:color w:val="2F5597"/>
          <w:lang w:val="el-GR"/>
        </w:rPr>
        <w:t>• Παρέχεται επιπλέον χρόνος επεξεργασίας.</w:t>
      </w:r>
    </w:p>
    <w:p w14:paraId="3BF01DDC" w14:textId="77777777" w:rsidR="0096746C" w:rsidRPr="004A324C" w:rsidRDefault="00000000">
      <w:pPr>
        <w:spacing w:after="40"/>
        <w:ind w:left="255" w:hanging="159"/>
        <w:rPr>
          <w:lang w:val="el-GR"/>
        </w:rPr>
      </w:pPr>
      <w:r w:rsidRPr="004A324C">
        <w:rPr>
          <w:color w:val="2F5597"/>
          <w:lang w:val="el-GR"/>
        </w:rPr>
        <w:t>• Μειώνεται ο αριθμός οδηγιών που δίνονται ταυτόχρονα.</w:t>
      </w:r>
    </w:p>
    <w:p w14:paraId="05B64BEE" w14:textId="77777777" w:rsidR="0096746C" w:rsidRPr="004A324C" w:rsidRDefault="00000000">
      <w:pPr>
        <w:spacing w:after="40"/>
        <w:ind w:left="255" w:hanging="159"/>
        <w:rPr>
          <w:lang w:val="el-GR"/>
        </w:rPr>
      </w:pPr>
      <w:r w:rsidRPr="004A324C">
        <w:rPr>
          <w:color w:val="2F5597"/>
          <w:lang w:val="el-GR"/>
        </w:rPr>
        <w:t>• Τα παιδιά προετοιμάζονται για μεταβάσεις και αλλαγές.</w:t>
      </w:r>
    </w:p>
    <w:p w14:paraId="3D8B961E" w14:textId="77777777" w:rsidR="0096746C" w:rsidRPr="004A324C" w:rsidRDefault="00000000">
      <w:pPr>
        <w:spacing w:after="40"/>
        <w:ind w:left="255" w:hanging="159"/>
        <w:rPr>
          <w:lang w:val="el-GR"/>
        </w:rPr>
      </w:pPr>
      <w:r w:rsidRPr="004A324C">
        <w:rPr>
          <w:color w:val="2F5597"/>
          <w:lang w:val="el-GR"/>
        </w:rPr>
        <w:lastRenderedPageBreak/>
        <w:t>• Παρέχεται πρόσβαση σε πιο ήσυχους χώρους χωρίς αυτοί να χρησιμοποιούνται ως τιμωρία.</w:t>
      </w:r>
    </w:p>
    <w:p w14:paraId="2F0AE0A1" w14:textId="77777777" w:rsidR="0096746C" w:rsidRPr="004A324C" w:rsidRDefault="00000000">
      <w:pPr>
        <w:spacing w:after="40"/>
        <w:ind w:left="255" w:hanging="159"/>
        <w:rPr>
          <w:lang w:val="el-GR"/>
        </w:rPr>
      </w:pPr>
      <w:r w:rsidRPr="004A324C">
        <w:rPr>
          <w:color w:val="2F5597"/>
          <w:lang w:val="el-GR"/>
        </w:rPr>
        <w:t>• Λαμβάνονται υπόψη ο θόρυβος, ο φωτισμός, ο συνωστισμός, οι οσμές και η αφή.</w:t>
      </w:r>
    </w:p>
    <w:p w14:paraId="4F585143" w14:textId="77777777" w:rsidR="0096746C" w:rsidRPr="004A324C" w:rsidRDefault="00000000">
      <w:pPr>
        <w:spacing w:after="40"/>
        <w:ind w:left="255" w:hanging="159"/>
        <w:rPr>
          <w:lang w:val="el-GR"/>
        </w:rPr>
      </w:pPr>
      <w:r w:rsidRPr="004A324C">
        <w:rPr>
          <w:color w:val="2F5597"/>
          <w:lang w:val="el-GR"/>
        </w:rPr>
        <w:t>• Χρησιμοποιείται ο γνωστός τρόπος επικοινωνίας του παιδιού όταν συζητούνται ανησυχίες ή ζητούνται οι απόψεις του.</w:t>
      </w:r>
    </w:p>
    <w:p w14:paraId="0A3249D7" w14:textId="77777777" w:rsidR="0096746C" w:rsidRPr="004A324C" w:rsidRDefault="00000000">
      <w:pPr>
        <w:spacing w:after="40"/>
        <w:ind w:left="255" w:hanging="159"/>
        <w:rPr>
          <w:lang w:val="el-GR"/>
        </w:rPr>
      </w:pPr>
      <w:r w:rsidRPr="004A324C">
        <w:rPr>
          <w:color w:val="2F5597"/>
          <w:lang w:val="el-GR"/>
        </w:rPr>
        <w:t>• Διασφαλίζεται ότι τα παιδιά με λιγότερο λεκτική επικοινωνία συμμετέχουν ενεργά στη λήψη αποφάσεων.</w:t>
      </w:r>
    </w:p>
    <w:p w14:paraId="4647700F" w14:textId="77777777" w:rsidR="0096746C" w:rsidRPr="004A324C" w:rsidRDefault="00000000">
      <w:pPr>
        <w:spacing w:after="40"/>
        <w:ind w:left="255" w:hanging="159"/>
        <w:rPr>
          <w:lang w:val="el-GR"/>
        </w:rPr>
      </w:pPr>
      <w:r w:rsidRPr="004A324C">
        <w:rPr>
          <w:color w:val="2F5597"/>
          <w:lang w:val="el-GR"/>
        </w:rPr>
        <w:t>• Δεν αποκλείεται ένα παιδί από συνήθεις δραστηριότητες μόνο επειδή μια προσαρμογή θεωρείται άβολη ή δύσκολη.</w:t>
      </w:r>
    </w:p>
    <w:p w14:paraId="3DA2B6B5" w14:textId="77777777" w:rsidR="0096746C" w:rsidRPr="004A324C" w:rsidRDefault="00000000">
      <w:pPr>
        <w:pStyle w:val="Heading1"/>
        <w:rPr>
          <w:lang w:val="el-GR"/>
        </w:rPr>
      </w:pPr>
      <w:r w:rsidRPr="004A324C">
        <w:rPr>
          <w:lang w:val="el-GR"/>
        </w:rPr>
        <w:t>15. Δομή και κατανομή προσωπικού</w:t>
      </w:r>
    </w:p>
    <w:p w14:paraId="26480DA1" w14:textId="77777777" w:rsidR="0096746C" w:rsidRPr="004A324C" w:rsidRDefault="00000000">
      <w:pPr>
        <w:rPr>
          <w:lang w:val="el-GR"/>
        </w:rPr>
      </w:pPr>
      <w:r w:rsidRPr="004A324C">
        <w:rPr>
          <w:lang w:val="el-GR"/>
        </w:rPr>
        <w:t>Η στελέχωση πρέπει να βασίζεται στα παιδιά που πραγματικά παρευρίσκονται, στις ανάγκες τους, στο περιβάλλον και στις προγραμματισμένες δραστηριότητες. Μια αριθμητική αναλογία από μόνη της δεν αποδεικνύει ασφαλή επίβλεψη.</w:t>
      </w:r>
    </w:p>
    <w:p w14:paraId="353FA518" w14:textId="77777777" w:rsidR="0096746C" w:rsidRDefault="00000000">
      <w:pPr>
        <w:pStyle w:val="Heading2"/>
      </w:pPr>
      <w:proofErr w:type="spellStart"/>
      <w:r>
        <w:t>Ελάχιστοι</w:t>
      </w:r>
      <w:proofErr w:type="spellEnd"/>
      <w:r>
        <w:t xml:space="preserve"> κα</w:t>
      </w:r>
      <w:proofErr w:type="spellStart"/>
      <w:r>
        <w:t>θημερινοί</w:t>
      </w:r>
      <w:proofErr w:type="spellEnd"/>
      <w:r>
        <w:t xml:space="preserve"> </w:t>
      </w:r>
      <w:proofErr w:type="spellStart"/>
      <w:r>
        <w:t>ρόλοι</w:t>
      </w:r>
      <w:proofErr w:type="spellEnd"/>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2381"/>
        <w:gridCol w:w="7540"/>
      </w:tblGrid>
      <w:tr w:rsidR="0096746C" w14:paraId="701DD5B6" w14:textId="77777777">
        <w:trPr>
          <w:cantSplit/>
          <w:tblHeader/>
          <w:jc w:val="center"/>
        </w:trPr>
        <w:tc>
          <w:tcPr>
            <w:tcW w:w="2381" w:type="dxa"/>
            <w:shd w:val="clear" w:color="auto" w:fill="D9E2F3"/>
            <w:tcMar>
              <w:top w:w="70" w:type="dxa"/>
              <w:left w:w="85" w:type="dxa"/>
              <w:bottom w:w="70" w:type="dxa"/>
              <w:right w:w="85" w:type="dxa"/>
            </w:tcMar>
            <w:vAlign w:val="center"/>
          </w:tcPr>
          <w:p w14:paraId="65AD47C2" w14:textId="77777777" w:rsidR="0096746C" w:rsidRDefault="00000000">
            <w:r>
              <w:rPr>
                <w:color w:val="2F5597"/>
                <w:sz w:val="18"/>
              </w:rPr>
              <w:t>Ρόλος</w:t>
            </w:r>
          </w:p>
        </w:tc>
        <w:tc>
          <w:tcPr>
            <w:tcW w:w="7540" w:type="dxa"/>
            <w:shd w:val="clear" w:color="auto" w:fill="D9E2F3"/>
            <w:tcMar>
              <w:top w:w="70" w:type="dxa"/>
              <w:left w:w="85" w:type="dxa"/>
              <w:bottom w:w="70" w:type="dxa"/>
              <w:right w:w="85" w:type="dxa"/>
            </w:tcMar>
            <w:vAlign w:val="center"/>
          </w:tcPr>
          <w:p w14:paraId="43A6C69A" w14:textId="77777777" w:rsidR="0096746C" w:rsidRDefault="00000000">
            <w:r>
              <w:rPr>
                <w:color w:val="2F5597"/>
                <w:sz w:val="18"/>
              </w:rPr>
              <w:t>Κύρια ευθύνη</w:t>
            </w:r>
          </w:p>
        </w:tc>
      </w:tr>
      <w:tr w:rsidR="0096746C" w:rsidRPr="004A324C" w14:paraId="62000DF9" w14:textId="77777777">
        <w:trPr>
          <w:cantSplit/>
          <w:jc w:val="center"/>
        </w:trPr>
        <w:tc>
          <w:tcPr>
            <w:tcW w:w="2381" w:type="dxa"/>
            <w:tcMar>
              <w:top w:w="65" w:type="dxa"/>
              <w:left w:w="80" w:type="dxa"/>
              <w:bottom w:w="65" w:type="dxa"/>
              <w:right w:w="80" w:type="dxa"/>
            </w:tcMar>
          </w:tcPr>
          <w:p w14:paraId="439CAA2B" w14:textId="77777777" w:rsidR="0096746C" w:rsidRDefault="00000000">
            <w:r>
              <w:rPr>
                <w:sz w:val="18"/>
              </w:rPr>
              <w:t>Υπεύθυνος/η συνεδρίας</w:t>
            </w:r>
          </w:p>
        </w:tc>
        <w:tc>
          <w:tcPr>
            <w:tcW w:w="7540" w:type="dxa"/>
            <w:tcMar>
              <w:top w:w="65" w:type="dxa"/>
              <w:left w:w="80" w:type="dxa"/>
              <w:bottom w:w="65" w:type="dxa"/>
              <w:right w:w="80" w:type="dxa"/>
            </w:tcMar>
          </w:tcPr>
          <w:p w14:paraId="6C39019E" w14:textId="77777777" w:rsidR="0096746C" w:rsidRPr="004A324C" w:rsidRDefault="00000000">
            <w:pPr>
              <w:rPr>
                <w:lang w:val="el-GR"/>
              </w:rPr>
            </w:pPr>
            <w:r w:rsidRPr="004A324C">
              <w:rPr>
                <w:sz w:val="18"/>
                <w:lang w:val="el-GR"/>
              </w:rPr>
              <w:t>Συνολικός συντονισμός, λήψη αποφάσεων, αλλαγές στη στελέχωση, κλιμάκωση θεμάτων γονέων και ηγεσία σε επείγοντα περιστατικά.</w:t>
            </w:r>
          </w:p>
        </w:tc>
      </w:tr>
      <w:tr w:rsidR="0096746C" w:rsidRPr="004A324C" w14:paraId="51CDD9BB" w14:textId="77777777">
        <w:trPr>
          <w:cantSplit/>
          <w:jc w:val="center"/>
        </w:trPr>
        <w:tc>
          <w:tcPr>
            <w:tcW w:w="2381" w:type="dxa"/>
            <w:tcMar>
              <w:top w:w="65" w:type="dxa"/>
              <w:left w:w="80" w:type="dxa"/>
              <w:bottom w:w="65" w:type="dxa"/>
              <w:right w:w="80" w:type="dxa"/>
            </w:tcMar>
          </w:tcPr>
          <w:p w14:paraId="3724E1CC" w14:textId="77777777" w:rsidR="0096746C" w:rsidRDefault="00000000">
            <w:r>
              <w:rPr>
                <w:sz w:val="18"/>
              </w:rPr>
              <w:t>Υπ</w:t>
            </w:r>
            <w:proofErr w:type="spellStart"/>
            <w:r>
              <w:rPr>
                <w:sz w:val="18"/>
              </w:rPr>
              <w:t>εύθυνος</w:t>
            </w:r>
            <w:proofErr w:type="spellEnd"/>
            <w:r>
              <w:rPr>
                <w:sz w:val="18"/>
              </w:rPr>
              <w:t xml:space="preserve">/η </w:t>
            </w:r>
            <w:proofErr w:type="spellStart"/>
            <w:r>
              <w:rPr>
                <w:sz w:val="18"/>
              </w:rPr>
              <w:t>άφιξης</w:t>
            </w:r>
            <w:proofErr w:type="spellEnd"/>
            <w:r>
              <w:rPr>
                <w:sz w:val="18"/>
              </w:rPr>
              <w:t xml:space="preserve"> / παραλαβ</w:t>
            </w:r>
            <w:proofErr w:type="spellStart"/>
            <w:r>
              <w:rPr>
                <w:sz w:val="18"/>
              </w:rPr>
              <w:t>ής</w:t>
            </w:r>
            <w:proofErr w:type="spellEnd"/>
          </w:p>
        </w:tc>
        <w:tc>
          <w:tcPr>
            <w:tcW w:w="7540" w:type="dxa"/>
            <w:tcMar>
              <w:top w:w="65" w:type="dxa"/>
              <w:left w:w="80" w:type="dxa"/>
              <w:bottom w:w="65" w:type="dxa"/>
              <w:right w:w="80" w:type="dxa"/>
            </w:tcMar>
          </w:tcPr>
          <w:p w14:paraId="1CF72EDF" w14:textId="77777777" w:rsidR="0096746C" w:rsidRPr="004A324C" w:rsidRDefault="00000000">
            <w:pPr>
              <w:rPr>
                <w:lang w:val="el-GR"/>
              </w:rPr>
            </w:pPr>
            <w:r w:rsidRPr="004A324C">
              <w:rPr>
                <w:sz w:val="18"/>
                <w:lang w:val="el-GR"/>
              </w:rPr>
              <w:t>Παρουσία, εξουσιοδοτημένη παραλαβή, καθυστερημένη παραλαβή και ελεγχόμενη παράδοση.</w:t>
            </w:r>
          </w:p>
        </w:tc>
      </w:tr>
      <w:tr w:rsidR="0096746C" w:rsidRPr="004A324C" w14:paraId="2318F83D" w14:textId="77777777">
        <w:trPr>
          <w:cantSplit/>
          <w:jc w:val="center"/>
        </w:trPr>
        <w:tc>
          <w:tcPr>
            <w:tcW w:w="2381" w:type="dxa"/>
            <w:tcMar>
              <w:top w:w="65" w:type="dxa"/>
              <w:left w:w="80" w:type="dxa"/>
              <w:bottom w:w="65" w:type="dxa"/>
              <w:right w:w="80" w:type="dxa"/>
            </w:tcMar>
          </w:tcPr>
          <w:p w14:paraId="6126C807" w14:textId="77777777" w:rsidR="0096746C" w:rsidRPr="004A324C" w:rsidRDefault="00000000">
            <w:pPr>
              <w:rPr>
                <w:lang w:val="el-GR"/>
              </w:rPr>
            </w:pPr>
            <w:r w:rsidRPr="004A324C">
              <w:rPr>
                <w:sz w:val="18"/>
                <w:lang w:val="el-GR"/>
              </w:rPr>
              <w:t xml:space="preserve">Υπεύθυνος/η κατ’ </w:t>
            </w:r>
            <w:proofErr w:type="spellStart"/>
            <w:r w:rsidRPr="004A324C">
              <w:rPr>
                <w:sz w:val="18"/>
                <w:lang w:val="el-GR"/>
              </w:rPr>
              <w:t>οίκον</w:t>
            </w:r>
            <w:proofErr w:type="spellEnd"/>
            <w:r w:rsidRPr="004A324C">
              <w:rPr>
                <w:sz w:val="18"/>
                <w:lang w:val="el-GR"/>
              </w:rPr>
              <w:t xml:space="preserve"> εργασίας / μάθησης</w:t>
            </w:r>
          </w:p>
        </w:tc>
        <w:tc>
          <w:tcPr>
            <w:tcW w:w="7540" w:type="dxa"/>
            <w:tcMar>
              <w:top w:w="65" w:type="dxa"/>
              <w:left w:w="80" w:type="dxa"/>
              <w:bottom w:w="65" w:type="dxa"/>
              <w:right w:w="80" w:type="dxa"/>
            </w:tcMar>
          </w:tcPr>
          <w:p w14:paraId="27D4A05E" w14:textId="77777777" w:rsidR="0096746C" w:rsidRPr="004A324C" w:rsidRDefault="00000000">
            <w:pPr>
              <w:rPr>
                <w:lang w:val="el-GR"/>
              </w:rPr>
            </w:pPr>
            <w:r w:rsidRPr="004A324C">
              <w:rPr>
                <w:sz w:val="18"/>
                <w:lang w:val="el-GR"/>
              </w:rPr>
              <w:t>Οργανώνει τον χώρο μάθησης και συντονίζει την υποστήριξη των εργασιών.</w:t>
            </w:r>
          </w:p>
        </w:tc>
      </w:tr>
      <w:tr w:rsidR="0096746C" w:rsidRPr="004A324C" w14:paraId="0E2FE345" w14:textId="77777777">
        <w:trPr>
          <w:cantSplit/>
          <w:jc w:val="center"/>
        </w:trPr>
        <w:tc>
          <w:tcPr>
            <w:tcW w:w="2381" w:type="dxa"/>
            <w:tcMar>
              <w:top w:w="65" w:type="dxa"/>
              <w:left w:w="80" w:type="dxa"/>
              <w:bottom w:w="65" w:type="dxa"/>
              <w:right w:w="80" w:type="dxa"/>
            </w:tcMar>
          </w:tcPr>
          <w:p w14:paraId="0FF7F795" w14:textId="77777777" w:rsidR="0096746C" w:rsidRDefault="00000000">
            <w:r>
              <w:rPr>
                <w:sz w:val="18"/>
              </w:rPr>
              <w:t>Υπ</w:t>
            </w:r>
            <w:proofErr w:type="spellStart"/>
            <w:r>
              <w:rPr>
                <w:sz w:val="18"/>
              </w:rPr>
              <w:t>εύθυνος</w:t>
            </w:r>
            <w:proofErr w:type="spellEnd"/>
            <w:r>
              <w:rPr>
                <w:sz w:val="18"/>
              </w:rPr>
              <w:t xml:space="preserve">/η </w:t>
            </w:r>
            <w:proofErr w:type="spellStart"/>
            <w:r>
              <w:rPr>
                <w:sz w:val="18"/>
              </w:rPr>
              <w:t>δρ</w:t>
            </w:r>
            <w:proofErr w:type="spellEnd"/>
            <w:r>
              <w:rPr>
                <w:sz w:val="18"/>
              </w:rPr>
              <w:t>αστηριότητας</w:t>
            </w:r>
          </w:p>
        </w:tc>
        <w:tc>
          <w:tcPr>
            <w:tcW w:w="7540" w:type="dxa"/>
            <w:tcMar>
              <w:top w:w="65" w:type="dxa"/>
              <w:left w:w="80" w:type="dxa"/>
              <w:bottom w:w="65" w:type="dxa"/>
              <w:right w:w="80" w:type="dxa"/>
            </w:tcMar>
          </w:tcPr>
          <w:p w14:paraId="36E1C42E" w14:textId="77777777" w:rsidR="0096746C" w:rsidRPr="004A324C" w:rsidRDefault="00000000">
            <w:pPr>
              <w:rPr>
                <w:lang w:val="el-GR"/>
              </w:rPr>
            </w:pPr>
            <w:r w:rsidRPr="004A324C">
              <w:rPr>
                <w:sz w:val="18"/>
                <w:lang w:val="el-GR"/>
              </w:rPr>
              <w:t>Προετοιμάζει και υλοποιεί δομημένη αναπτυξιακή δραστηριότητα.</w:t>
            </w:r>
          </w:p>
        </w:tc>
      </w:tr>
      <w:tr w:rsidR="0096746C" w:rsidRPr="004A324C" w14:paraId="780236FD" w14:textId="77777777">
        <w:trPr>
          <w:cantSplit/>
          <w:jc w:val="center"/>
        </w:trPr>
        <w:tc>
          <w:tcPr>
            <w:tcW w:w="2381" w:type="dxa"/>
            <w:tcMar>
              <w:top w:w="65" w:type="dxa"/>
              <w:left w:w="80" w:type="dxa"/>
              <w:bottom w:w="65" w:type="dxa"/>
              <w:right w:w="80" w:type="dxa"/>
            </w:tcMar>
          </w:tcPr>
          <w:p w14:paraId="5E2E7747" w14:textId="77777777" w:rsidR="0096746C" w:rsidRDefault="00000000">
            <w:r>
              <w:rPr>
                <w:sz w:val="18"/>
              </w:rPr>
              <w:t>Υπ</w:t>
            </w:r>
            <w:proofErr w:type="spellStart"/>
            <w:r>
              <w:rPr>
                <w:sz w:val="18"/>
              </w:rPr>
              <w:t>εύθυνος</w:t>
            </w:r>
            <w:proofErr w:type="spellEnd"/>
            <w:r>
              <w:rPr>
                <w:sz w:val="18"/>
              </w:rPr>
              <w:t xml:space="preserve">/η </w:t>
            </w:r>
            <w:proofErr w:type="spellStart"/>
            <w:r>
              <w:rPr>
                <w:sz w:val="18"/>
              </w:rPr>
              <w:t>ψυχ</w:t>
            </w:r>
            <w:proofErr w:type="spellEnd"/>
            <w:r>
              <w:rPr>
                <w:sz w:val="18"/>
              </w:rPr>
              <w:t xml:space="preserve">αγωγίας / </w:t>
            </w:r>
            <w:proofErr w:type="spellStart"/>
            <w:r>
              <w:rPr>
                <w:sz w:val="18"/>
              </w:rPr>
              <w:t>ρύθμισης</w:t>
            </w:r>
            <w:proofErr w:type="spellEnd"/>
          </w:p>
        </w:tc>
        <w:tc>
          <w:tcPr>
            <w:tcW w:w="7540" w:type="dxa"/>
            <w:tcMar>
              <w:top w:w="65" w:type="dxa"/>
              <w:left w:w="80" w:type="dxa"/>
              <w:bottom w:w="65" w:type="dxa"/>
              <w:right w:w="80" w:type="dxa"/>
            </w:tcMar>
          </w:tcPr>
          <w:p w14:paraId="37A2B4E3" w14:textId="77777777" w:rsidR="0096746C" w:rsidRPr="004A324C" w:rsidRDefault="00000000">
            <w:pPr>
              <w:rPr>
                <w:lang w:val="el-GR"/>
              </w:rPr>
            </w:pPr>
            <w:r w:rsidRPr="004A324C">
              <w:rPr>
                <w:sz w:val="18"/>
                <w:lang w:val="el-GR"/>
              </w:rPr>
              <w:t>Υποστηρίζει την κίνηση, τις εξωτερικές δραστηριότητες, την αισθητηριακή ρύθμιση και τις περιόδους ελεύθερης επιλογής.</w:t>
            </w:r>
          </w:p>
        </w:tc>
      </w:tr>
      <w:tr w:rsidR="0096746C" w:rsidRPr="004A324C" w14:paraId="4E4F0860" w14:textId="77777777">
        <w:trPr>
          <w:cantSplit/>
          <w:jc w:val="center"/>
        </w:trPr>
        <w:tc>
          <w:tcPr>
            <w:tcW w:w="2381" w:type="dxa"/>
            <w:tcMar>
              <w:top w:w="65" w:type="dxa"/>
              <w:left w:w="80" w:type="dxa"/>
              <w:bottom w:w="65" w:type="dxa"/>
              <w:right w:w="80" w:type="dxa"/>
            </w:tcMar>
          </w:tcPr>
          <w:p w14:paraId="08046F8A" w14:textId="77777777" w:rsidR="0096746C" w:rsidRDefault="00000000">
            <w:proofErr w:type="spellStart"/>
            <w:r>
              <w:rPr>
                <w:sz w:val="18"/>
              </w:rPr>
              <w:t>Κινητή</w:t>
            </w:r>
            <w:proofErr w:type="spellEnd"/>
            <w:r>
              <w:rPr>
                <w:sz w:val="18"/>
              </w:rPr>
              <w:t xml:space="preserve"> υπ</w:t>
            </w:r>
            <w:proofErr w:type="spellStart"/>
            <w:r>
              <w:rPr>
                <w:sz w:val="18"/>
              </w:rPr>
              <w:t>οστήριξη</w:t>
            </w:r>
            <w:proofErr w:type="spellEnd"/>
          </w:p>
        </w:tc>
        <w:tc>
          <w:tcPr>
            <w:tcW w:w="7540" w:type="dxa"/>
            <w:tcMar>
              <w:top w:w="65" w:type="dxa"/>
              <w:left w:w="80" w:type="dxa"/>
              <w:bottom w:w="65" w:type="dxa"/>
              <w:right w:w="80" w:type="dxa"/>
            </w:tcMar>
          </w:tcPr>
          <w:p w14:paraId="2D37BCB4" w14:textId="77777777" w:rsidR="0096746C" w:rsidRPr="004A324C" w:rsidRDefault="00000000">
            <w:pPr>
              <w:rPr>
                <w:lang w:val="el-GR"/>
              </w:rPr>
            </w:pPr>
            <w:r w:rsidRPr="004A324C">
              <w:rPr>
                <w:sz w:val="18"/>
                <w:lang w:val="el-GR"/>
              </w:rPr>
              <w:t>Ανταποκρίνεται σε ατομικές ανάγκες, διαλείμματα, τουαλέτα, μεταβάσεις και απρόβλεπτα σημεία πίεσης.</w:t>
            </w:r>
          </w:p>
        </w:tc>
      </w:tr>
    </w:tbl>
    <w:p w14:paraId="4901338D" w14:textId="77777777" w:rsidR="0096746C" w:rsidRPr="004A324C" w:rsidRDefault="0096746C">
      <w:pPr>
        <w:spacing w:after="20"/>
        <w:rPr>
          <w:lang w:val="el-GR"/>
        </w:rPr>
      </w:pPr>
    </w:p>
    <w:p w14:paraId="4E23788C" w14:textId="77777777" w:rsidR="0096746C" w:rsidRPr="004A324C" w:rsidRDefault="00000000">
      <w:pPr>
        <w:rPr>
          <w:lang w:val="el-GR"/>
        </w:rPr>
      </w:pPr>
      <w:r w:rsidRPr="004A324C">
        <w:rPr>
          <w:lang w:val="el-GR"/>
        </w:rPr>
        <w:t>Οι ρόλοι μπορούν να συνδυάζονται όπου το επιτρέπουν η στελέχωση και ο κίνδυνος, αλλά η ευθύνη πρέπει να παραμένει σαφής. Το προσωπικό δεν πρέπει να περιγράφεται απλώς ως «με τα παιδιά» χωρίς σαφώς καθορισμένο ρόλο επίβλεψης.</w:t>
      </w:r>
    </w:p>
    <w:p w14:paraId="41D461E9" w14:textId="77777777" w:rsidR="0096746C" w:rsidRPr="004A324C" w:rsidRDefault="00000000">
      <w:pPr>
        <w:pStyle w:val="Heading2"/>
        <w:rPr>
          <w:lang w:val="el-GR"/>
        </w:rPr>
      </w:pPr>
      <w:r w:rsidRPr="004A324C">
        <w:rPr>
          <w:lang w:val="el-GR"/>
        </w:rPr>
        <w:t>Καθημερινή ενημέρωση</w:t>
      </w:r>
    </w:p>
    <w:p w14:paraId="0BBCF353" w14:textId="77777777" w:rsidR="0096746C" w:rsidRPr="004A324C" w:rsidRDefault="00000000">
      <w:pPr>
        <w:spacing w:after="40"/>
        <w:ind w:left="255" w:hanging="159"/>
        <w:rPr>
          <w:lang w:val="el-GR"/>
        </w:rPr>
      </w:pPr>
      <w:r w:rsidRPr="004A324C">
        <w:rPr>
          <w:color w:val="2F5597"/>
          <w:lang w:val="el-GR"/>
        </w:rPr>
        <w:t>• Αναμενόμενα παιδιά και απουσίες.</w:t>
      </w:r>
    </w:p>
    <w:p w14:paraId="6ACF7C29" w14:textId="77777777" w:rsidR="0096746C" w:rsidRPr="004A324C" w:rsidRDefault="00000000">
      <w:pPr>
        <w:spacing w:after="40"/>
        <w:ind w:left="255" w:hanging="159"/>
        <w:rPr>
          <w:lang w:val="el-GR"/>
        </w:rPr>
      </w:pPr>
      <w:r w:rsidRPr="004A324C">
        <w:rPr>
          <w:color w:val="2F5597"/>
          <w:lang w:val="el-GR"/>
        </w:rPr>
        <w:t>• Νέα παιδιά ή παιδιά που επιστρέφουν.</w:t>
      </w:r>
    </w:p>
    <w:p w14:paraId="34DB15E6" w14:textId="77777777" w:rsidR="0096746C" w:rsidRPr="004A324C" w:rsidRDefault="00000000">
      <w:pPr>
        <w:spacing w:after="40"/>
        <w:ind w:left="255" w:hanging="159"/>
        <w:rPr>
          <w:lang w:val="el-GR"/>
        </w:rPr>
      </w:pPr>
      <w:r w:rsidRPr="004A324C">
        <w:rPr>
          <w:color w:val="2F5597"/>
          <w:lang w:val="el-GR"/>
        </w:rPr>
        <w:t>• Ιατρικά θέματα, φαρμακευτική αγωγή ή αλλεργίες.</w:t>
      </w:r>
    </w:p>
    <w:p w14:paraId="53E3ECB3" w14:textId="77777777" w:rsidR="0096746C" w:rsidRPr="004A324C" w:rsidRDefault="00000000">
      <w:pPr>
        <w:spacing w:after="40"/>
        <w:ind w:left="255" w:hanging="159"/>
        <w:rPr>
          <w:lang w:val="el-GR"/>
        </w:rPr>
      </w:pPr>
      <w:r w:rsidRPr="004A324C">
        <w:rPr>
          <w:color w:val="2F5597"/>
          <w:lang w:val="el-GR"/>
        </w:rPr>
        <w:t>• Πληροφορίες προστασίας που χρειάζεται να γνωρίζει το προσωπικό.</w:t>
      </w:r>
    </w:p>
    <w:p w14:paraId="69FC6831" w14:textId="77777777" w:rsidR="0096746C" w:rsidRPr="004A324C" w:rsidRDefault="00000000">
      <w:pPr>
        <w:spacing w:after="40"/>
        <w:ind w:left="255" w:hanging="159"/>
        <w:rPr>
          <w:lang w:val="el-GR"/>
        </w:rPr>
      </w:pPr>
      <w:r w:rsidRPr="004A324C">
        <w:rPr>
          <w:color w:val="2F5597"/>
          <w:lang w:val="el-GR"/>
        </w:rPr>
        <w:t>• Παιδιά που χρειάζονται πρόσθετη επίβλεψη ή εξατομικευμένη υποστήριξη.</w:t>
      </w:r>
    </w:p>
    <w:p w14:paraId="1335FF7D" w14:textId="77777777" w:rsidR="0096746C" w:rsidRPr="004A324C" w:rsidRDefault="00000000">
      <w:pPr>
        <w:spacing w:after="40"/>
        <w:ind w:left="255" w:hanging="159"/>
        <w:rPr>
          <w:lang w:val="el-GR"/>
        </w:rPr>
      </w:pPr>
      <w:r w:rsidRPr="004A324C">
        <w:rPr>
          <w:color w:val="2F5597"/>
          <w:lang w:val="el-GR"/>
        </w:rPr>
        <w:t>• Κατανομή δραστηριοτήτων και αιθουσών.</w:t>
      </w:r>
    </w:p>
    <w:p w14:paraId="1997102A" w14:textId="77777777" w:rsidR="0096746C" w:rsidRPr="004A324C" w:rsidRDefault="00000000">
      <w:pPr>
        <w:spacing w:after="40"/>
        <w:ind w:left="255" w:hanging="159"/>
        <w:rPr>
          <w:lang w:val="el-GR"/>
        </w:rPr>
      </w:pPr>
      <w:r w:rsidRPr="004A324C">
        <w:rPr>
          <w:color w:val="2F5597"/>
          <w:lang w:val="el-GR"/>
        </w:rPr>
        <w:t>• Αλλαγές στην παραλαβή ή τη μεταφορά.</w:t>
      </w:r>
    </w:p>
    <w:p w14:paraId="5353E61C" w14:textId="77777777" w:rsidR="0096746C" w:rsidRPr="004A324C" w:rsidRDefault="00000000">
      <w:pPr>
        <w:spacing w:after="40"/>
        <w:ind w:left="255" w:hanging="159"/>
        <w:rPr>
          <w:lang w:val="el-GR"/>
        </w:rPr>
      </w:pPr>
      <w:r w:rsidRPr="004A324C">
        <w:rPr>
          <w:color w:val="2F5597"/>
          <w:lang w:val="el-GR"/>
        </w:rPr>
        <w:t>• Διαλείμματα προσωπικού και κάλυψη.</w:t>
      </w:r>
    </w:p>
    <w:p w14:paraId="54AFAB9E" w14:textId="77777777" w:rsidR="0096746C" w:rsidRPr="004A324C" w:rsidRDefault="00000000">
      <w:pPr>
        <w:spacing w:after="40"/>
        <w:ind w:left="255" w:hanging="159"/>
        <w:rPr>
          <w:lang w:val="el-GR"/>
        </w:rPr>
      </w:pPr>
      <w:r w:rsidRPr="004A324C">
        <w:rPr>
          <w:color w:val="2F5597"/>
          <w:lang w:val="el-GR"/>
        </w:rPr>
        <w:t>• Οποιοδήποτε γνωστό ζήτημα από την προηγούμενη συνεδρία.</w:t>
      </w:r>
    </w:p>
    <w:p w14:paraId="7257B85E" w14:textId="77777777" w:rsidR="0096746C" w:rsidRPr="004A324C" w:rsidRDefault="00000000">
      <w:pPr>
        <w:pStyle w:val="Heading1"/>
        <w:rPr>
          <w:lang w:val="el-GR"/>
        </w:rPr>
      </w:pPr>
      <w:r w:rsidRPr="004A324C">
        <w:rPr>
          <w:lang w:val="el-GR"/>
        </w:rPr>
        <w:t>16. Προστασία και ασφάλεια των παιδιών</w:t>
      </w:r>
    </w:p>
    <w:p w14:paraId="2A48E489" w14:textId="77777777" w:rsidR="0096746C" w:rsidRPr="004A324C" w:rsidRDefault="00000000">
      <w:pPr>
        <w:rPr>
          <w:lang w:val="el-GR"/>
        </w:rPr>
      </w:pPr>
      <w:r w:rsidRPr="004A324C">
        <w:rPr>
          <w:lang w:val="el-GR"/>
        </w:rPr>
        <w:t>Η ασφάλεια των παιδιών αποτελεί την πρώτη επιχειρησιακή προτεραιότητα. Κάθε εργαζόμενος πρέπει να κατανοεί τη διαδικασία αναφοράς ανησυχιών προστασίας, τα επαγγελματικά όρια, τον Κώδικα Δεοντολογίας και την υποχρέωση να ενεργεί όταν ανησυχεί για ένα παιδί ή για τη συμπεριφορά ενός ενήλικα.</w:t>
      </w:r>
    </w:p>
    <w:p w14:paraId="4974354F" w14:textId="77777777" w:rsidR="0096746C" w:rsidRPr="004A324C" w:rsidRDefault="00000000">
      <w:pPr>
        <w:spacing w:after="40"/>
        <w:ind w:left="255" w:hanging="159"/>
        <w:rPr>
          <w:lang w:val="el-GR"/>
        </w:rPr>
      </w:pPr>
      <w:r w:rsidRPr="004A324C">
        <w:rPr>
          <w:color w:val="2F5597"/>
          <w:lang w:val="el-GR"/>
        </w:rPr>
        <w:t>• Ο άμεσος κίνδυνος αντιμετωπίζεται πρώτα.</w:t>
      </w:r>
    </w:p>
    <w:p w14:paraId="0A2DF3DD" w14:textId="77777777" w:rsidR="0096746C" w:rsidRPr="004A324C" w:rsidRDefault="00000000">
      <w:pPr>
        <w:spacing w:after="40"/>
        <w:ind w:left="255" w:hanging="159"/>
        <w:rPr>
          <w:lang w:val="el-GR"/>
        </w:rPr>
      </w:pPr>
      <w:r w:rsidRPr="004A324C">
        <w:rPr>
          <w:color w:val="2F5597"/>
          <w:lang w:val="el-GR"/>
        </w:rPr>
        <w:t>• Το προσωπικό ακούει και καταγράφει, δεν διερευνά.</w:t>
      </w:r>
    </w:p>
    <w:p w14:paraId="1FF128CC" w14:textId="77777777" w:rsidR="0096746C" w:rsidRPr="004A324C" w:rsidRDefault="00000000">
      <w:pPr>
        <w:spacing w:after="40"/>
        <w:ind w:left="255" w:hanging="159"/>
        <w:rPr>
          <w:lang w:val="el-GR"/>
        </w:rPr>
      </w:pPr>
      <w:r w:rsidRPr="004A324C">
        <w:rPr>
          <w:color w:val="2F5597"/>
          <w:lang w:val="el-GR"/>
        </w:rPr>
        <w:lastRenderedPageBreak/>
        <w:t>• Ο Υπεύθυνος Προστασίας Παιδιών ή ο αναπληρωτής του ενημερώνεται χωρίς αδικαιολόγητη καθυστέρηση.</w:t>
      </w:r>
    </w:p>
    <w:p w14:paraId="01B6E6D7" w14:textId="77777777" w:rsidR="0096746C" w:rsidRPr="004A324C" w:rsidRDefault="00000000">
      <w:pPr>
        <w:spacing w:after="40"/>
        <w:ind w:left="255" w:hanging="159"/>
        <w:rPr>
          <w:lang w:val="el-GR"/>
        </w:rPr>
      </w:pPr>
      <w:r w:rsidRPr="004A324C">
        <w:rPr>
          <w:color w:val="2F5597"/>
          <w:lang w:val="el-GR"/>
        </w:rPr>
        <w:t>• Κάθε απαιτούμενη εξωτερική αναφορά δεν καθυστερεί λόγω εσωτερικής συζήτησης.</w:t>
      </w:r>
    </w:p>
    <w:p w14:paraId="60C27994" w14:textId="77777777" w:rsidR="0096746C" w:rsidRPr="004A324C" w:rsidRDefault="00000000">
      <w:pPr>
        <w:spacing w:after="40"/>
        <w:ind w:left="255" w:hanging="159"/>
        <w:rPr>
          <w:lang w:val="el-GR"/>
        </w:rPr>
      </w:pPr>
      <w:r w:rsidRPr="004A324C">
        <w:rPr>
          <w:color w:val="2F5597"/>
          <w:lang w:val="el-GR"/>
        </w:rPr>
        <w:t>• Οι πληροφορίες προστασίας κοινοποιούνται μόνο βάσει της αρχής «ανάγκη γνώσης».</w:t>
      </w:r>
    </w:p>
    <w:p w14:paraId="1FBF1ACE" w14:textId="77777777" w:rsidR="0096746C" w:rsidRPr="004A324C" w:rsidRDefault="00000000">
      <w:pPr>
        <w:spacing w:after="40"/>
        <w:ind w:left="255" w:hanging="159"/>
        <w:rPr>
          <w:lang w:val="el-GR"/>
        </w:rPr>
      </w:pPr>
      <w:r w:rsidRPr="004A324C">
        <w:rPr>
          <w:color w:val="2F5597"/>
          <w:lang w:val="el-GR"/>
        </w:rPr>
        <w:t>• Η ατομική εργασία ένας προς έναν πραγματοποιείται σύμφωνα με συμφωνημένες ρυθμίσεις ορατότητας και καταγραφής.</w:t>
      </w:r>
    </w:p>
    <w:p w14:paraId="01741ADF" w14:textId="77777777" w:rsidR="0096746C" w:rsidRPr="004A324C" w:rsidRDefault="00000000">
      <w:pPr>
        <w:spacing w:after="40"/>
        <w:ind w:left="255" w:hanging="159"/>
        <w:rPr>
          <w:lang w:val="el-GR"/>
        </w:rPr>
      </w:pPr>
      <w:r w:rsidRPr="004A324C">
        <w:rPr>
          <w:color w:val="2F5597"/>
          <w:lang w:val="el-GR"/>
        </w:rPr>
        <w:t>• Δεν χρησιμοποιούνται προσωπικές συσκευές ή προσωπικοί λογαριασμοί κοινωνικών δικτύων για επικοινωνία με παιδιά.</w:t>
      </w:r>
    </w:p>
    <w:p w14:paraId="5E377BCE" w14:textId="77777777" w:rsidR="0096746C" w:rsidRPr="004A324C" w:rsidRDefault="00000000">
      <w:pPr>
        <w:spacing w:after="40"/>
        <w:ind w:left="255" w:hanging="159"/>
        <w:rPr>
          <w:lang w:val="el-GR"/>
        </w:rPr>
      </w:pPr>
      <w:r w:rsidRPr="004A324C">
        <w:rPr>
          <w:color w:val="2F5597"/>
          <w:lang w:val="el-GR"/>
        </w:rPr>
        <w:t>• Ανησυχίες σχετικά με προσωπικό, εθελοντές, διευθυντές ή μέλη του Διοικητικού Συμβουλίου αναφέρονται μέσω της διαδικασίας καταγγελιών ή της εναλλακτικής οδού αναφοράς.</w:t>
      </w:r>
    </w:p>
    <w:p w14:paraId="119580C8" w14:textId="77777777" w:rsidR="0096746C" w:rsidRPr="004A324C" w:rsidRDefault="00000000">
      <w:pPr>
        <w:spacing w:after="40"/>
        <w:ind w:left="255" w:hanging="159"/>
        <w:rPr>
          <w:lang w:val="el-GR"/>
        </w:rPr>
      </w:pPr>
      <w:r w:rsidRPr="004A324C">
        <w:rPr>
          <w:color w:val="2F5597"/>
          <w:lang w:val="el-GR"/>
        </w:rPr>
        <w:t>• Τα παιδιά γνωρίζουν σε ποιους ενήλικες μπορούν να μιλήσουν και πώς μπορούν να εκφράσουν μια ανησυχία.</w:t>
      </w:r>
    </w:p>
    <w:p w14:paraId="2F7A29A9" w14:textId="77777777" w:rsidR="0096746C" w:rsidRPr="004A324C" w:rsidRDefault="00000000">
      <w:pPr>
        <w:spacing w:after="40"/>
        <w:ind w:left="255" w:hanging="159"/>
        <w:rPr>
          <w:lang w:val="el-GR"/>
        </w:rPr>
      </w:pPr>
      <w:r w:rsidRPr="004A324C">
        <w:rPr>
          <w:color w:val="2F5597"/>
          <w:lang w:val="el-GR"/>
        </w:rPr>
        <w:t>• Επαναλαμβανόμενα περιστατικά, αλλαγές στην παρουσία ή αλλαγές στη συμπεριφορά εξετάζονται ως πιθανές ενδείξεις ζητήματος προστασίας.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413A5193" w14:textId="77777777">
        <w:trPr>
          <w:jc w:val="center"/>
        </w:trPr>
        <w:tc>
          <w:tcPr>
            <w:tcW w:w="10092" w:type="dxa"/>
            <w:shd w:val="clear" w:color="auto" w:fill="EEF3F8"/>
            <w:tcMar>
              <w:top w:w="120" w:type="dxa"/>
              <w:left w:w="150" w:type="dxa"/>
              <w:bottom w:w="120" w:type="dxa"/>
              <w:right w:w="150" w:type="dxa"/>
            </w:tcMar>
          </w:tcPr>
          <w:p w14:paraId="7C9D0A4A" w14:textId="77777777" w:rsidR="0096746C" w:rsidRPr="004A324C" w:rsidRDefault="00000000">
            <w:pPr>
              <w:rPr>
                <w:lang w:val="el-GR"/>
              </w:rPr>
            </w:pPr>
            <w:r w:rsidRPr="004A324C">
              <w:rPr>
                <w:color w:val="2F5597"/>
                <w:lang w:val="el-GR"/>
              </w:rPr>
              <w:t>Κουλτούρα προστασίας</w:t>
            </w:r>
            <w:r w:rsidRPr="004A324C">
              <w:rPr>
                <w:color w:val="2F5597"/>
                <w:lang w:val="el-GR"/>
              </w:rPr>
              <w:br/>
              <w:t>Ένα ασφαλές Κέντρο δεν είναι εκείνο στο οποίο δεν αναφέρεται ποτέ καμία ανησυχία. Είναι εκείνο όπου οι ανησυχίες εντοπίζονται, λαμβάνονται σοβαρά υπόψη, αναφέρονται έγκαιρα και αξιοποιούνται για τη βελτίωση της πρακτικής.</w:t>
            </w:r>
          </w:p>
          <w:p w14:paraId="2FA0A72E" w14:textId="77777777" w:rsidR="0096746C" w:rsidRPr="004A324C" w:rsidRDefault="0096746C">
            <w:pPr>
              <w:spacing w:after="0"/>
              <w:rPr>
                <w:lang w:val="el-GR"/>
              </w:rPr>
            </w:pPr>
          </w:p>
        </w:tc>
      </w:tr>
    </w:tbl>
    <w:p w14:paraId="75584147" w14:textId="77777777" w:rsidR="0096746C" w:rsidRPr="004A324C" w:rsidRDefault="0096746C">
      <w:pPr>
        <w:spacing w:after="20"/>
        <w:rPr>
          <w:lang w:val="el-GR"/>
        </w:rPr>
      </w:pPr>
    </w:p>
    <w:p w14:paraId="55CD2891" w14:textId="77777777" w:rsidR="0096746C" w:rsidRPr="004A324C" w:rsidRDefault="00000000">
      <w:pPr>
        <w:pStyle w:val="Heading1"/>
        <w:rPr>
          <w:lang w:val="el-GR"/>
        </w:rPr>
      </w:pPr>
      <w:r w:rsidRPr="004A324C">
        <w:rPr>
          <w:lang w:val="el-GR"/>
        </w:rPr>
        <w:t>17. Υγεία, φαρμακευτική αγωγή, πρώτες βοήθειες και επείγοντα περιστατικά</w:t>
      </w:r>
    </w:p>
    <w:p w14:paraId="3A9A328B" w14:textId="77777777" w:rsidR="0096746C" w:rsidRPr="004A324C" w:rsidRDefault="00000000">
      <w:pPr>
        <w:spacing w:after="40"/>
        <w:ind w:left="255" w:hanging="159"/>
        <w:rPr>
          <w:lang w:val="el-GR"/>
        </w:rPr>
      </w:pPr>
      <w:r w:rsidRPr="004A324C">
        <w:rPr>
          <w:color w:val="2F5597"/>
          <w:lang w:val="el-GR"/>
        </w:rPr>
        <w:t xml:space="preserve">• </w:t>
      </w:r>
      <w:proofErr w:type="spellStart"/>
      <w:r w:rsidRPr="004A324C">
        <w:rPr>
          <w:color w:val="2F5597"/>
          <w:lang w:val="el-GR"/>
        </w:rPr>
        <w:t>Επικαιροποιημένες</w:t>
      </w:r>
      <w:proofErr w:type="spellEnd"/>
      <w:r w:rsidRPr="004A324C">
        <w:rPr>
          <w:color w:val="2F5597"/>
          <w:lang w:val="el-GR"/>
        </w:rPr>
        <w:t xml:space="preserve"> ιατρικές πληροφορίες, πληροφορίες αλλεργιών και στοιχεία έκτακτης ανάγκης πρέπει να είναι διαθέσιμα πριν από την πρώτη παρουσία του παιδιού.</w:t>
      </w:r>
    </w:p>
    <w:p w14:paraId="4891DF9A" w14:textId="77777777" w:rsidR="0096746C" w:rsidRPr="004A324C" w:rsidRDefault="00000000">
      <w:pPr>
        <w:spacing w:after="40"/>
        <w:ind w:left="255" w:hanging="159"/>
        <w:rPr>
          <w:lang w:val="el-GR"/>
        </w:rPr>
      </w:pPr>
      <w:r w:rsidRPr="004A324C">
        <w:rPr>
          <w:color w:val="2F5597"/>
          <w:lang w:val="el-GR"/>
        </w:rPr>
        <w:t>• Η φαρμακευτική αγωγή παραλαμβάνεται, αποθηκεύεται, χορηγείται και καταγράφεται μόνο σύμφωνα με την εγκεκριμένη διαδικασία φαρμακευτικής αγωγής.</w:t>
      </w:r>
    </w:p>
    <w:p w14:paraId="1F3C005F" w14:textId="77777777" w:rsidR="0096746C" w:rsidRPr="004A324C" w:rsidRDefault="00000000">
      <w:pPr>
        <w:spacing w:after="40"/>
        <w:ind w:left="255" w:hanging="159"/>
        <w:rPr>
          <w:lang w:val="el-GR"/>
        </w:rPr>
      </w:pPr>
      <w:r w:rsidRPr="004A324C">
        <w:rPr>
          <w:color w:val="2F5597"/>
          <w:lang w:val="el-GR"/>
        </w:rPr>
        <w:t xml:space="preserve">• Η επείγουσα φαρμακευτική αγωγή πρέπει να είναι άμεσα </w:t>
      </w:r>
      <w:proofErr w:type="spellStart"/>
      <w:r w:rsidRPr="004A324C">
        <w:rPr>
          <w:color w:val="2F5597"/>
          <w:lang w:val="el-GR"/>
        </w:rPr>
        <w:t>προσβάσιμη</w:t>
      </w:r>
      <w:proofErr w:type="spellEnd"/>
      <w:r w:rsidRPr="004A324C">
        <w:rPr>
          <w:color w:val="2F5597"/>
          <w:lang w:val="el-GR"/>
        </w:rPr>
        <w:t xml:space="preserve"> σε εξουσιοδοτημένο προσωπικό.</w:t>
      </w:r>
    </w:p>
    <w:p w14:paraId="5BE705CA" w14:textId="77777777" w:rsidR="0096746C" w:rsidRPr="004A324C" w:rsidRDefault="00000000">
      <w:pPr>
        <w:spacing w:after="40"/>
        <w:ind w:left="255" w:hanging="159"/>
        <w:rPr>
          <w:lang w:val="el-GR"/>
        </w:rPr>
      </w:pPr>
      <w:r w:rsidRPr="004A324C">
        <w:rPr>
          <w:color w:val="2F5597"/>
          <w:lang w:val="el-GR"/>
        </w:rPr>
        <w:t>• Πρέπει να υπάρχει διαθέσιμη κατάλληλη κάλυψη πρώτων βοηθειών σύμφωνα με την αξιολόγηση αναγκών του Κέντρου.</w:t>
      </w:r>
    </w:p>
    <w:p w14:paraId="48D608F3" w14:textId="77777777" w:rsidR="0096746C" w:rsidRPr="004A324C" w:rsidRDefault="00000000">
      <w:pPr>
        <w:spacing w:after="40"/>
        <w:ind w:left="255" w:hanging="159"/>
        <w:rPr>
          <w:lang w:val="el-GR"/>
        </w:rPr>
      </w:pPr>
      <w:r w:rsidRPr="004A324C">
        <w:rPr>
          <w:color w:val="2F5597"/>
          <w:lang w:val="el-GR"/>
        </w:rPr>
        <w:t>• Τα ατυχήματα και τα παρ’ ολίγον περιστατικά καταγράφονται και αναθεωρούνται.</w:t>
      </w:r>
    </w:p>
    <w:p w14:paraId="562221B3" w14:textId="77777777" w:rsidR="0096746C" w:rsidRPr="004A324C" w:rsidRDefault="00000000">
      <w:pPr>
        <w:spacing w:after="40"/>
        <w:ind w:left="255" w:hanging="159"/>
        <w:rPr>
          <w:lang w:val="el-GR"/>
        </w:rPr>
      </w:pPr>
      <w:r w:rsidRPr="004A324C">
        <w:rPr>
          <w:color w:val="2F5597"/>
          <w:lang w:val="el-GR"/>
        </w:rPr>
        <w:t xml:space="preserve">• Τα στοιχεία επικοινωνίας έκτακτης ανάγκης επαληθεύονται και είναι </w:t>
      </w:r>
      <w:proofErr w:type="spellStart"/>
      <w:r w:rsidRPr="004A324C">
        <w:rPr>
          <w:color w:val="2F5597"/>
          <w:lang w:val="el-GR"/>
        </w:rPr>
        <w:t>προσβάσιμα</w:t>
      </w:r>
      <w:proofErr w:type="spellEnd"/>
      <w:r w:rsidRPr="004A324C">
        <w:rPr>
          <w:color w:val="2F5597"/>
          <w:lang w:val="el-GR"/>
        </w:rPr>
        <w:t>.</w:t>
      </w:r>
    </w:p>
    <w:p w14:paraId="7673BE8B" w14:textId="77777777" w:rsidR="0096746C" w:rsidRPr="004A324C" w:rsidRDefault="00000000">
      <w:pPr>
        <w:spacing w:after="40"/>
        <w:ind w:left="255" w:hanging="159"/>
        <w:rPr>
          <w:lang w:val="el-GR"/>
        </w:rPr>
      </w:pPr>
      <w:r w:rsidRPr="004A324C">
        <w:rPr>
          <w:color w:val="2F5597"/>
          <w:lang w:val="el-GR"/>
        </w:rPr>
        <w:t>• Οι ρυθμίσεις πυρασφάλειας και εκκένωσης δοκιμάζονται στην πράξη.</w:t>
      </w:r>
    </w:p>
    <w:p w14:paraId="5161D7A0" w14:textId="77777777" w:rsidR="0096746C" w:rsidRPr="004A324C" w:rsidRDefault="00000000">
      <w:pPr>
        <w:spacing w:after="40"/>
        <w:ind w:left="255" w:hanging="159"/>
        <w:rPr>
          <w:lang w:val="el-GR"/>
        </w:rPr>
      </w:pPr>
      <w:r w:rsidRPr="004A324C">
        <w:rPr>
          <w:color w:val="2F5597"/>
          <w:lang w:val="el-GR"/>
        </w:rPr>
        <w:t>• Παιδιά που χρειάζονται βοήθεια κατά την εκκένωση διαθέτουν εξατομικευμένη ρύθμιση.</w:t>
      </w:r>
    </w:p>
    <w:p w14:paraId="3199FC27" w14:textId="77777777" w:rsidR="0096746C" w:rsidRPr="004A324C" w:rsidRDefault="00000000">
      <w:pPr>
        <w:spacing w:after="40"/>
        <w:ind w:left="255" w:hanging="159"/>
        <w:rPr>
          <w:lang w:val="el-GR"/>
        </w:rPr>
      </w:pPr>
      <w:r w:rsidRPr="004A324C">
        <w:rPr>
          <w:color w:val="2F5597"/>
          <w:lang w:val="el-GR"/>
        </w:rPr>
        <w:t>• Οι κίνδυνοι από ζέστη, ήλιο και καιρικές συνθήκες αξιολογούνται για τις εξωτερικές δραστηριότητες.</w:t>
      </w:r>
    </w:p>
    <w:p w14:paraId="7B6B34A3" w14:textId="77777777" w:rsidR="0096746C" w:rsidRPr="004A324C" w:rsidRDefault="00000000">
      <w:pPr>
        <w:spacing w:after="40"/>
        <w:ind w:left="255" w:hanging="159"/>
        <w:rPr>
          <w:lang w:val="el-GR"/>
        </w:rPr>
      </w:pPr>
      <w:r w:rsidRPr="004A324C">
        <w:rPr>
          <w:color w:val="2F5597"/>
          <w:lang w:val="el-GR"/>
        </w:rPr>
        <w:t>• Σε σοβαρά ιατρικά περιστατικά καλούνται πρώτα οι υπηρεσίες έκτακτης ανάγκης και δεν αναμένεται η άφιξη γονέα.</w:t>
      </w:r>
    </w:p>
    <w:p w14:paraId="5ACF5490" w14:textId="77777777" w:rsidR="0096746C" w:rsidRPr="004A324C" w:rsidRDefault="00000000">
      <w:pPr>
        <w:pStyle w:val="Heading1"/>
        <w:rPr>
          <w:lang w:val="el-GR"/>
        </w:rPr>
      </w:pPr>
      <w:r w:rsidRPr="004A324C">
        <w:rPr>
          <w:lang w:val="el-GR"/>
        </w:rPr>
        <w:t>18. Παρουσία, άφιξη, παραλαβή και μεταφορά</w:t>
      </w:r>
    </w:p>
    <w:p w14:paraId="5EEC022F" w14:textId="77777777" w:rsidR="0096746C" w:rsidRPr="004A324C" w:rsidRDefault="00000000">
      <w:pPr>
        <w:pStyle w:val="Heading2"/>
        <w:rPr>
          <w:lang w:val="el-GR"/>
        </w:rPr>
      </w:pPr>
      <w:r w:rsidRPr="004A324C">
        <w:rPr>
          <w:lang w:val="el-GR"/>
        </w:rPr>
        <w:t>Άφιξη</w:t>
      </w:r>
    </w:p>
    <w:p w14:paraId="1F1CB82B" w14:textId="77777777" w:rsidR="0096746C" w:rsidRPr="004A324C" w:rsidRDefault="00000000">
      <w:pPr>
        <w:spacing w:after="40"/>
        <w:ind w:left="255" w:hanging="159"/>
        <w:rPr>
          <w:lang w:val="el-GR"/>
        </w:rPr>
      </w:pPr>
      <w:r w:rsidRPr="004A324C">
        <w:rPr>
          <w:color w:val="2F5597"/>
          <w:lang w:val="el-GR"/>
        </w:rPr>
        <w:t>• Η παρουσία καταγράφεται όταν το παιδί φθάσει πραγματικά στο Κέντρο.</w:t>
      </w:r>
    </w:p>
    <w:p w14:paraId="2BD1FD19" w14:textId="77777777" w:rsidR="0096746C" w:rsidRPr="004A324C" w:rsidRDefault="00000000">
      <w:pPr>
        <w:spacing w:after="40"/>
        <w:ind w:left="255" w:hanging="159"/>
        <w:rPr>
          <w:lang w:val="el-GR"/>
        </w:rPr>
      </w:pPr>
      <w:r w:rsidRPr="004A324C">
        <w:rPr>
          <w:color w:val="2F5597"/>
          <w:lang w:val="el-GR"/>
        </w:rPr>
        <w:t>• Όπου ενδείκνυται, κάθε αναμενόμενο παιδί που δεν φθάνει αναζητείται σύμφωνα με τη συμφωνημένη διαδικασία μη προσέλευσης.</w:t>
      </w:r>
    </w:p>
    <w:p w14:paraId="31E779C1" w14:textId="77777777" w:rsidR="0096746C" w:rsidRPr="004A324C" w:rsidRDefault="00000000">
      <w:pPr>
        <w:spacing w:after="40"/>
        <w:ind w:left="255" w:hanging="159"/>
        <w:rPr>
          <w:lang w:val="el-GR"/>
        </w:rPr>
      </w:pPr>
      <w:r w:rsidRPr="004A324C">
        <w:rPr>
          <w:color w:val="2F5597"/>
          <w:lang w:val="el-GR"/>
        </w:rPr>
        <w:t xml:space="preserve">• Σχετικές πληροφορίες από γονέα, σχολείο ή </w:t>
      </w:r>
      <w:proofErr w:type="spellStart"/>
      <w:r w:rsidRPr="004A324C">
        <w:rPr>
          <w:color w:val="2F5597"/>
          <w:lang w:val="el-GR"/>
        </w:rPr>
        <w:t>πάροχο</w:t>
      </w:r>
      <w:proofErr w:type="spellEnd"/>
      <w:r w:rsidRPr="004A324C">
        <w:rPr>
          <w:color w:val="2F5597"/>
          <w:lang w:val="el-GR"/>
        </w:rPr>
        <w:t xml:space="preserve"> μεταφοράς καταγράφονται και διαβιβάζονται στο κατάλληλο πρόσωπο.</w:t>
      </w:r>
    </w:p>
    <w:p w14:paraId="1836BA81" w14:textId="77777777" w:rsidR="0096746C" w:rsidRPr="004A324C" w:rsidRDefault="00000000">
      <w:pPr>
        <w:spacing w:after="40"/>
        <w:ind w:left="255" w:hanging="159"/>
        <w:rPr>
          <w:lang w:val="el-GR"/>
        </w:rPr>
      </w:pPr>
      <w:r w:rsidRPr="004A324C">
        <w:rPr>
          <w:color w:val="2F5597"/>
          <w:lang w:val="el-GR"/>
        </w:rPr>
        <w:t>• Τα παιδιά εισέρχονται στο Κέντρο υπό σαφή επίβλεψη.</w:t>
      </w:r>
    </w:p>
    <w:p w14:paraId="069DB518" w14:textId="77777777" w:rsidR="0096746C" w:rsidRPr="004A324C" w:rsidRDefault="00000000">
      <w:pPr>
        <w:pStyle w:val="Heading2"/>
        <w:rPr>
          <w:lang w:val="el-GR"/>
        </w:rPr>
      </w:pPr>
      <w:r w:rsidRPr="004A324C">
        <w:rPr>
          <w:lang w:val="el-GR"/>
        </w:rPr>
        <w:t>Παραλαβή</w:t>
      </w:r>
    </w:p>
    <w:p w14:paraId="6B38FF1B" w14:textId="77777777" w:rsidR="0096746C" w:rsidRPr="004A324C" w:rsidRDefault="00000000">
      <w:pPr>
        <w:spacing w:after="40"/>
        <w:ind w:left="255" w:hanging="159"/>
        <w:rPr>
          <w:lang w:val="el-GR"/>
        </w:rPr>
      </w:pPr>
      <w:r w:rsidRPr="004A324C">
        <w:rPr>
          <w:color w:val="2F5597"/>
          <w:lang w:val="el-GR"/>
        </w:rPr>
        <w:t>• Τα παιδιά παραδίδονται μόνο σύμφωνα με εγκεκριμένες ρυθμίσεις παραλαβής.</w:t>
      </w:r>
    </w:p>
    <w:p w14:paraId="049FA127" w14:textId="77777777" w:rsidR="0096746C" w:rsidRPr="004A324C" w:rsidRDefault="00000000">
      <w:pPr>
        <w:spacing w:after="40"/>
        <w:ind w:left="255" w:hanging="159"/>
        <w:rPr>
          <w:lang w:val="el-GR"/>
        </w:rPr>
      </w:pPr>
      <w:r w:rsidRPr="004A324C">
        <w:rPr>
          <w:color w:val="2F5597"/>
          <w:lang w:val="el-GR"/>
        </w:rPr>
        <w:t>• Οι αλλαγές στις ρυθμίσεις παραλαβής επαληθεύονται και δεν γίνονται αποδεκτές αποκλειστικά βάσει ενημέρωσης από το παιδί.</w:t>
      </w:r>
    </w:p>
    <w:p w14:paraId="7AF60FD5" w14:textId="77777777" w:rsidR="0096746C" w:rsidRPr="004A324C" w:rsidRDefault="00000000">
      <w:pPr>
        <w:spacing w:after="40"/>
        <w:ind w:left="255" w:hanging="159"/>
        <w:rPr>
          <w:lang w:val="el-GR"/>
        </w:rPr>
      </w:pPr>
      <w:r w:rsidRPr="004A324C">
        <w:rPr>
          <w:color w:val="2F5597"/>
          <w:lang w:val="el-GR"/>
        </w:rPr>
        <w:lastRenderedPageBreak/>
        <w:t>• Ένα μη αναμενόμενο πρόσωπο δεν παραλαμβάνει το παιδί μέχρι να επιβεβαιωθεί η σχετική εξουσιοδότηση.</w:t>
      </w:r>
    </w:p>
    <w:p w14:paraId="4CCA6733" w14:textId="77777777" w:rsidR="0096746C" w:rsidRPr="004A324C" w:rsidRDefault="00000000">
      <w:pPr>
        <w:spacing w:after="40"/>
        <w:ind w:left="255" w:hanging="159"/>
        <w:rPr>
          <w:lang w:val="el-GR"/>
        </w:rPr>
      </w:pPr>
      <w:r w:rsidRPr="004A324C">
        <w:rPr>
          <w:color w:val="2F5597"/>
          <w:lang w:val="el-GR"/>
        </w:rPr>
        <w:t>• Για καθυστερημένη παραλαβή ή μη παραλαβή παιδιού ακολουθείται η εγκεκριμένη διαδικασία.</w:t>
      </w:r>
    </w:p>
    <w:p w14:paraId="0BE5DD15" w14:textId="77777777" w:rsidR="0096746C" w:rsidRPr="004A324C" w:rsidRDefault="00000000">
      <w:pPr>
        <w:spacing w:after="40"/>
        <w:ind w:left="255" w:hanging="159"/>
        <w:rPr>
          <w:lang w:val="el-GR"/>
        </w:rPr>
      </w:pPr>
      <w:r w:rsidRPr="004A324C">
        <w:rPr>
          <w:color w:val="2F5597"/>
          <w:lang w:val="el-GR"/>
        </w:rPr>
        <w:t>• Σημαντικές πληροφορίες συζητούνται ιδιωτικά και όχι μπροστά σε άλλες οικογένειες.</w:t>
      </w:r>
    </w:p>
    <w:p w14:paraId="0C5F2208" w14:textId="77777777" w:rsidR="0096746C" w:rsidRPr="004A324C" w:rsidRDefault="00000000">
      <w:pPr>
        <w:spacing w:after="40"/>
        <w:ind w:left="255" w:hanging="159"/>
        <w:rPr>
          <w:lang w:val="el-GR"/>
        </w:rPr>
      </w:pPr>
      <w:r w:rsidRPr="004A324C">
        <w:rPr>
          <w:color w:val="2F5597"/>
          <w:lang w:val="el-GR"/>
        </w:rPr>
        <w:t>• Τα αρχεία παρουσίας και παραλαβής ολοκληρώνονται μόνο αφού έχει επιβεβαιωθεί η ασφαλής αποχώρηση κάθε παιδιού.</w:t>
      </w:r>
    </w:p>
    <w:p w14:paraId="38A9579C" w14:textId="77777777" w:rsidR="0096746C" w:rsidRPr="004A324C" w:rsidRDefault="00000000">
      <w:pPr>
        <w:pStyle w:val="Heading2"/>
        <w:rPr>
          <w:lang w:val="el-GR"/>
        </w:rPr>
      </w:pPr>
      <w:r w:rsidRPr="004A324C">
        <w:rPr>
          <w:lang w:val="el-GR"/>
        </w:rPr>
        <w:t>Μεταφορά</w:t>
      </w:r>
    </w:p>
    <w:p w14:paraId="5392D92E" w14:textId="77777777" w:rsidR="0096746C" w:rsidRPr="004A324C" w:rsidRDefault="00000000">
      <w:pPr>
        <w:rPr>
          <w:lang w:val="el-GR"/>
        </w:rPr>
      </w:pPr>
      <w:r w:rsidRPr="004A324C">
        <w:rPr>
          <w:lang w:val="el-GR"/>
        </w:rPr>
        <w:t>Όπου το Κέντρο οργανώνει ή εγκρίνει μεταφορά, ο οδηγός, το όχημα, η ασφάλιση, οι κατάλογοι επιβατών, οι ζώνες/συστήματα συγκράτησης, η παράδοση και οι ρυθμίσεις έκτακτης ανάγκης πρέπει να συμμορφώνονται με την εγκεκριμένη διαδικασία μεταφοράς και την αξιολόγηση κινδύνου.</w:t>
      </w:r>
    </w:p>
    <w:p w14:paraId="43A2ADED" w14:textId="77777777" w:rsidR="0096746C" w:rsidRPr="004A324C" w:rsidRDefault="00000000">
      <w:pPr>
        <w:pStyle w:val="Heading1"/>
        <w:rPr>
          <w:lang w:val="el-GR"/>
        </w:rPr>
      </w:pPr>
      <w:r w:rsidRPr="004A324C">
        <w:rPr>
          <w:lang w:val="el-GR"/>
        </w:rPr>
        <w:t>19. Φαγητό, σνακ και αλλεργίες</w:t>
      </w:r>
    </w:p>
    <w:p w14:paraId="52F72C5F" w14:textId="77777777" w:rsidR="0096746C" w:rsidRPr="004A324C" w:rsidRDefault="00000000">
      <w:pPr>
        <w:spacing w:after="40"/>
        <w:ind w:left="255" w:hanging="159"/>
        <w:rPr>
          <w:lang w:val="el-GR"/>
        </w:rPr>
      </w:pPr>
      <w:r w:rsidRPr="004A324C">
        <w:rPr>
          <w:color w:val="2F5597"/>
          <w:lang w:val="el-GR"/>
        </w:rPr>
        <w:t>• Οι πληροφορίες διατροφής και αλλεργιών ελέγχονται πριν προσφερθεί φαγητό.</w:t>
      </w:r>
    </w:p>
    <w:p w14:paraId="6F6E1917" w14:textId="77777777" w:rsidR="0096746C" w:rsidRPr="004A324C" w:rsidRDefault="00000000">
      <w:pPr>
        <w:spacing w:after="40"/>
        <w:ind w:left="255" w:hanging="159"/>
        <w:rPr>
          <w:lang w:val="el-GR"/>
        </w:rPr>
      </w:pPr>
      <w:r w:rsidRPr="004A324C">
        <w:rPr>
          <w:color w:val="2F5597"/>
          <w:lang w:val="el-GR"/>
        </w:rPr>
        <w:t>• Το προσωπικό γνωρίζει ποια παιδιά φέρουν ή χρειάζονται επείγουσα φαρμακευτική αγωγή.</w:t>
      </w:r>
    </w:p>
    <w:p w14:paraId="6DC58CBA" w14:textId="77777777" w:rsidR="0096746C" w:rsidRPr="004A324C" w:rsidRDefault="00000000">
      <w:pPr>
        <w:spacing w:after="40"/>
        <w:ind w:left="255" w:hanging="159"/>
        <w:rPr>
          <w:lang w:val="el-GR"/>
        </w:rPr>
      </w:pPr>
      <w:r w:rsidRPr="004A324C">
        <w:rPr>
          <w:color w:val="2F5597"/>
          <w:lang w:val="el-GR"/>
        </w:rPr>
        <w:t>• Το φαγητό πρέπει να είναι απλό, κατάλληλο για την ηλικία και σύμφωνο με τις ρυθμίσεις λειτουργίας του Κέντρου.</w:t>
      </w:r>
    </w:p>
    <w:p w14:paraId="4EB4A1B2" w14:textId="77777777" w:rsidR="0096746C" w:rsidRPr="004A324C" w:rsidRDefault="00000000">
      <w:pPr>
        <w:spacing w:after="40"/>
        <w:ind w:left="255" w:hanging="159"/>
        <w:rPr>
          <w:lang w:val="el-GR"/>
        </w:rPr>
      </w:pPr>
      <w:r w:rsidRPr="004A324C">
        <w:rPr>
          <w:color w:val="2F5597"/>
          <w:lang w:val="el-GR"/>
        </w:rPr>
        <w:t>• Τα παιδιά δεν εξαναγκάζονται να φάνε.</w:t>
      </w:r>
    </w:p>
    <w:p w14:paraId="02AC19B0" w14:textId="77777777" w:rsidR="0096746C" w:rsidRPr="004A324C" w:rsidRDefault="00000000">
      <w:pPr>
        <w:spacing w:after="40"/>
        <w:ind w:left="255" w:hanging="159"/>
        <w:rPr>
          <w:lang w:val="el-GR"/>
        </w:rPr>
      </w:pPr>
      <w:r w:rsidRPr="004A324C">
        <w:rPr>
          <w:color w:val="2F5597"/>
          <w:lang w:val="el-GR"/>
        </w:rPr>
        <w:t>• Λαμβάνονται υπόψη οι κίνδυνοι διασταυρούμενης επιμόλυνσης και πνιγμού.</w:t>
      </w:r>
    </w:p>
    <w:p w14:paraId="1F621742" w14:textId="77777777" w:rsidR="0096746C" w:rsidRPr="004A324C" w:rsidRDefault="00000000">
      <w:pPr>
        <w:spacing w:after="40"/>
        <w:ind w:left="255" w:hanging="159"/>
        <w:rPr>
          <w:lang w:val="el-GR"/>
        </w:rPr>
      </w:pPr>
      <w:r w:rsidRPr="004A324C">
        <w:rPr>
          <w:color w:val="2F5597"/>
          <w:lang w:val="el-GR"/>
        </w:rPr>
        <w:t>• Το φαγητό δεν πρέπει να χρησιμοποιείται συνήθως ως επιβράβευση ή τιμωρία.</w:t>
      </w:r>
    </w:p>
    <w:p w14:paraId="1122F9CD" w14:textId="77777777" w:rsidR="0096746C" w:rsidRPr="004A324C" w:rsidRDefault="00000000">
      <w:pPr>
        <w:spacing w:after="40"/>
        <w:ind w:left="255" w:hanging="159"/>
        <w:rPr>
          <w:lang w:val="el-GR"/>
        </w:rPr>
      </w:pPr>
      <w:r w:rsidRPr="004A324C">
        <w:rPr>
          <w:color w:val="2F5597"/>
          <w:lang w:val="el-GR"/>
        </w:rPr>
        <w:t>• Οι δραστηριότητες μαγειρικής απαιτούν ξεχωριστό σχέδιο δραστηριότητας που καλύπτει θερμότητα, αιχμηρό εξοπλισμό, αλλεργιογόνα και υγιεινή.</w:t>
      </w:r>
    </w:p>
    <w:p w14:paraId="05D5E825" w14:textId="77777777" w:rsidR="0096746C" w:rsidRPr="004A324C" w:rsidRDefault="00000000">
      <w:pPr>
        <w:spacing w:after="40"/>
        <w:ind w:left="255" w:hanging="159"/>
        <w:rPr>
          <w:lang w:val="el-GR"/>
        </w:rPr>
      </w:pPr>
      <w:r w:rsidRPr="004A324C">
        <w:rPr>
          <w:color w:val="2F5597"/>
          <w:lang w:val="el-GR"/>
        </w:rPr>
        <w:t>• Κάθε αλλεργική αντίδραση, λάθος με τρόφιμα ή παρ’ ολίγον περιστατικό καταγράφεται και αναθεωρείται.</w:t>
      </w:r>
    </w:p>
    <w:p w14:paraId="7A378F88" w14:textId="77777777" w:rsidR="0096746C" w:rsidRPr="004A324C" w:rsidRDefault="00000000">
      <w:pPr>
        <w:pStyle w:val="Heading1"/>
        <w:rPr>
          <w:lang w:val="el-GR"/>
        </w:rPr>
      </w:pPr>
      <w:r w:rsidRPr="004A324C">
        <w:rPr>
          <w:lang w:val="el-GR"/>
        </w:rPr>
        <w:t>20. Εκδρομές και δραστηριότητες στην κοινότητα</w:t>
      </w:r>
    </w:p>
    <w:p w14:paraId="408A482C" w14:textId="77777777" w:rsidR="0096746C" w:rsidRPr="004A324C" w:rsidRDefault="00000000">
      <w:pPr>
        <w:rPr>
          <w:lang w:val="el-GR"/>
        </w:rPr>
      </w:pPr>
      <w:r w:rsidRPr="004A324C">
        <w:rPr>
          <w:lang w:val="el-GR"/>
        </w:rPr>
        <w:t>Οι δραστηριότητες εκτός Κέντρου μπορούν να είναι ιδιαίτερα ωφέλιμες, αλλά απαιτούν περισσότερο σχεδιασμό επειδή το Κέντρο δεν διαθέτει όλους τους περιβαλλοντικούς ελέγχους που έχει στους δικούς του χώρους.</w:t>
      </w:r>
    </w:p>
    <w:p w14:paraId="13FF8BE4" w14:textId="77777777" w:rsidR="0096746C" w:rsidRPr="004A324C" w:rsidRDefault="00000000">
      <w:pPr>
        <w:spacing w:after="40"/>
        <w:ind w:left="255" w:hanging="159"/>
        <w:rPr>
          <w:lang w:val="el-GR"/>
        </w:rPr>
      </w:pPr>
      <w:r w:rsidRPr="004A324C">
        <w:rPr>
          <w:color w:val="2F5597"/>
          <w:lang w:val="el-GR"/>
        </w:rPr>
        <w:t xml:space="preserve">• Ο σκοπός και η </w:t>
      </w:r>
      <w:proofErr w:type="spellStart"/>
      <w:r w:rsidRPr="004A324C">
        <w:rPr>
          <w:color w:val="2F5597"/>
          <w:lang w:val="el-GR"/>
        </w:rPr>
        <w:t>καταλληλότητα</w:t>
      </w:r>
      <w:proofErr w:type="spellEnd"/>
      <w:r w:rsidRPr="004A324C">
        <w:rPr>
          <w:color w:val="2F5597"/>
          <w:lang w:val="el-GR"/>
        </w:rPr>
        <w:t xml:space="preserve"> της δραστηριότητας είναι σαφείς.</w:t>
      </w:r>
    </w:p>
    <w:p w14:paraId="4DA65D61" w14:textId="77777777" w:rsidR="0096746C" w:rsidRPr="004A324C" w:rsidRDefault="00000000">
      <w:pPr>
        <w:spacing w:after="40"/>
        <w:ind w:left="255" w:hanging="159"/>
        <w:rPr>
          <w:lang w:val="el-GR"/>
        </w:rPr>
      </w:pPr>
      <w:r w:rsidRPr="004A324C">
        <w:rPr>
          <w:color w:val="2F5597"/>
          <w:lang w:val="el-GR"/>
        </w:rPr>
        <w:t>• Συμπληρώνεται γραπτή αξιολόγηση κινδύνου.</w:t>
      </w:r>
    </w:p>
    <w:p w14:paraId="02592AE2" w14:textId="77777777" w:rsidR="0096746C" w:rsidRPr="004A324C" w:rsidRDefault="00000000">
      <w:pPr>
        <w:spacing w:after="40"/>
        <w:ind w:left="255" w:hanging="159"/>
        <w:rPr>
          <w:lang w:val="el-GR"/>
        </w:rPr>
      </w:pPr>
      <w:r w:rsidRPr="004A324C">
        <w:rPr>
          <w:color w:val="2F5597"/>
          <w:lang w:val="el-GR"/>
        </w:rPr>
        <w:t>• Η στελέχωση ανταποκρίνεται στις πραγματικές ανάγκες των παιδιών.</w:t>
      </w:r>
    </w:p>
    <w:p w14:paraId="31CECF02" w14:textId="77777777" w:rsidR="0096746C" w:rsidRPr="004A324C" w:rsidRDefault="00000000">
      <w:pPr>
        <w:spacing w:after="40"/>
        <w:ind w:left="255" w:hanging="159"/>
        <w:rPr>
          <w:lang w:val="el-GR"/>
        </w:rPr>
      </w:pPr>
      <w:r w:rsidRPr="004A324C">
        <w:rPr>
          <w:color w:val="2F5597"/>
          <w:lang w:val="el-GR"/>
        </w:rPr>
        <w:t>• Καθορίζονται οι ομάδες παρουσίας και επίβλεψης.</w:t>
      </w:r>
    </w:p>
    <w:p w14:paraId="65E84E54" w14:textId="77777777" w:rsidR="0096746C" w:rsidRPr="004A324C" w:rsidRDefault="00000000">
      <w:pPr>
        <w:spacing w:after="40"/>
        <w:ind w:left="255" w:hanging="159"/>
        <w:rPr>
          <w:lang w:val="el-GR"/>
        </w:rPr>
      </w:pPr>
      <w:r w:rsidRPr="004A324C">
        <w:rPr>
          <w:color w:val="2F5597"/>
          <w:lang w:val="el-GR"/>
        </w:rPr>
        <w:t>• Αναθεωρούνται οι ιατρικές ανάγκες, οι ανάγκες επικοινωνίας και οι ανάγκες υποστήριξης συμπεριφοράς.</w:t>
      </w:r>
    </w:p>
    <w:p w14:paraId="1C11CBC1" w14:textId="77777777" w:rsidR="0096746C" w:rsidRPr="004A324C" w:rsidRDefault="00000000">
      <w:pPr>
        <w:spacing w:after="40"/>
        <w:ind w:left="255" w:hanging="159"/>
        <w:rPr>
          <w:lang w:val="el-GR"/>
        </w:rPr>
      </w:pPr>
      <w:r w:rsidRPr="004A324C">
        <w:rPr>
          <w:color w:val="2F5597"/>
          <w:lang w:val="el-GR"/>
        </w:rPr>
        <w:t>• Οι πληροφορίες προς τους γονείς και οι απαιτούμενες συγκαταθέσεις έχουν ολοκληρωθεί.</w:t>
      </w:r>
    </w:p>
    <w:p w14:paraId="71C2596B" w14:textId="77777777" w:rsidR="0096746C" w:rsidRPr="004A324C" w:rsidRDefault="00000000">
      <w:pPr>
        <w:spacing w:after="40"/>
        <w:ind w:left="255" w:hanging="159"/>
        <w:rPr>
          <w:lang w:val="el-GR"/>
        </w:rPr>
      </w:pPr>
      <w:r w:rsidRPr="004A324C">
        <w:rPr>
          <w:color w:val="2F5597"/>
          <w:lang w:val="el-GR"/>
        </w:rPr>
        <w:t>• Οι πρώτες βοήθειες και η φαρμακευτική αγωγή συνοδεύουν την ομάδα.</w:t>
      </w:r>
    </w:p>
    <w:p w14:paraId="47ED4173" w14:textId="77777777" w:rsidR="0096746C" w:rsidRPr="004A324C" w:rsidRDefault="00000000">
      <w:pPr>
        <w:spacing w:after="40"/>
        <w:ind w:left="255" w:hanging="159"/>
        <w:rPr>
          <w:lang w:val="el-GR"/>
        </w:rPr>
      </w:pPr>
      <w:r w:rsidRPr="004A324C">
        <w:rPr>
          <w:color w:val="2F5597"/>
          <w:lang w:val="el-GR"/>
        </w:rPr>
        <w:t>• Επιβεβαιώνονται οι ρυθμίσεις μεταφοράς και παραλαβής.</w:t>
      </w:r>
    </w:p>
    <w:p w14:paraId="73F4C20C" w14:textId="77777777" w:rsidR="0096746C" w:rsidRPr="004A324C" w:rsidRDefault="00000000">
      <w:pPr>
        <w:spacing w:after="40"/>
        <w:ind w:left="255" w:hanging="159"/>
        <w:rPr>
          <w:lang w:val="el-GR"/>
        </w:rPr>
      </w:pPr>
      <w:r w:rsidRPr="004A324C">
        <w:rPr>
          <w:color w:val="2F5597"/>
          <w:lang w:val="el-GR"/>
        </w:rPr>
        <w:t>• Πραγματοποιείται καταμέτρηση των παιδιών σε κάθε μετάβαση.</w:t>
      </w:r>
    </w:p>
    <w:p w14:paraId="0FC54E6F" w14:textId="77777777" w:rsidR="0096746C" w:rsidRPr="004A324C" w:rsidRDefault="00000000">
      <w:pPr>
        <w:spacing w:after="40"/>
        <w:ind w:left="255" w:hanging="159"/>
        <w:rPr>
          <w:lang w:val="el-GR"/>
        </w:rPr>
      </w:pPr>
      <w:r w:rsidRPr="004A324C">
        <w:rPr>
          <w:color w:val="2F5597"/>
          <w:lang w:val="el-GR"/>
        </w:rPr>
        <w:t>• Είναι γνωστές οι ρυθμίσεις για αγνοούμενο παιδί, βλάβη οχήματος, καιρικά φαινόμενα και έκτακτα περιστατικά.</w:t>
      </w:r>
    </w:p>
    <w:p w14:paraId="1F5EA668" w14:textId="77777777" w:rsidR="0096746C" w:rsidRPr="004A324C" w:rsidRDefault="00000000">
      <w:pPr>
        <w:spacing w:after="40"/>
        <w:ind w:left="255" w:hanging="159"/>
        <w:rPr>
          <w:lang w:val="el-GR"/>
        </w:rPr>
      </w:pPr>
      <w:r w:rsidRPr="004A324C">
        <w:rPr>
          <w:color w:val="2F5597"/>
          <w:lang w:val="el-GR"/>
        </w:rPr>
        <w:t>• Οι δραστηριότητες σε παραλία, κολύμβηση ή νερό ακολουθούν το πρόσθετο σχέδιο ασφάλειας στο νερό.</w:t>
      </w:r>
    </w:p>
    <w:p w14:paraId="0D22B276" w14:textId="77777777" w:rsidR="0096746C" w:rsidRPr="004A324C" w:rsidRDefault="00000000">
      <w:pPr>
        <w:pStyle w:val="Heading1"/>
        <w:rPr>
          <w:lang w:val="el-GR"/>
        </w:rPr>
      </w:pPr>
      <w:r w:rsidRPr="004A324C">
        <w:rPr>
          <w:lang w:val="el-GR"/>
        </w:rPr>
        <w:t>21. Επικοινωνία με γονείς και οικογένειες</w:t>
      </w:r>
    </w:p>
    <w:p w14:paraId="072501B5" w14:textId="77777777" w:rsidR="0096746C" w:rsidRPr="004A324C" w:rsidRDefault="00000000">
      <w:pPr>
        <w:rPr>
          <w:lang w:val="el-GR"/>
        </w:rPr>
      </w:pPr>
      <w:r w:rsidRPr="004A324C">
        <w:rPr>
          <w:lang w:val="el-GR"/>
        </w:rPr>
        <w:t>Οι γονείς πρέπει να γνωρίζουν τι μπορούν να αναμένουν από το Κέντρο και ποιο μέλος του προσωπικού είναι υπεύθυνο για διαφορετικά είδη επικοινωνίας. Η συνέπεια μειώνει τις παρεξηγήσεις και αποτρέπει εμπιστευτικές συζητήσεις να πραγματοποιούνται ανεπίσημα στην είσοδο.</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2835"/>
        <w:gridCol w:w="7087"/>
      </w:tblGrid>
      <w:tr w:rsidR="0096746C" w14:paraId="63BEBC86" w14:textId="77777777">
        <w:trPr>
          <w:cantSplit/>
          <w:tblHeader/>
          <w:jc w:val="center"/>
        </w:trPr>
        <w:tc>
          <w:tcPr>
            <w:tcW w:w="2835" w:type="dxa"/>
            <w:shd w:val="clear" w:color="auto" w:fill="D9E2F3"/>
            <w:tcMar>
              <w:top w:w="70" w:type="dxa"/>
              <w:left w:w="85" w:type="dxa"/>
              <w:bottom w:w="70" w:type="dxa"/>
              <w:right w:w="85" w:type="dxa"/>
            </w:tcMar>
            <w:vAlign w:val="center"/>
          </w:tcPr>
          <w:p w14:paraId="31BF3002" w14:textId="77777777" w:rsidR="0096746C" w:rsidRDefault="00000000">
            <w:proofErr w:type="spellStart"/>
            <w:r>
              <w:rPr>
                <w:color w:val="2F5597"/>
                <w:sz w:val="17"/>
              </w:rPr>
              <w:t>Τύ</w:t>
            </w:r>
            <w:proofErr w:type="spellEnd"/>
            <w:r>
              <w:rPr>
                <w:color w:val="2F5597"/>
                <w:sz w:val="17"/>
              </w:rPr>
              <w:t>πος επ</w:t>
            </w:r>
            <w:proofErr w:type="spellStart"/>
            <w:r>
              <w:rPr>
                <w:color w:val="2F5597"/>
                <w:sz w:val="17"/>
              </w:rPr>
              <w:t>ικοινωνί</w:t>
            </w:r>
            <w:proofErr w:type="spellEnd"/>
            <w:r>
              <w:rPr>
                <w:color w:val="2F5597"/>
                <w:sz w:val="17"/>
              </w:rPr>
              <w:t>ας</w:t>
            </w:r>
          </w:p>
        </w:tc>
        <w:tc>
          <w:tcPr>
            <w:tcW w:w="7087" w:type="dxa"/>
            <w:shd w:val="clear" w:color="auto" w:fill="D9E2F3"/>
            <w:tcMar>
              <w:top w:w="70" w:type="dxa"/>
              <w:left w:w="85" w:type="dxa"/>
              <w:bottom w:w="70" w:type="dxa"/>
              <w:right w:w="85" w:type="dxa"/>
            </w:tcMar>
            <w:vAlign w:val="center"/>
          </w:tcPr>
          <w:p w14:paraId="0EA1797F" w14:textId="77777777" w:rsidR="0096746C" w:rsidRDefault="00000000">
            <w:r>
              <w:rPr>
                <w:color w:val="2F5597"/>
                <w:sz w:val="17"/>
              </w:rPr>
              <w:t>Προτεινόμενη προσέγγιση</w:t>
            </w:r>
          </w:p>
        </w:tc>
      </w:tr>
      <w:tr w:rsidR="0096746C" w:rsidRPr="004A324C" w14:paraId="3CAE26E8" w14:textId="77777777">
        <w:trPr>
          <w:cantSplit/>
          <w:jc w:val="center"/>
        </w:trPr>
        <w:tc>
          <w:tcPr>
            <w:tcW w:w="2835" w:type="dxa"/>
            <w:tcMar>
              <w:top w:w="65" w:type="dxa"/>
              <w:left w:w="80" w:type="dxa"/>
              <w:bottom w:w="65" w:type="dxa"/>
              <w:right w:w="80" w:type="dxa"/>
            </w:tcMar>
          </w:tcPr>
          <w:p w14:paraId="27535425" w14:textId="77777777" w:rsidR="0096746C" w:rsidRPr="004A324C" w:rsidRDefault="00000000">
            <w:pPr>
              <w:rPr>
                <w:lang w:val="el-GR"/>
              </w:rPr>
            </w:pPr>
            <w:r w:rsidRPr="004A324C">
              <w:rPr>
                <w:sz w:val="17"/>
                <w:lang w:val="el-GR"/>
              </w:rPr>
              <w:t>Συνήθης ενημέρωση κατά την παραλαβή</w:t>
            </w:r>
          </w:p>
        </w:tc>
        <w:tc>
          <w:tcPr>
            <w:tcW w:w="7087" w:type="dxa"/>
            <w:tcMar>
              <w:top w:w="65" w:type="dxa"/>
              <w:left w:w="80" w:type="dxa"/>
              <w:bottom w:w="65" w:type="dxa"/>
              <w:right w:w="80" w:type="dxa"/>
            </w:tcMar>
          </w:tcPr>
          <w:p w14:paraId="42CFE5C2" w14:textId="77777777" w:rsidR="0096746C" w:rsidRPr="004A324C" w:rsidRDefault="00000000">
            <w:pPr>
              <w:rPr>
                <w:lang w:val="el-GR"/>
              </w:rPr>
            </w:pPr>
            <w:r w:rsidRPr="004A324C">
              <w:rPr>
                <w:sz w:val="17"/>
                <w:lang w:val="el-GR"/>
              </w:rPr>
              <w:t>Σύντομη πρακτική ενημέρωση όπου είναι χρήσιμη. Αποφεύγονται εκτενείς ή εμπιστευτικές συζητήσεις σε δημόσιο χώρο.</w:t>
            </w:r>
          </w:p>
        </w:tc>
      </w:tr>
      <w:tr w:rsidR="0096746C" w:rsidRPr="004A324C" w14:paraId="28663024" w14:textId="77777777">
        <w:trPr>
          <w:cantSplit/>
          <w:jc w:val="center"/>
        </w:trPr>
        <w:tc>
          <w:tcPr>
            <w:tcW w:w="2835" w:type="dxa"/>
            <w:tcMar>
              <w:top w:w="65" w:type="dxa"/>
              <w:left w:w="80" w:type="dxa"/>
              <w:bottom w:w="65" w:type="dxa"/>
              <w:right w:w="80" w:type="dxa"/>
            </w:tcMar>
          </w:tcPr>
          <w:p w14:paraId="00176D8C" w14:textId="77777777" w:rsidR="0096746C" w:rsidRDefault="00000000">
            <w:proofErr w:type="spellStart"/>
            <w:r>
              <w:rPr>
                <w:sz w:val="17"/>
              </w:rPr>
              <w:t>Σημ</w:t>
            </w:r>
            <w:proofErr w:type="spellEnd"/>
            <w:r>
              <w:rPr>
                <w:sz w:val="17"/>
              </w:rPr>
              <w:t>αντικό π</w:t>
            </w:r>
            <w:proofErr w:type="spellStart"/>
            <w:r>
              <w:rPr>
                <w:sz w:val="17"/>
              </w:rPr>
              <w:t>εριστ</w:t>
            </w:r>
            <w:proofErr w:type="spellEnd"/>
            <w:r>
              <w:rPr>
                <w:sz w:val="17"/>
              </w:rPr>
              <w:t>ατικό</w:t>
            </w:r>
          </w:p>
        </w:tc>
        <w:tc>
          <w:tcPr>
            <w:tcW w:w="7087" w:type="dxa"/>
            <w:tcMar>
              <w:top w:w="65" w:type="dxa"/>
              <w:left w:w="80" w:type="dxa"/>
              <w:bottom w:w="65" w:type="dxa"/>
              <w:right w:w="80" w:type="dxa"/>
            </w:tcMar>
          </w:tcPr>
          <w:p w14:paraId="1DD2507B" w14:textId="77777777" w:rsidR="0096746C" w:rsidRPr="004A324C" w:rsidRDefault="00000000">
            <w:pPr>
              <w:rPr>
                <w:lang w:val="el-GR"/>
              </w:rPr>
            </w:pPr>
            <w:r w:rsidRPr="004A324C">
              <w:rPr>
                <w:sz w:val="17"/>
                <w:lang w:val="el-GR"/>
              </w:rPr>
              <w:t>Ιδιωτική συζήτηση από τον/την διευθυντή/</w:t>
            </w:r>
            <w:proofErr w:type="spellStart"/>
            <w:r w:rsidRPr="004A324C">
              <w:rPr>
                <w:sz w:val="17"/>
                <w:lang w:val="el-GR"/>
              </w:rPr>
              <w:t>ρια</w:t>
            </w:r>
            <w:proofErr w:type="spellEnd"/>
            <w:r w:rsidRPr="004A324C">
              <w:rPr>
                <w:sz w:val="17"/>
                <w:lang w:val="el-GR"/>
              </w:rPr>
              <w:t xml:space="preserve"> ή κατάλληλο επαγγελματία, με πραγματικά στοιχεία και επόμενα βήματα.</w:t>
            </w:r>
          </w:p>
        </w:tc>
      </w:tr>
      <w:tr w:rsidR="0096746C" w:rsidRPr="004A324C" w14:paraId="482A1107" w14:textId="77777777">
        <w:trPr>
          <w:cantSplit/>
          <w:jc w:val="center"/>
        </w:trPr>
        <w:tc>
          <w:tcPr>
            <w:tcW w:w="2835" w:type="dxa"/>
            <w:tcMar>
              <w:top w:w="65" w:type="dxa"/>
              <w:left w:w="80" w:type="dxa"/>
              <w:bottom w:w="65" w:type="dxa"/>
              <w:right w:w="80" w:type="dxa"/>
            </w:tcMar>
          </w:tcPr>
          <w:p w14:paraId="735191B1" w14:textId="77777777" w:rsidR="0096746C" w:rsidRDefault="00000000">
            <w:proofErr w:type="spellStart"/>
            <w:r>
              <w:rPr>
                <w:sz w:val="17"/>
              </w:rPr>
              <w:lastRenderedPageBreak/>
              <w:t>Ανησυχί</w:t>
            </w:r>
            <w:proofErr w:type="spellEnd"/>
            <w:r>
              <w:rPr>
                <w:sz w:val="17"/>
              </w:rPr>
              <w:t>α π</w:t>
            </w:r>
            <w:proofErr w:type="spellStart"/>
            <w:r>
              <w:rPr>
                <w:sz w:val="17"/>
              </w:rPr>
              <w:t>ροστ</w:t>
            </w:r>
            <w:proofErr w:type="spellEnd"/>
            <w:r>
              <w:rPr>
                <w:sz w:val="17"/>
              </w:rPr>
              <w:t>ασίας</w:t>
            </w:r>
          </w:p>
        </w:tc>
        <w:tc>
          <w:tcPr>
            <w:tcW w:w="7087" w:type="dxa"/>
            <w:tcMar>
              <w:top w:w="65" w:type="dxa"/>
              <w:left w:w="80" w:type="dxa"/>
              <w:bottom w:w="65" w:type="dxa"/>
              <w:right w:w="80" w:type="dxa"/>
            </w:tcMar>
          </w:tcPr>
          <w:p w14:paraId="1B4F317C" w14:textId="77777777" w:rsidR="0096746C" w:rsidRPr="004A324C" w:rsidRDefault="00000000">
            <w:pPr>
              <w:rPr>
                <w:lang w:val="el-GR"/>
              </w:rPr>
            </w:pPr>
            <w:r w:rsidRPr="004A324C">
              <w:rPr>
                <w:sz w:val="17"/>
                <w:lang w:val="el-GR"/>
              </w:rPr>
              <w:t>Ακολουθείται η διαδικασία προστασίας και οι οδηγίες των αρμόδιων αρχών. Η επικοινωνία με τον γονέα δεν είναι αυτόματη όταν μπορεί να αυξήσει τον κίνδυνο ή να επηρεάσει ενέργειες προστασίας.</w:t>
            </w:r>
          </w:p>
        </w:tc>
      </w:tr>
      <w:tr w:rsidR="0096746C" w:rsidRPr="004A324C" w14:paraId="5F5F8B0D" w14:textId="77777777">
        <w:trPr>
          <w:cantSplit/>
          <w:jc w:val="center"/>
        </w:trPr>
        <w:tc>
          <w:tcPr>
            <w:tcW w:w="2835" w:type="dxa"/>
            <w:tcMar>
              <w:top w:w="65" w:type="dxa"/>
              <w:left w:w="80" w:type="dxa"/>
              <w:bottom w:w="65" w:type="dxa"/>
              <w:right w:w="80" w:type="dxa"/>
            </w:tcMar>
          </w:tcPr>
          <w:p w14:paraId="10DC0F1D" w14:textId="77777777" w:rsidR="0096746C" w:rsidRDefault="00000000">
            <w:proofErr w:type="spellStart"/>
            <w:r>
              <w:rPr>
                <w:sz w:val="17"/>
              </w:rPr>
              <w:t>Αν</w:t>
            </w:r>
            <w:proofErr w:type="spellEnd"/>
            <w:r>
              <w:rPr>
                <w:sz w:val="17"/>
              </w:rPr>
              <w:t>ασκόπηση π</w:t>
            </w:r>
            <w:proofErr w:type="spellStart"/>
            <w:r>
              <w:rPr>
                <w:sz w:val="17"/>
              </w:rPr>
              <w:t>ροόδου</w:t>
            </w:r>
            <w:proofErr w:type="spellEnd"/>
          </w:p>
        </w:tc>
        <w:tc>
          <w:tcPr>
            <w:tcW w:w="7087" w:type="dxa"/>
            <w:tcMar>
              <w:top w:w="65" w:type="dxa"/>
              <w:left w:w="80" w:type="dxa"/>
              <w:bottom w:w="65" w:type="dxa"/>
              <w:right w:w="80" w:type="dxa"/>
            </w:tcMar>
          </w:tcPr>
          <w:p w14:paraId="653C8FA5" w14:textId="77777777" w:rsidR="0096746C" w:rsidRPr="004A324C" w:rsidRDefault="00000000">
            <w:pPr>
              <w:rPr>
                <w:lang w:val="el-GR"/>
              </w:rPr>
            </w:pPr>
            <w:r w:rsidRPr="004A324C">
              <w:rPr>
                <w:sz w:val="17"/>
                <w:lang w:val="el-GR"/>
              </w:rPr>
              <w:t>Προγραμματισμένη ανασκόπηση με βάση τους στόχους του παιδιού, τις παρατηρήσεις, τις απόψεις της οικογένειας και τους επόμενους στόχους.</w:t>
            </w:r>
          </w:p>
        </w:tc>
      </w:tr>
      <w:tr w:rsidR="0096746C" w:rsidRPr="004A324C" w14:paraId="072CF938" w14:textId="77777777">
        <w:trPr>
          <w:cantSplit/>
          <w:jc w:val="center"/>
        </w:trPr>
        <w:tc>
          <w:tcPr>
            <w:tcW w:w="2835" w:type="dxa"/>
            <w:tcMar>
              <w:top w:w="65" w:type="dxa"/>
              <w:left w:w="80" w:type="dxa"/>
              <w:bottom w:w="65" w:type="dxa"/>
              <w:right w:w="80" w:type="dxa"/>
            </w:tcMar>
          </w:tcPr>
          <w:p w14:paraId="6F6650F4" w14:textId="77777777" w:rsidR="0096746C" w:rsidRDefault="00000000">
            <w:r>
              <w:rPr>
                <w:sz w:val="17"/>
              </w:rPr>
              <w:t>Πα</w:t>
            </w:r>
            <w:proofErr w:type="spellStart"/>
            <w:r>
              <w:rPr>
                <w:sz w:val="17"/>
              </w:rPr>
              <w:t>ρά</w:t>
            </w:r>
            <w:proofErr w:type="spellEnd"/>
            <w:r>
              <w:rPr>
                <w:sz w:val="17"/>
              </w:rPr>
              <w:t xml:space="preserve">πονο ή </w:t>
            </w:r>
            <w:proofErr w:type="spellStart"/>
            <w:r>
              <w:rPr>
                <w:sz w:val="17"/>
              </w:rPr>
              <w:t>δυσ</w:t>
            </w:r>
            <w:proofErr w:type="spellEnd"/>
            <w:r>
              <w:rPr>
                <w:sz w:val="17"/>
              </w:rPr>
              <w:t>αρέσκεια</w:t>
            </w:r>
          </w:p>
        </w:tc>
        <w:tc>
          <w:tcPr>
            <w:tcW w:w="7087" w:type="dxa"/>
            <w:tcMar>
              <w:top w:w="65" w:type="dxa"/>
              <w:left w:w="80" w:type="dxa"/>
              <w:bottom w:w="65" w:type="dxa"/>
              <w:right w:w="80" w:type="dxa"/>
            </w:tcMar>
          </w:tcPr>
          <w:p w14:paraId="433C9BAC" w14:textId="77777777" w:rsidR="0096746C" w:rsidRPr="004A324C" w:rsidRDefault="00000000">
            <w:pPr>
              <w:rPr>
                <w:lang w:val="el-GR"/>
              </w:rPr>
            </w:pPr>
            <w:r w:rsidRPr="004A324C">
              <w:rPr>
                <w:sz w:val="17"/>
                <w:lang w:val="el-GR"/>
              </w:rPr>
              <w:t>Ακούστε, καταγράψτε και χρησιμοποιήστε τη διαδικασία παραπόνων. Μην αμύνεστε και μην επιχειρείτε να επιλύσετε σοβαρά ζητήματα ανεπίσημα.</w:t>
            </w:r>
          </w:p>
        </w:tc>
      </w:tr>
      <w:tr w:rsidR="0096746C" w:rsidRPr="004A324C" w14:paraId="6DC91AFC" w14:textId="77777777">
        <w:trPr>
          <w:cantSplit/>
          <w:jc w:val="center"/>
        </w:trPr>
        <w:tc>
          <w:tcPr>
            <w:tcW w:w="2835" w:type="dxa"/>
            <w:tcMar>
              <w:top w:w="65" w:type="dxa"/>
              <w:left w:w="80" w:type="dxa"/>
              <w:bottom w:w="65" w:type="dxa"/>
              <w:right w:w="80" w:type="dxa"/>
            </w:tcMar>
          </w:tcPr>
          <w:p w14:paraId="636183C0" w14:textId="77777777" w:rsidR="0096746C" w:rsidRDefault="00000000">
            <w:proofErr w:type="spellStart"/>
            <w:r>
              <w:rPr>
                <w:sz w:val="17"/>
              </w:rPr>
              <w:t>Αλλ</w:t>
            </w:r>
            <w:proofErr w:type="spellEnd"/>
            <w:r>
              <w:rPr>
                <w:sz w:val="17"/>
              </w:rPr>
              <w:t xml:space="preserve">αγή </w:t>
            </w:r>
            <w:proofErr w:type="spellStart"/>
            <w:r>
              <w:rPr>
                <w:sz w:val="17"/>
              </w:rPr>
              <w:t>στις</w:t>
            </w:r>
            <w:proofErr w:type="spellEnd"/>
            <w:r>
              <w:rPr>
                <w:sz w:val="17"/>
              </w:rPr>
              <w:t xml:space="preserve"> α</w:t>
            </w:r>
            <w:proofErr w:type="spellStart"/>
            <w:r>
              <w:rPr>
                <w:sz w:val="17"/>
              </w:rPr>
              <w:t>νάγκες</w:t>
            </w:r>
            <w:proofErr w:type="spellEnd"/>
            <w:r>
              <w:rPr>
                <w:sz w:val="17"/>
              </w:rPr>
              <w:t xml:space="preserve"> υπ</w:t>
            </w:r>
            <w:proofErr w:type="spellStart"/>
            <w:r>
              <w:rPr>
                <w:sz w:val="17"/>
              </w:rPr>
              <w:t>οστήριξης</w:t>
            </w:r>
            <w:proofErr w:type="spellEnd"/>
          </w:p>
        </w:tc>
        <w:tc>
          <w:tcPr>
            <w:tcW w:w="7087" w:type="dxa"/>
            <w:tcMar>
              <w:top w:w="65" w:type="dxa"/>
              <w:left w:w="80" w:type="dxa"/>
              <w:bottom w:w="65" w:type="dxa"/>
              <w:right w:w="80" w:type="dxa"/>
            </w:tcMar>
          </w:tcPr>
          <w:p w14:paraId="2F08559C" w14:textId="77777777" w:rsidR="0096746C" w:rsidRPr="004A324C" w:rsidRDefault="00000000">
            <w:pPr>
              <w:rPr>
                <w:lang w:val="el-GR"/>
              </w:rPr>
            </w:pPr>
            <w:r w:rsidRPr="004A324C">
              <w:rPr>
                <w:sz w:val="17"/>
                <w:lang w:val="el-GR"/>
              </w:rPr>
              <w:t>Οργανώνεται συζήτηση αντί να βασιζόμαστε σε επαναλαμβανόμενα ανεπίσημα μηνύματα.</w:t>
            </w:r>
          </w:p>
        </w:tc>
      </w:tr>
    </w:tbl>
    <w:p w14:paraId="571D232A" w14:textId="77777777" w:rsidR="0096746C" w:rsidRPr="004A324C" w:rsidRDefault="0096746C">
      <w:pPr>
        <w:spacing w:after="20"/>
        <w:rPr>
          <w:lang w:val="el-GR"/>
        </w:rPr>
      </w:pPr>
    </w:p>
    <w:p w14:paraId="13DAF893" w14:textId="77777777" w:rsidR="0096746C" w:rsidRPr="004A324C" w:rsidRDefault="00000000">
      <w:pPr>
        <w:rPr>
          <w:lang w:val="el-GR"/>
        </w:rPr>
      </w:pPr>
      <w:r w:rsidRPr="004A324C">
        <w:rPr>
          <w:lang w:val="el-GR"/>
        </w:rPr>
        <w:t xml:space="preserve">Οι ανασκοπήσεις με γονείς πρέπει συνήθως να πραγματοποιούνται τουλάχιστον μία φορά ανά σχολική περίοδο, με </w:t>
      </w:r>
      <w:proofErr w:type="spellStart"/>
      <w:r w:rsidRPr="004A324C">
        <w:rPr>
          <w:lang w:val="el-GR"/>
        </w:rPr>
        <w:t>νωρίτερη</w:t>
      </w:r>
      <w:proofErr w:type="spellEnd"/>
      <w:r w:rsidRPr="004A324C">
        <w:rPr>
          <w:lang w:val="el-GR"/>
        </w:rPr>
        <w:t xml:space="preserve"> ανασκόπηση όπου αλλάζουν οι ανάγκες, ο κίνδυνος ή οι οικογενειακές περιστάσεις.</w:t>
      </w:r>
    </w:p>
    <w:p w14:paraId="527ECB9C" w14:textId="77777777" w:rsidR="0096746C" w:rsidRPr="004A324C" w:rsidRDefault="00000000">
      <w:pPr>
        <w:pStyle w:val="Heading1"/>
        <w:rPr>
          <w:lang w:val="el-GR"/>
        </w:rPr>
      </w:pPr>
      <w:r w:rsidRPr="004A324C">
        <w:rPr>
          <w:lang w:val="el-GR"/>
        </w:rPr>
        <w:t>22. Τήρηση αρχείων, εμπιστευτικότητα και διαχείριση πληροφοριών</w:t>
      </w:r>
    </w:p>
    <w:p w14:paraId="6555FFF4" w14:textId="77777777" w:rsidR="0096746C" w:rsidRPr="004A324C" w:rsidRDefault="00000000">
      <w:pPr>
        <w:rPr>
          <w:lang w:val="el-GR"/>
        </w:rPr>
      </w:pPr>
      <w:r w:rsidRPr="004A324C">
        <w:rPr>
          <w:lang w:val="el-GR"/>
        </w:rPr>
        <w:t>Η καταγραφή πρέπει να είναι αναλογική. Το Κέντρο χρειάζεται επαρκείς πληροφορίες για να διατηρεί τα παιδιά ασφαλή, να εξασφαλίζει συνέχεια στην υποστήριξη και να τεκμηριώνει τις αποφάσεις, όμως το προσωπικό δεν πρέπει να αναμένεται να συντάσσει αφηγηματική έκθεση για κάθε παιδί κάθε ημέρα.</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3231"/>
        <w:gridCol w:w="3231"/>
        <w:gridCol w:w="3231"/>
      </w:tblGrid>
      <w:tr w:rsidR="0096746C" w14:paraId="66D11161" w14:textId="77777777">
        <w:trPr>
          <w:cantSplit/>
          <w:tblHeader/>
          <w:jc w:val="center"/>
        </w:trPr>
        <w:tc>
          <w:tcPr>
            <w:tcW w:w="3231" w:type="dxa"/>
            <w:shd w:val="clear" w:color="auto" w:fill="D9E2F3"/>
            <w:tcMar>
              <w:top w:w="70" w:type="dxa"/>
              <w:left w:w="85" w:type="dxa"/>
              <w:bottom w:w="70" w:type="dxa"/>
              <w:right w:w="85" w:type="dxa"/>
            </w:tcMar>
            <w:vAlign w:val="center"/>
          </w:tcPr>
          <w:p w14:paraId="2F491D24" w14:textId="77777777" w:rsidR="0096746C" w:rsidRDefault="00000000">
            <w:r>
              <w:rPr>
                <w:color w:val="2F5597"/>
                <w:sz w:val="17"/>
              </w:rPr>
              <w:t>Κατα</w:t>
            </w:r>
            <w:proofErr w:type="spellStart"/>
            <w:r>
              <w:rPr>
                <w:color w:val="2F5597"/>
                <w:sz w:val="17"/>
              </w:rPr>
              <w:t>γρ</w:t>
            </w:r>
            <w:proofErr w:type="spellEnd"/>
            <w:r>
              <w:rPr>
                <w:color w:val="2F5597"/>
                <w:sz w:val="17"/>
              </w:rPr>
              <w:t>αφή κα</w:t>
            </w:r>
            <w:proofErr w:type="spellStart"/>
            <w:r>
              <w:rPr>
                <w:color w:val="2F5597"/>
                <w:sz w:val="17"/>
              </w:rPr>
              <w:t>θημερινά</w:t>
            </w:r>
            <w:proofErr w:type="spellEnd"/>
            <w:r>
              <w:rPr>
                <w:color w:val="2F5597"/>
                <w:sz w:val="17"/>
              </w:rPr>
              <w:t xml:space="preserve"> / </w:t>
            </w:r>
            <w:proofErr w:type="spellStart"/>
            <w:r>
              <w:rPr>
                <w:color w:val="2F5597"/>
                <w:sz w:val="17"/>
              </w:rPr>
              <w:t>άμεσ</w:t>
            </w:r>
            <w:proofErr w:type="spellEnd"/>
            <w:r>
              <w:rPr>
                <w:color w:val="2F5597"/>
                <w:sz w:val="17"/>
              </w:rPr>
              <w:t>α</w:t>
            </w:r>
          </w:p>
        </w:tc>
        <w:tc>
          <w:tcPr>
            <w:tcW w:w="3231" w:type="dxa"/>
            <w:shd w:val="clear" w:color="auto" w:fill="D9E2F3"/>
            <w:tcMar>
              <w:top w:w="70" w:type="dxa"/>
              <w:left w:w="85" w:type="dxa"/>
              <w:bottom w:w="70" w:type="dxa"/>
              <w:right w:w="85" w:type="dxa"/>
            </w:tcMar>
            <w:vAlign w:val="center"/>
          </w:tcPr>
          <w:p w14:paraId="22EFBE54" w14:textId="77777777" w:rsidR="0096746C" w:rsidRDefault="00000000">
            <w:r>
              <w:rPr>
                <w:color w:val="2F5597"/>
                <w:sz w:val="17"/>
              </w:rPr>
              <w:t>Καταγραφή όταν είναι σχετικό</w:t>
            </w:r>
          </w:p>
        </w:tc>
        <w:tc>
          <w:tcPr>
            <w:tcW w:w="3231" w:type="dxa"/>
            <w:shd w:val="clear" w:color="auto" w:fill="D9E2F3"/>
            <w:tcMar>
              <w:top w:w="70" w:type="dxa"/>
              <w:left w:w="85" w:type="dxa"/>
              <w:bottom w:w="70" w:type="dxa"/>
              <w:right w:w="85" w:type="dxa"/>
            </w:tcMar>
            <w:vAlign w:val="center"/>
          </w:tcPr>
          <w:p w14:paraId="62656498" w14:textId="77777777" w:rsidR="0096746C" w:rsidRDefault="00000000">
            <w:r>
              <w:rPr>
                <w:color w:val="2F5597"/>
                <w:sz w:val="17"/>
              </w:rPr>
              <w:t>Περιοδική ανασκόπηση</w:t>
            </w:r>
          </w:p>
        </w:tc>
      </w:tr>
      <w:tr w:rsidR="0096746C" w:rsidRPr="004A324C" w14:paraId="7E664A4B" w14:textId="77777777">
        <w:trPr>
          <w:cantSplit/>
          <w:jc w:val="center"/>
        </w:trPr>
        <w:tc>
          <w:tcPr>
            <w:tcW w:w="3231" w:type="dxa"/>
            <w:tcMar>
              <w:top w:w="65" w:type="dxa"/>
              <w:left w:w="80" w:type="dxa"/>
              <w:bottom w:w="65" w:type="dxa"/>
              <w:right w:w="80" w:type="dxa"/>
            </w:tcMar>
          </w:tcPr>
          <w:p w14:paraId="7D94A13C" w14:textId="77777777" w:rsidR="0096746C" w:rsidRDefault="00000000">
            <w:r>
              <w:rPr>
                <w:sz w:val="17"/>
              </w:rPr>
              <w:t>Παρουσία και παραλαβή</w:t>
            </w:r>
          </w:p>
        </w:tc>
        <w:tc>
          <w:tcPr>
            <w:tcW w:w="3231" w:type="dxa"/>
            <w:tcMar>
              <w:top w:w="65" w:type="dxa"/>
              <w:left w:w="80" w:type="dxa"/>
              <w:bottom w:w="65" w:type="dxa"/>
              <w:right w:w="80" w:type="dxa"/>
            </w:tcMar>
          </w:tcPr>
          <w:p w14:paraId="49FA6352" w14:textId="77777777" w:rsidR="0096746C" w:rsidRPr="004A324C" w:rsidRDefault="00000000">
            <w:pPr>
              <w:rPr>
                <w:lang w:val="el-GR"/>
              </w:rPr>
            </w:pPr>
            <w:r w:rsidRPr="004A324C">
              <w:rPr>
                <w:sz w:val="17"/>
                <w:lang w:val="el-GR"/>
              </w:rPr>
              <w:t>Επικοινωνία με γονέα ή επαγγελματία</w:t>
            </w:r>
          </w:p>
        </w:tc>
        <w:tc>
          <w:tcPr>
            <w:tcW w:w="3231" w:type="dxa"/>
            <w:tcMar>
              <w:top w:w="65" w:type="dxa"/>
              <w:left w:w="80" w:type="dxa"/>
              <w:bottom w:w="65" w:type="dxa"/>
              <w:right w:w="80" w:type="dxa"/>
            </w:tcMar>
          </w:tcPr>
          <w:p w14:paraId="25C1299E" w14:textId="77777777" w:rsidR="0096746C" w:rsidRPr="004A324C" w:rsidRDefault="00000000">
            <w:pPr>
              <w:rPr>
                <w:lang w:val="el-GR"/>
              </w:rPr>
            </w:pPr>
            <w:r w:rsidRPr="004A324C">
              <w:rPr>
                <w:sz w:val="17"/>
                <w:lang w:val="el-GR"/>
              </w:rPr>
              <w:t>Ατομικοί στόχοι και σχέδιο υποστήριξης</w:t>
            </w:r>
          </w:p>
        </w:tc>
      </w:tr>
      <w:tr w:rsidR="0096746C" w14:paraId="1948873D" w14:textId="77777777">
        <w:trPr>
          <w:cantSplit/>
          <w:jc w:val="center"/>
        </w:trPr>
        <w:tc>
          <w:tcPr>
            <w:tcW w:w="3231" w:type="dxa"/>
            <w:tcMar>
              <w:top w:w="65" w:type="dxa"/>
              <w:left w:w="80" w:type="dxa"/>
              <w:bottom w:w="65" w:type="dxa"/>
              <w:right w:w="80" w:type="dxa"/>
            </w:tcMar>
          </w:tcPr>
          <w:p w14:paraId="353D0C6B" w14:textId="77777777" w:rsidR="0096746C" w:rsidRDefault="00000000">
            <w:proofErr w:type="spellStart"/>
            <w:r>
              <w:rPr>
                <w:sz w:val="17"/>
              </w:rPr>
              <w:t>Χορήγηση</w:t>
            </w:r>
            <w:proofErr w:type="spellEnd"/>
            <w:r>
              <w:rPr>
                <w:sz w:val="17"/>
              </w:rPr>
              <w:t xml:space="preserve"> φα</w:t>
            </w:r>
            <w:proofErr w:type="spellStart"/>
            <w:r>
              <w:rPr>
                <w:sz w:val="17"/>
              </w:rPr>
              <w:t>ρμ</w:t>
            </w:r>
            <w:proofErr w:type="spellEnd"/>
            <w:r>
              <w:rPr>
                <w:sz w:val="17"/>
              </w:rPr>
              <w:t>ακευτικής α</w:t>
            </w:r>
            <w:proofErr w:type="spellStart"/>
            <w:r>
              <w:rPr>
                <w:sz w:val="17"/>
              </w:rPr>
              <w:t>γωγής</w:t>
            </w:r>
            <w:proofErr w:type="spellEnd"/>
          </w:p>
        </w:tc>
        <w:tc>
          <w:tcPr>
            <w:tcW w:w="3231" w:type="dxa"/>
            <w:tcMar>
              <w:top w:w="65" w:type="dxa"/>
              <w:left w:w="80" w:type="dxa"/>
              <w:bottom w:w="65" w:type="dxa"/>
              <w:right w:w="80" w:type="dxa"/>
            </w:tcMar>
          </w:tcPr>
          <w:p w14:paraId="02123161" w14:textId="77777777" w:rsidR="0096746C" w:rsidRDefault="00000000">
            <w:r>
              <w:rPr>
                <w:sz w:val="17"/>
              </w:rPr>
              <w:t>Σημαντική παρατήρηση</w:t>
            </w:r>
          </w:p>
        </w:tc>
        <w:tc>
          <w:tcPr>
            <w:tcW w:w="3231" w:type="dxa"/>
            <w:tcMar>
              <w:top w:w="65" w:type="dxa"/>
              <w:left w:w="80" w:type="dxa"/>
              <w:bottom w:w="65" w:type="dxa"/>
              <w:right w:w="80" w:type="dxa"/>
            </w:tcMar>
          </w:tcPr>
          <w:p w14:paraId="0EFCF4D0" w14:textId="77777777" w:rsidR="0096746C" w:rsidRDefault="00000000">
            <w:r>
              <w:rPr>
                <w:sz w:val="17"/>
              </w:rPr>
              <w:t>Πρόοδος και συμμετοχή</w:t>
            </w:r>
          </w:p>
        </w:tc>
      </w:tr>
      <w:tr w:rsidR="0096746C" w14:paraId="2F339AC7" w14:textId="77777777">
        <w:trPr>
          <w:cantSplit/>
          <w:jc w:val="center"/>
        </w:trPr>
        <w:tc>
          <w:tcPr>
            <w:tcW w:w="3231" w:type="dxa"/>
            <w:tcMar>
              <w:top w:w="65" w:type="dxa"/>
              <w:left w:w="80" w:type="dxa"/>
              <w:bottom w:w="65" w:type="dxa"/>
              <w:right w:w="80" w:type="dxa"/>
            </w:tcMar>
          </w:tcPr>
          <w:p w14:paraId="0E78F812" w14:textId="77777777" w:rsidR="0096746C" w:rsidRDefault="00000000">
            <w:r>
              <w:rPr>
                <w:sz w:val="17"/>
              </w:rPr>
              <w:t>Ατύχημα ή πρώτες βοήθειες</w:t>
            </w:r>
          </w:p>
        </w:tc>
        <w:tc>
          <w:tcPr>
            <w:tcW w:w="3231" w:type="dxa"/>
            <w:tcMar>
              <w:top w:w="65" w:type="dxa"/>
              <w:left w:w="80" w:type="dxa"/>
              <w:bottom w:w="65" w:type="dxa"/>
              <w:right w:w="80" w:type="dxa"/>
            </w:tcMar>
          </w:tcPr>
          <w:p w14:paraId="51D173E6" w14:textId="77777777" w:rsidR="0096746C" w:rsidRDefault="00000000">
            <w:r>
              <w:rPr>
                <w:sz w:val="17"/>
              </w:rPr>
              <w:t>Περιστατικό συμπεριφοράς</w:t>
            </w:r>
          </w:p>
        </w:tc>
        <w:tc>
          <w:tcPr>
            <w:tcW w:w="3231" w:type="dxa"/>
            <w:tcMar>
              <w:top w:w="65" w:type="dxa"/>
              <w:left w:w="80" w:type="dxa"/>
              <w:bottom w:w="65" w:type="dxa"/>
              <w:right w:w="80" w:type="dxa"/>
            </w:tcMar>
          </w:tcPr>
          <w:p w14:paraId="6B582295" w14:textId="77777777" w:rsidR="0096746C" w:rsidRDefault="00000000">
            <w:r>
              <w:rPr>
                <w:sz w:val="17"/>
              </w:rPr>
              <w:t>Μοτίβο παρουσίας</w:t>
            </w:r>
          </w:p>
        </w:tc>
      </w:tr>
      <w:tr w:rsidR="0096746C" w14:paraId="2666E231" w14:textId="77777777">
        <w:trPr>
          <w:cantSplit/>
          <w:jc w:val="center"/>
        </w:trPr>
        <w:tc>
          <w:tcPr>
            <w:tcW w:w="3231" w:type="dxa"/>
            <w:tcMar>
              <w:top w:w="65" w:type="dxa"/>
              <w:left w:w="80" w:type="dxa"/>
              <w:bottom w:w="65" w:type="dxa"/>
              <w:right w:w="80" w:type="dxa"/>
            </w:tcMar>
          </w:tcPr>
          <w:p w14:paraId="69C58674" w14:textId="77777777" w:rsidR="0096746C" w:rsidRDefault="00000000">
            <w:r>
              <w:rPr>
                <w:sz w:val="17"/>
              </w:rPr>
              <w:t>Ανησυχία προστασίας</w:t>
            </w:r>
          </w:p>
        </w:tc>
        <w:tc>
          <w:tcPr>
            <w:tcW w:w="3231" w:type="dxa"/>
            <w:tcMar>
              <w:top w:w="65" w:type="dxa"/>
              <w:left w:w="80" w:type="dxa"/>
              <w:bottom w:w="65" w:type="dxa"/>
              <w:right w:w="80" w:type="dxa"/>
            </w:tcMar>
          </w:tcPr>
          <w:p w14:paraId="59C3F8E4" w14:textId="77777777" w:rsidR="0096746C" w:rsidRDefault="00000000">
            <w:r>
              <w:rPr>
                <w:sz w:val="17"/>
              </w:rPr>
              <w:t>Παραπομπή / κοινοποίηση πληροφοριών</w:t>
            </w:r>
          </w:p>
        </w:tc>
        <w:tc>
          <w:tcPr>
            <w:tcW w:w="3231" w:type="dxa"/>
            <w:tcMar>
              <w:top w:w="65" w:type="dxa"/>
              <w:left w:w="80" w:type="dxa"/>
              <w:bottom w:w="65" w:type="dxa"/>
              <w:right w:w="80" w:type="dxa"/>
            </w:tcMar>
          </w:tcPr>
          <w:p w14:paraId="4E301A1E" w14:textId="77777777" w:rsidR="0096746C" w:rsidRDefault="00000000">
            <w:r>
              <w:rPr>
                <w:sz w:val="17"/>
              </w:rPr>
              <w:t>Ανατροφοδότηση οικογένειας</w:t>
            </w:r>
          </w:p>
        </w:tc>
      </w:tr>
      <w:tr w:rsidR="0096746C" w:rsidRPr="004A324C" w14:paraId="5E99307E" w14:textId="77777777">
        <w:trPr>
          <w:cantSplit/>
          <w:jc w:val="center"/>
        </w:trPr>
        <w:tc>
          <w:tcPr>
            <w:tcW w:w="3231" w:type="dxa"/>
            <w:tcMar>
              <w:top w:w="65" w:type="dxa"/>
              <w:left w:w="80" w:type="dxa"/>
              <w:bottom w:w="65" w:type="dxa"/>
              <w:right w:w="80" w:type="dxa"/>
            </w:tcMar>
          </w:tcPr>
          <w:p w14:paraId="54003DDA" w14:textId="77777777" w:rsidR="0096746C" w:rsidRDefault="00000000">
            <w:r>
              <w:rPr>
                <w:sz w:val="17"/>
              </w:rPr>
              <w:t>Σοβαρό περιστατικό</w:t>
            </w:r>
          </w:p>
        </w:tc>
        <w:tc>
          <w:tcPr>
            <w:tcW w:w="3231" w:type="dxa"/>
            <w:tcMar>
              <w:top w:w="65" w:type="dxa"/>
              <w:left w:w="80" w:type="dxa"/>
              <w:bottom w:w="65" w:type="dxa"/>
              <w:right w:w="80" w:type="dxa"/>
            </w:tcMar>
          </w:tcPr>
          <w:p w14:paraId="2851BC0C" w14:textId="77777777" w:rsidR="0096746C" w:rsidRPr="004A324C" w:rsidRDefault="00000000">
            <w:pPr>
              <w:rPr>
                <w:lang w:val="el-GR"/>
              </w:rPr>
            </w:pPr>
            <w:r w:rsidRPr="004A324C">
              <w:rPr>
                <w:sz w:val="17"/>
                <w:lang w:val="el-GR"/>
              </w:rPr>
              <w:t>Αλλαγή κινδύνου ή ανάγκης υποστήριξης</w:t>
            </w:r>
          </w:p>
        </w:tc>
        <w:tc>
          <w:tcPr>
            <w:tcW w:w="3231" w:type="dxa"/>
            <w:tcMar>
              <w:top w:w="65" w:type="dxa"/>
              <w:left w:w="80" w:type="dxa"/>
              <w:bottom w:w="65" w:type="dxa"/>
              <w:right w:w="80" w:type="dxa"/>
            </w:tcMar>
          </w:tcPr>
          <w:p w14:paraId="62A7E8C1" w14:textId="77777777" w:rsidR="0096746C" w:rsidRPr="004A324C" w:rsidRDefault="00000000">
            <w:pPr>
              <w:rPr>
                <w:lang w:val="el-GR"/>
              </w:rPr>
            </w:pPr>
            <w:r w:rsidRPr="004A324C">
              <w:rPr>
                <w:sz w:val="17"/>
                <w:lang w:val="el-GR"/>
              </w:rPr>
              <w:t>Κατά πόσο η υπηρεσία παραμένει κατάλληλη</w:t>
            </w:r>
          </w:p>
        </w:tc>
      </w:tr>
    </w:tbl>
    <w:p w14:paraId="35E63FB2" w14:textId="77777777" w:rsidR="0096746C" w:rsidRPr="004A324C" w:rsidRDefault="0096746C">
      <w:pPr>
        <w:spacing w:after="20"/>
        <w:rPr>
          <w:lang w:val="el-GR"/>
        </w:rPr>
      </w:pPr>
    </w:p>
    <w:p w14:paraId="5D26550C" w14:textId="77777777" w:rsidR="0096746C" w:rsidRPr="004A324C" w:rsidRDefault="00000000">
      <w:pPr>
        <w:spacing w:after="40"/>
        <w:ind w:left="255" w:hanging="159"/>
        <w:rPr>
          <w:lang w:val="el-GR"/>
        </w:rPr>
      </w:pPr>
      <w:r w:rsidRPr="004A324C">
        <w:rPr>
          <w:color w:val="2F5597"/>
          <w:lang w:val="el-GR"/>
        </w:rPr>
        <w:t>• Τα αρχεία πρέπει να διακρίνουν τα γεγονότα, τις άμεσες δηλώσεις/παραθέσεις, τις παρατηρήσεις και την επαγγελματική άποψη.</w:t>
      </w:r>
    </w:p>
    <w:p w14:paraId="22998ED8" w14:textId="77777777" w:rsidR="0096746C" w:rsidRPr="004A324C" w:rsidRDefault="00000000">
      <w:pPr>
        <w:spacing w:after="40"/>
        <w:ind w:left="255" w:hanging="159"/>
        <w:rPr>
          <w:lang w:val="el-GR"/>
        </w:rPr>
      </w:pPr>
      <w:r w:rsidRPr="004A324C">
        <w:rPr>
          <w:color w:val="2F5597"/>
          <w:lang w:val="el-GR"/>
        </w:rPr>
        <w:t>• Οι ευαίσθητες πληροφορίες αποθηκεύονται με περιορισμένη πρόσβαση.</w:t>
      </w:r>
    </w:p>
    <w:p w14:paraId="7809B401" w14:textId="77777777" w:rsidR="0096746C" w:rsidRPr="004A324C" w:rsidRDefault="00000000">
      <w:pPr>
        <w:spacing w:after="40"/>
        <w:ind w:left="255" w:hanging="159"/>
        <w:rPr>
          <w:lang w:val="el-GR"/>
        </w:rPr>
      </w:pPr>
      <w:r w:rsidRPr="004A324C">
        <w:rPr>
          <w:color w:val="2F5597"/>
          <w:lang w:val="el-GR"/>
        </w:rPr>
        <w:t>• Το προσωπικό δεν πρέπει να διατηρεί πληροφορίες παιδιών σε προσωπικές συσκευές.</w:t>
      </w:r>
    </w:p>
    <w:p w14:paraId="274B8BC4" w14:textId="77777777" w:rsidR="0096746C" w:rsidRPr="004A324C" w:rsidRDefault="00000000">
      <w:pPr>
        <w:spacing w:after="40"/>
        <w:ind w:left="255" w:hanging="159"/>
        <w:rPr>
          <w:lang w:val="el-GR"/>
        </w:rPr>
      </w:pPr>
      <w:r w:rsidRPr="004A324C">
        <w:rPr>
          <w:color w:val="2F5597"/>
          <w:lang w:val="el-GR"/>
        </w:rPr>
        <w:t>• Οι πληροφορίες κοινοποιούνται μόνο όταν υπάρχει σαφής σκοπός και νόμιμη βάση.</w:t>
      </w:r>
    </w:p>
    <w:p w14:paraId="183DAC5B" w14:textId="77777777" w:rsidR="0096746C" w:rsidRPr="004A324C" w:rsidRDefault="00000000">
      <w:pPr>
        <w:spacing w:after="40"/>
        <w:ind w:left="255" w:hanging="159"/>
        <w:rPr>
          <w:lang w:val="el-GR"/>
        </w:rPr>
      </w:pPr>
      <w:r w:rsidRPr="004A324C">
        <w:rPr>
          <w:color w:val="2F5597"/>
          <w:lang w:val="el-GR"/>
        </w:rPr>
        <w:t>• Πληροφορίες προστασίας μπορεί να χρειαστεί να κοινοποιηθούν χωρίς συγκατάθεση όταν αυτό είναι αναγκαίο για την προστασία ενός παιδιού.</w:t>
      </w:r>
    </w:p>
    <w:p w14:paraId="1109E3D9" w14:textId="77777777" w:rsidR="0096746C" w:rsidRPr="004A324C" w:rsidRDefault="00000000">
      <w:pPr>
        <w:pStyle w:val="Heading1"/>
        <w:rPr>
          <w:lang w:val="el-GR"/>
        </w:rPr>
      </w:pPr>
      <w:r w:rsidRPr="004A324C">
        <w:rPr>
          <w:lang w:val="el-GR"/>
        </w:rPr>
        <w:t>23. Συναντήσεις προσωπικού, εποπτεία και επαγγελματική ανάπτυξη</w:t>
      </w:r>
    </w:p>
    <w:p w14:paraId="4376A591" w14:textId="77777777" w:rsidR="0096746C" w:rsidRDefault="00000000">
      <w:pPr>
        <w:pStyle w:val="Heading2"/>
      </w:pPr>
      <w:proofErr w:type="spellStart"/>
      <w:r>
        <w:t>Ρυθμός</w:t>
      </w:r>
      <w:proofErr w:type="spellEnd"/>
      <w:r>
        <w:t xml:space="preserve"> </w:t>
      </w:r>
      <w:proofErr w:type="spellStart"/>
      <w:r>
        <w:t>διοικητικής</w:t>
      </w:r>
      <w:proofErr w:type="spellEnd"/>
      <w:r>
        <w:t xml:space="preserve"> παρα</w:t>
      </w:r>
      <w:proofErr w:type="spellStart"/>
      <w:r>
        <w:t>κολούθησης</w:t>
      </w:r>
      <w:proofErr w:type="spellEnd"/>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871"/>
        <w:gridCol w:w="8050"/>
      </w:tblGrid>
      <w:tr w:rsidR="0096746C" w14:paraId="65D0A5C8" w14:textId="77777777">
        <w:trPr>
          <w:cantSplit/>
          <w:tblHeader/>
          <w:jc w:val="center"/>
        </w:trPr>
        <w:tc>
          <w:tcPr>
            <w:tcW w:w="1871" w:type="dxa"/>
            <w:shd w:val="clear" w:color="auto" w:fill="D9E2F3"/>
            <w:tcMar>
              <w:top w:w="70" w:type="dxa"/>
              <w:left w:w="85" w:type="dxa"/>
              <w:bottom w:w="70" w:type="dxa"/>
              <w:right w:w="85" w:type="dxa"/>
            </w:tcMar>
            <w:vAlign w:val="center"/>
          </w:tcPr>
          <w:p w14:paraId="39BA8C2F" w14:textId="77777777" w:rsidR="0096746C" w:rsidRDefault="00000000">
            <w:r>
              <w:rPr>
                <w:color w:val="2F5597"/>
                <w:sz w:val="18"/>
              </w:rPr>
              <w:t>Συχνότητα</w:t>
            </w:r>
          </w:p>
        </w:tc>
        <w:tc>
          <w:tcPr>
            <w:tcW w:w="8050" w:type="dxa"/>
            <w:shd w:val="clear" w:color="auto" w:fill="D9E2F3"/>
            <w:tcMar>
              <w:top w:w="70" w:type="dxa"/>
              <w:left w:w="85" w:type="dxa"/>
              <w:bottom w:w="70" w:type="dxa"/>
              <w:right w:w="85" w:type="dxa"/>
            </w:tcMar>
            <w:vAlign w:val="center"/>
          </w:tcPr>
          <w:p w14:paraId="44A0BF1D" w14:textId="77777777" w:rsidR="0096746C" w:rsidRDefault="00000000">
            <w:r>
              <w:rPr>
                <w:color w:val="2F5597"/>
                <w:sz w:val="18"/>
              </w:rPr>
              <w:t>Σκοπός</w:t>
            </w:r>
          </w:p>
        </w:tc>
      </w:tr>
      <w:tr w:rsidR="0096746C" w:rsidRPr="004A324C" w14:paraId="385BC2E2" w14:textId="77777777">
        <w:trPr>
          <w:cantSplit/>
          <w:jc w:val="center"/>
        </w:trPr>
        <w:tc>
          <w:tcPr>
            <w:tcW w:w="1871" w:type="dxa"/>
            <w:tcMar>
              <w:top w:w="65" w:type="dxa"/>
              <w:left w:w="80" w:type="dxa"/>
              <w:bottom w:w="65" w:type="dxa"/>
              <w:right w:w="80" w:type="dxa"/>
            </w:tcMar>
          </w:tcPr>
          <w:p w14:paraId="1074D93A" w14:textId="77777777" w:rsidR="0096746C" w:rsidRDefault="00000000">
            <w:r>
              <w:rPr>
                <w:sz w:val="18"/>
              </w:rPr>
              <w:t>Καθημερινά</w:t>
            </w:r>
          </w:p>
        </w:tc>
        <w:tc>
          <w:tcPr>
            <w:tcW w:w="8050" w:type="dxa"/>
            <w:tcMar>
              <w:top w:w="65" w:type="dxa"/>
              <w:left w:w="80" w:type="dxa"/>
              <w:bottom w:w="65" w:type="dxa"/>
              <w:right w:w="80" w:type="dxa"/>
            </w:tcMar>
          </w:tcPr>
          <w:p w14:paraId="6DBE4B4D" w14:textId="77777777" w:rsidR="0096746C" w:rsidRPr="004A324C" w:rsidRDefault="00000000">
            <w:pPr>
              <w:rPr>
                <w:lang w:val="el-GR"/>
              </w:rPr>
            </w:pPr>
            <w:r w:rsidRPr="004A324C">
              <w:rPr>
                <w:sz w:val="18"/>
                <w:lang w:val="el-GR"/>
              </w:rPr>
              <w:t>Σύντομη ενημέρωση προσωπικού πριν από την άφιξη των παιδιών και παράδοση όπου απαιτείται συνέχεια.</w:t>
            </w:r>
          </w:p>
        </w:tc>
      </w:tr>
      <w:tr w:rsidR="0096746C" w:rsidRPr="004A324C" w14:paraId="6A766A56" w14:textId="77777777">
        <w:trPr>
          <w:cantSplit/>
          <w:jc w:val="center"/>
        </w:trPr>
        <w:tc>
          <w:tcPr>
            <w:tcW w:w="1871" w:type="dxa"/>
            <w:tcMar>
              <w:top w:w="65" w:type="dxa"/>
              <w:left w:w="80" w:type="dxa"/>
              <w:bottom w:w="65" w:type="dxa"/>
              <w:right w:w="80" w:type="dxa"/>
            </w:tcMar>
          </w:tcPr>
          <w:p w14:paraId="33501FF5" w14:textId="77777777" w:rsidR="0096746C" w:rsidRDefault="00000000">
            <w:r>
              <w:rPr>
                <w:sz w:val="18"/>
              </w:rPr>
              <w:t>Εβ</w:t>
            </w:r>
            <w:proofErr w:type="spellStart"/>
            <w:r>
              <w:rPr>
                <w:sz w:val="18"/>
              </w:rPr>
              <w:t>δομ</w:t>
            </w:r>
            <w:proofErr w:type="spellEnd"/>
            <w:r>
              <w:rPr>
                <w:sz w:val="18"/>
              </w:rPr>
              <w:t>αδιαία</w:t>
            </w:r>
          </w:p>
        </w:tc>
        <w:tc>
          <w:tcPr>
            <w:tcW w:w="8050" w:type="dxa"/>
            <w:tcMar>
              <w:top w:w="65" w:type="dxa"/>
              <w:left w:w="80" w:type="dxa"/>
              <w:bottom w:w="65" w:type="dxa"/>
              <w:right w:w="80" w:type="dxa"/>
            </w:tcMar>
          </w:tcPr>
          <w:p w14:paraId="23E6DB43" w14:textId="77777777" w:rsidR="0096746C" w:rsidRPr="004A324C" w:rsidRDefault="00000000">
            <w:pPr>
              <w:rPr>
                <w:lang w:val="el-GR"/>
              </w:rPr>
            </w:pPr>
            <w:r w:rsidRPr="004A324C">
              <w:rPr>
                <w:sz w:val="18"/>
                <w:lang w:val="el-GR"/>
              </w:rPr>
              <w:t>Προγραμματισμός προγράμματος, ανασκόπηση στελέχωσης και επιχειρησιακά ζητήματα.</w:t>
            </w:r>
          </w:p>
        </w:tc>
      </w:tr>
      <w:tr w:rsidR="0096746C" w:rsidRPr="004A324C" w14:paraId="06367393" w14:textId="77777777">
        <w:trPr>
          <w:cantSplit/>
          <w:jc w:val="center"/>
        </w:trPr>
        <w:tc>
          <w:tcPr>
            <w:tcW w:w="1871" w:type="dxa"/>
            <w:tcMar>
              <w:top w:w="65" w:type="dxa"/>
              <w:left w:w="80" w:type="dxa"/>
              <w:bottom w:w="65" w:type="dxa"/>
              <w:right w:w="80" w:type="dxa"/>
            </w:tcMar>
          </w:tcPr>
          <w:p w14:paraId="5BDA4CA4" w14:textId="77777777" w:rsidR="0096746C" w:rsidRDefault="00000000">
            <w:proofErr w:type="spellStart"/>
            <w:r>
              <w:rPr>
                <w:sz w:val="18"/>
              </w:rPr>
              <w:t>Μηνι</w:t>
            </w:r>
            <w:proofErr w:type="spellEnd"/>
            <w:r>
              <w:rPr>
                <w:sz w:val="18"/>
              </w:rPr>
              <w:t>αία</w:t>
            </w:r>
          </w:p>
        </w:tc>
        <w:tc>
          <w:tcPr>
            <w:tcW w:w="8050" w:type="dxa"/>
            <w:tcMar>
              <w:top w:w="65" w:type="dxa"/>
              <w:left w:w="80" w:type="dxa"/>
              <w:bottom w:w="65" w:type="dxa"/>
              <w:right w:w="80" w:type="dxa"/>
            </w:tcMar>
          </w:tcPr>
          <w:p w14:paraId="60BB22E4" w14:textId="77777777" w:rsidR="0096746C" w:rsidRPr="004A324C" w:rsidRDefault="00000000">
            <w:pPr>
              <w:rPr>
                <w:lang w:val="el-GR"/>
              </w:rPr>
            </w:pPr>
            <w:r w:rsidRPr="004A324C">
              <w:rPr>
                <w:sz w:val="18"/>
                <w:lang w:val="el-GR"/>
              </w:rPr>
              <w:t>Ανασκόπηση παιδιών, τάσεις, ενέργειες ασφάλειας και βελτίωση υπηρεσίας.</w:t>
            </w:r>
          </w:p>
        </w:tc>
      </w:tr>
      <w:tr w:rsidR="0096746C" w:rsidRPr="004A324C" w14:paraId="124F1584" w14:textId="77777777">
        <w:trPr>
          <w:cantSplit/>
          <w:jc w:val="center"/>
        </w:trPr>
        <w:tc>
          <w:tcPr>
            <w:tcW w:w="1871" w:type="dxa"/>
            <w:tcMar>
              <w:top w:w="65" w:type="dxa"/>
              <w:left w:w="80" w:type="dxa"/>
              <w:bottom w:w="65" w:type="dxa"/>
              <w:right w:w="80" w:type="dxa"/>
            </w:tcMar>
          </w:tcPr>
          <w:p w14:paraId="71FC93B5" w14:textId="77777777" w:rsidR="0096746C" w:rsidRDefault="00000000">
            <w:proofErr w:type="spellStart"/>
            <w:r>
              <w:rPr>
                <w:sz w:val="18"/>
              </w:rPr>
              <w:t>Κάθε</w:t>
            </w:r>
            <w:proofErr w:type="spellEnd"/>
            <w:r>
              <w:rPr>
                <w:sz w:val="18"/>
              </w:rPr>
              <w:t xml:space="preserve"> 6 </w:t>
            </w:r>
            <w:proofErr w:type="spellStart"/>
            <w:r>
              <w:rPr>
                <w:sz w:val="18"/>
              </w:rPr>
              <w:t>έως</w:t>
            </w:r>
            <w:proofErr w:type="spellEnd"/>
            <w:r>
              <w:rPr>
                <w:sz w:val="18"/>
              </w:rPr>
              <w:t xml:space="preserve"> 8 εβδομάδες</w:t>
            </w:r>
          </w:p>
        </w:tc>
        <w:tc>
          <w:tcPr>
            <w:tcW w:w="8050" w:type="dxa"/>
            <w:tcMar>
              <w:top w:w="65" w:type="dxa"/>
              <w:left w:w="80" w:type="dxa"/>
              <w:bottom w:w="65" w:type="dxa"/>
              <w:right w:w="80" w:type="dxa"/>
            </w:tcMar>
          </w:tcPr>
          <w:p w14:paraId="01BB87A2" w14:textId="77777777" w:rsidR="0096746C" w:rsidRPr="004A324C" w:rsidRDefault="00000000">
            <w:pPr>
              <w:rPr>
                <w:lang w:val="el-GR"/>
              </w:rPr>
            </w:pPr>
            <w:r w:rsidRPr="004A324C">
              <w:rPr>
                <w:sz w:val="18"/>
                <w:lang w:val="el-GR"/>
              </w:rPr>
              <w:t>Ατομική εποπτεία για προσωπικό με τακτικές ευθύνες άμεσης επαφής με παιδιά.</w:t>
            </w:r>
          </w:p>
        </w:tc>
      </w:tr>
      <w:tr w:rsidR="0096746C" w:rsidRPr="004A324C" w14:paraId="0DF41A57" w14:textId="77777777">
        <w:trPr>
          <w:cantSplit/>
          <w:jc w:val="center"/>
        </w:trPr>
        <w:tc>
          <w:tcPr>
            <w:tcW w:w="1871" w:type="dxa"/>
            <w:tcMar>
              <w:top w:w="65" w:type="dxa"/>
              <w:left w:w="80" w:type="dxa"/>
              <w:bottom w:w="65" w:type="dxa"/>
              <w:right w:w="80" w:type="dxa"/>
            </w:tcMar>
          </w:tcPr>
          <w:p w14:paraId="7EF91D40" w14:textId="77777777" w:rsidR="0096746C" w:rsidRDefault="00000000">
            <w:proofErr w:type="spellStart"/>
            <w:r>
              <w:rPr>
                <w:sz w:val="18"/>
              </w:rPr>
              <w:t>Ανά</w:t>
            </w:r>
            <w:proofErr w:type="spellEnd"/>
            <w:r>
              <w:rPr>
                <w:sz w:val="18"/>
              </w:rPr>
              <w:t xml:space="preserve"> </w:t>
            </w:r>
            <w:proofErr w:type="spellStart"/>
            <w:r>
              <w:rPr>
                <w:sz w:val="18"/>
              </w:rPr>
              <w:t>σχολική</w:t>
            </w:r>
            <w:proofErr w:type="spellEnd"/>
            <w:r>
              <w:rPr>
                <w:sz w:val="18"/>
              </w:rPr>
              <w:t xml:space="preserve"> π</w:t>
            </w:r>
            <w:proofErr w:type="spellStart"/>
            <w:r>
              <w:rPr>
                <w:sz w:val="18"/>
              </w:rPr>
              <w:t>ερίοδο</w:t>
            </w:r>
            <w:proofErr w:type="spellEnd"/>
          </w:p>
        </w:tc>
        <w:tc>
          <w:tcPr>
            <w:tcW w:w="8050" w:type="dxa"/>
            <w:tcMar>
              <w:top w:w="65" w:type="dxa"/>
              <w:left w:w="80" w:type="dxa"/>
              <w:bottom w:w="65" w:type="dxa"/>
              <w:right w:w="80" w:type="dxa"/>
            </w:tcMar>
          </w:tcPr>
          <w:p w14:paraId="35E42F37" w14:textId="77777777" w:rsidR="0096746C" w:rsidRPr="004A324C" w:rsidRDefault="00000000">
            <w:pPr>
              <w:rPr>
                <w:lang w:val="el-GR"/>
              </w:rPr>
            </w:pPr>
            <w:r w:rsidRPr="004A324C">
              <w:rPr>
                <w:sz w:val="18"/>
                <w:lang w:val="el-GR"/>
              </w:rPr>
              <w:t>Αξιολόγηση προγράμματος, ανατροφοδότηση γονέων, ανασκόπηση προόδου και εκπαίδευσης.</w:t>
            </w:r>
          </w:p>
        </w:tc>
      </w:tr>
      <w:tr w:rsidR="0096746C" w:rsidRPr="004A324C" w14:paraId="2AE73518" w14:textId="77777777">
        <w:trPr>
          <w:cantSplit/>
          <w:jc w:val="center"/>
        </w:trPr>
        <w:tc>
          <w:tcPr>
            <w:tcW w:w="1871" w:type="dxa"/>
            <w:tcMar>
              <w:top w:w="65" w:type="dxa"/>
              <w:left w:w="80" w:type="dxa"/>
              <w:bottom w:w="65" w:type="dxa"/>
              <w:right w:w="80" w:type="dxa"/>
            </w:tcMar>
          </w:tcPr>
          <w:p w14:paraId="68A32869" w14:textId="77777777" w:rsidR="0096746C" w:rsidRDefault="00000000">
            <w:proofErr w:type="spellStart"/>
            <w:r>
              <w:rPr>
                <w:sz w:val="18"/>
              </w:rPr>
              <w:lastRenderedPageBreak/>
              <w:t>Τριμηνι</w:t>
            </w:r>
            <w:proofErr w:type="spellEnd"/>
            <w:r>
              <w:rPr>
                <w:sz w:val="18"/>
              </w:rPr>
              <w:t>αία</w:t>
            </w:r>
          </w:p>
        </w:tc>
        <w:tc>
          <w:tcPr>
            <w:tcW w:w="8050" w:type="dxa"/>
            <w:tcMar>
              <w:top w:w="65" w:type="dxa"/>
              <w:left w:w="80" w:type="dxa"/>
              <w:bottom w:w="65" w:type="dxa"/>
              <w:right w:w="80" w:type="dxa"/>
            </w:tcMar>
          </w:tcPr>
          <w:p w14:paraId="565235CF" w14:textId="77777777" w:rsidR="0096746C" w:rsidRPr="004A324C" w:rsidRDefault="00000000">
            <w:pPr>
              <w:rPr>
                <w:lang w:val="el-GR"/>
              </w:rPr>
            </w:pPr>
            <w:r w:rsidRPr="004A324C">
              <w:rPr>
                <w:sz w:val="18"/>
                <w:lang w:val="el-GR"/>
              </w:rPr>
              <w:t>Έκθεση διασφάλισης προστασίας και λειτουργίας προς το Διοικητικό Συμβούλιο.</w:t>
            </w:r>
          </w:p>
        </w:tc>
      </w:tr>
      <w:tr w:rsidR="0096746C" w:rsidRPr="004A324C" w14:paraId="3CBAB4C7" w14:textId="77777777">
        <w:trPr>
          <w:cantSplit/>
          <w:jc w:val="center"/>
        </w:trPr>
        <w:tc>
          <w:tcPr>
            <w:tcW w:w="1871" w:type="dxa"/>
            <w:tcMar>
              <w:top w:w="65" w:type="dxa"/>
              <w:left w:w="80" w:type="dxa"/>
              <w:bottom w:w="65" w:type="dxa"/>
              <w:right w:w="80" w:type="dxa"/>
            </w:tcMar>
          </w:tcPr>
          <w:p w14:paraId="02ECACF8" w14:textId="77777777" w:rsidR="0096746C" w:rsidRDefault="00000000">
            <w:proofErr w:type="spellStart"/>
            <w:r>
              <w:rPr>
                <w:sz w:val="18"/>
              </w:rPr>
              <w:t>Ετησίως</w:t>
            </w:r>
            <w:proofErr w:type="spellEnd"/>
          </w:p>
        </w:tc>
        <w:tc>
          <w:tcPr>
            <w:tcW w:w="8050" w:type="dxa"/>
            <w:tcMar>
              <w:top w:w="65" w:type="dxa"/>
              <w:left w:w="80" w:type="dxa"/>
              <w:bottom w:w="65" w:type="dxa"/>
              <w:right w:w="80" w:type="dxa"/>
            </w:tcMar>
          </w:tcPr>
          <w:p w14:paraId="4CB45200" w14:textId="77777777" w:rsidR="0096746C" w:rsidRPr="004A324C" w:rsidRDefault="00000000">
            <w:pPr>
              <w:rPr>
                <w:lang w:val="el-GR"/>
              </w:rPr>
            </w:pPr>
            <w:r w:rsidRPr="004A324C">
              <w:rPr>
                <w:sz w:val="18"/>
                <w:lang w:val="el-GR"/>
              </w:rPr>
              <w:t>Πλήρης ανασκόπηση υπηρεσίας, έλεγχος συμμόρφωσης και σχέδιο ανάπτυξης.</w:t>
            </w:r>
          </w:p>
        </w:tc>
      </w:tr>
    </w:tbl>
    <w:p w14:paraId="61B5FA8D" w14:textId="77777777" w:rsidR="0096746C" w:rsidRPr="004A324C" w:rsidRDefault="0096746C">
      <w:pPr>
        <w:spacing w:after="20"/>
        <w:rPr>
          <w:lang w:val="el-GR"/>
        </w:rPr>
      </w:pPr>
    </w:p>
    <w:p w14:paraId="1D59DF46" w14:textId="77777777" w:rsidR="0096746C" w:rsidRPr="004A324C" w:rsidRDefault="00000000">
      <w:pPr>
        <w:pStyle w:val="Heading2"/>
        <w:rPr>
          <w:lang w:val="el-GR"/>
        </w:rPr>
      </w:pPr>
      <w:r w:rsidRPr="004A324C">
        <w:rPr>
          <w:lang w:val="el-GR"/>
        </w:rPr>
        <w:t>Η εποπτεία πρέπει να περιλαμβάνει</w:t>
      </w:r>
    </w:p>
    <w:p w14:paraId="1BD73110" w14:textId="77777777" w:rsidR="0096746C" w:rsidRPr="004A324C" w:rsidRDefault="00000000">
      <w:pPr>
        <w:spacing w:after="40"/>
        <w:ind w:left="255" w:hanging="159"/>
        <w:rPr>
          <w:lang w:val="el-GR"/>
        </w:rPr>
      </w:pPr>
      <w:r w:rsidRPr="004A324C">
        <w:rPr>
          <w:color w:val="2F5597"/>
          <w:lang w:val="el-GR"/>
        </w:rPr>
        <w:t>• Παιδιά για τα οποία ανησυχεί ο εργαζόμενος.</w:t>
      </w:r>
    </w:p>
    <w:p w14:paraId="2981E1DF" w14:textId="77777777" w:rsidR="0096746C" w:rsidRPr="004A324C" w:rsidRDefault="00000000">
      <w:pPr>
        <w:spacing w:after="40"/>
        <w:ind w:left="255" w:hanging="159"/>
        <w:rPr>
          <w:lang w:val="el-GR"/>
        </w:rPr>
      </w:pPr>
      <w:r w:rsidRPr="004A324C">
        <w:rPr>
          <w:color w:val="2F5597"/>
          <w:lang w:val="el-GR"/>
        </w:rPr>
        <w:t>• Προστασία παιδιών και επαγγελματικά όρια.</w:t>
      </w:r>
    </w:p>
    <w:p w14:paraId="76C2DE2F" w14:textId="77777777" w:rsidR="0096746C" w:rsidRPr="004A324C" w:rsidRDefault="00000000">
      <w:pPr>
        <w:spacing w:after="40"/>
        <w:ind w:left="255" w:hanging="159"/>
        <w:rPr>
          <w:lang w:val="el-GR"/>
        </w:rPr>
      </w:pPr>
      <w:r w:rsidRPr="004A324C">
        <w:rPr>
          <w:color w:val="2F5597"/>
          <w:lang w:val="el-GR"/>
        </w:rPr>
        <w:t>• Ποιότητα άμεσης εργασίας και καταγραφής.</w:t>
      </w:r>
    </w:p>
    <w:p w14:paraId="2CD2976E" w14:textId="77777777" w:rsidR="0096746C" w:rsidRPr="004A324C" w:rsidRDefault="00000000">
      <w:pPr>
        <w:spacing w:after="40"/>
        <w:ind w:left="255" w:hanging="159"/>
        <w:rPr>
          <w:lang w:val="el-GR"/>
        </w:rPr>
      </w:pPr>
      <w:r w:rsidRPr="004A324C">
        <w:rPr>
          <w:color w:val="2F5597"/>
          <w:lang w:val="el-GR"/>
        </w:rPr>
        <w:t>• Προκλήσεις στην υποστήριξη συμπεριφοράς.</w:t>
      </w:r>
    </w:p>
    <w:p w14:paraId="26080F3C" w14:textId="77777777" w:rsidR="0096746C" w:rsidRPr="004A324C" w:rsidRDefault="00000000">
      <w:pPr>
        <w:spacing w:after="40"/>
        <w:ind w:left="255" w:hanging="159"/>
        <w:rPr>
          <w:lang w:val="el-GR"/>
        </w:rPr>
      </w:pPr>
      <w:r w:rsidRPr="004A324C">
        <w:rPr>
          <w:color w:val="2F5597"/>
          <w:lang w:val="el-GR"/>
        </w:rPr>
        <w:t>• Σχέσεις και επικοινωνία μέσα στην ομάδα.</w:t>
      </w:r>
    </w:p>
    <w:p w14:paraId="1E3D3416" w14:textId="77777777" w:rsidR="0096746C" w:rsidRPr="004A324C" w:rsidRDefault="00000000">
      <w:pPr>
        <w:spacing w:after="40"/>
        <w:ind w:left="255" w:hanging="159"/>
        <w:rPr>
          <w:lang w:val="el-GR"/>
        </w:rPr>
      </w:pPr>
      <w:r w:rsidRPr="004A324C">
        <w:rPr>
          <w:color w:val="2F5597"/>
          <w:lang w:val="el-GR"/>
        </w:rPr>
        <w:t>• Φόρτο εργασίας και σαφήνεια ρόλου.</w:t>
      </w:r>
    </w:p>
    <w:p w14:paraId="2D03E7D1" w14:textId="77777777" w:rsidR="0096746C" w:rsidRPr="004A324C" w:rsidRDefault="00000000">
      <w:pPr>
        <w:spacing w:after="40"/>
        <w:ind w:left="255" w:hanging="159"/>
        <w:rPr>
          <w:lang w:val="el-GR"/>
        </w:rPr>
      </w:pPr>
      <w:r w:rsidRPr="004A324C">
        <w:rPr>
          <w:color w:val="2F5597"/>
          <w:lang w:val="el-GR"/>
        </w:rPr>
        <w:t>• Ανάγκες εκπαίδευσης και ανάπτυξης.</w:t>
      </w:r>
    </w:p>
    <w:p w14:paraId="09E0FCC5" w14:textId="77777777" w:rsidR="0096746C" w:rsidRPr="004A324C" w:rsidRDefault="00000000">
      <w:pPr>
        <w:spacing w:after="40"/>
        <w:ind w:left="255" w:hanging="159"/>
        <w:rPr>
          <w:lang w:val="el-GR"/>
        </w:rPr>
      </w:pPr>
      <w:r w:rsidRPr="004A324C">
        <w:rPr>
          <w:color w:val="2F5597"/>
          <w:lang w:val="el-GR"/>
        </w:rPr>
        <w:t>• Ευημερία και υποστήριξη του προσωπικού.</w:t>
      </w:r>
    </w:p>
    <w:p w14:paraId="174DBBC1" w14:textId="77777777" w:rsidR="0096746C" w:rsidRPr="004A324C" w:rsidRDefault="00000000">
      <w:pPr>
        <w:spacing w:after="40"/>
        <w:ind w:left="255" w:hanging="159"/>
        <w:rPr>
          <w:lang w:val="el-GR"/>
        </w:rPr>
      </w:pPr>
      <w:r w:rsidRPr="004A324C">
        <w:rPr>
          <w:color w:val="2F5597"/>
          <w:lang w:val="el-GR"/>
        </w:rPr>
        <w:t>• Ενέργειες που συμφωνήθηκαν στην προηγούμενη εποπτεία.</w:t>
      </w:r>
    </w:p>
    <w:p w14:paraId="1C2898B5" w14:textId="77777777" w:rsidR="0096746C" w:rsidRPr="004A324C" w:rsidRDefault="00000000">
      <w:pPr>
        <w:pStyle w:val="Heading1"/>
        <w:rPr>
          <w:lang w:val="el-GR"/>
        </w:rPr>
      </w:pPr>
      <w:r w:rsidRPr="004A324C">
        <w:rPr>
          <w:lang w:val="el-GR"/>
        </w:rPr>
        <w:t>24. Παρακολούθηση προόδου και αποτελεσμάτων των παιδιών</w:t>
      </w:r>
    </w:p>
    <w:p w14:paraId="5C771711" w14:textId="77777777" w:rsidR="0096746C" w:rsidRPr="004A324C" w:rsidRDefault="00000000">
      <w:pPr>
        <w:rPr>
          <w:lang w:val="el-GR"/>
        </w:rPr>
      </w:pPr>
      <w:r w:rsidRPr="004A324C">
        <w:rPr>
          <w:lang w:val="el-GR"/>
        </w:rPr>
        <w:t>Το Κέντρο πρέπει να μπορεί να αποδεικνύει κατά πόσο τα παιδιά ωφελούνται από τη συμμετοχή τους. Ο αριθμός των παιδιών που παρευρίσκονται είναι σημαντικός για την παρακολούθηση της υπηρεσίας, αλλά δεν αποτελεί από μόνος του επαρκή απόδειξη αποτελεσματικότητας.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2494"/>
        <w:gridCol w:w="7427"/>
      </w:tblGrid>
      <w:tr w:rsidR="0096746C" w14:paraId="34010BCA" w14:textId="77777777">
        <w:trPr>
          <w:cantSplit/>
          <w:tblHeader/>
          <w:jc w:val="center"/>
        </w:trPr>
        <w:tc>
          <w:tcPr>
            <w:tcW w:w="2494" w:type="dxa"/>
            <w:shd w:val="clear" w:color="auto" w:fill="D9E2F3"/>
            <w:tcMar>
              <w:top w:w="70" w:type="dxa"/>
              <w:left w:w="85" w:type="dxa"/>
              <w:bottom w:w="70" w:type="dxa"/>
              <w:right w:w="85" w:type="dxa"/>
            </w:tcMar>
            <w:vAlign w:val="center"/>
          </w:tcPr>
          <w:p w14:paraId="5FBCD3AC" w14:textId="77777777" w:rsidR="0096746C" w:rsidRDefault="00000000">
            <w:proofErr w:type="spellStart"/>
            <w:r>
              <w:rPr>
                <w:color w:val="2F5597"/>
                <w:sz w:val="17"/>
              </w:rPr>
              <w:t>Τομέ</w:t>
            </w:r>
            <w:proofErr w:type="spellEnd"/>
            <w:r>
              <w:rPr>
                <w:color w:val="2F5597"/>
                <w:sz w:val="17"/>
              </w:rPr>
              <w:t>ας απ</w:t>
            </w:r>
            <w:proofErr w:type="spellStart"/>
            <w:r>
              <w:rPr>
                <w:color w:val="2F5597"/>
                <w:sz w:val="17"/>
              </w:rPr>
              <w:t>οτελέσμ</w:t>
            </w:r>
            <w:proofErr w:type="spellEnd"/>
            <w:r>
              <w:rPr>
                <w:color w:val="2F5597"/>
                <w:sz w:val="17"/>
              </w:rPr>
              <w:t>ατος</w:t>
            </w:r>
          </w:p>
        </w:tc>
        <w:tc>
          <w:tcPr>
            <w:tcW w:w="7427" w:type="dxa"/>
            <w:shd w:val="clear" w:color="auto" w:fill="D9E2F3"/>
            <w:tcMar>
              <w:top w:w="70" w:type="dxa"/>
              <w:left w:w="85" w:type="dxa"/>
              <w:bottom w:w="70" w:type="dxa"/>
              <w:right w:w="85" w:type="dxa"/>
            </w:tcMar>
            <w:vAlign w:val="center"/>
          </w:tcPr>
          <w:p w14:paraId="6A1147EC" w14:textId="77777777" w:rsidR="0096746C" w:rsidRDefault="00000000">
            <w:r>
              <w:rPr>
                <w:color w:val="2F5597"/>
                <w:sz w:val="17"/>
              </w:rPr>
              <w:t>Πιθανά τεκμήρια</w:t>
            </w:r>
          </w:p>
        </w:tc>
      </w:tr>
      <w:tr w:rsidR="0096746C" w:rsidRPr="004A324C" w14:paraId="3D08A969" w14:textId="77777777">
        <w:trPr>
          <w:cantSplit/>
          <w:jc w:val="center"/>
        </w:trPr>
        <w:tc>
          <w:tcPr>
            <w:tcW w:w="2494" w:type="dxa"/>
            <w:tcMar>
              <w:top w:w="65" w:type="dxa"/>
              <w:left w:w="80" w:type="dxa"/>
              <w:bottom w:w="65" w:type="dxa"/>
              <w:right w:w="80" w:type="dxa"/>
            </w:tcMar>
          </w:tcPr>
          <w:p w14:paraId="272E232B" w14:textId="77777777" w:rsidR="0096746C" w:rsidRDefault="00000000">
            <w:r>
              <w:rPr>
                <w:sz w:val="17"/>
              </w:rPr>
              <w:t>Παρουσία και συμμετοχή</w:t>
            </w:r>
          </w:p>
        </w:tc>
        <w:tc>
          <w:tcPr>
            <w:tcW w:w="7427" w:type="dxa"/>
            <w:tcMar>
              <w:top w:w="65" w:type="dxa"/>
              <w:left w:w="80" w:type="dxa"/>
              <w:bottom w:w="65" w:type="dxa"/>
              <w:right w:w="80" w:type="dxa"/>
            </w:tcMar>
          </w:tcPr>
          <w:p w14:paraId="3007F9D8" w14:textId="77777777" w:rsidR="0096746C" w:rsidRPr="004A324C" w:rsidRDefault="00000000">
            <w:pPr>
              <w:rPr>
                <w:lang w:val="el-GR"/>
              </w:rPr>
            </w:pPr>
            <w:r w:rsidRPr="004A324C">
              <w:rPr>
                <w:sz w:val="17"/>
                <w:lang w:val="el-GR"/>
              </w:rPr>
              <w:t>Μοτίβο παρουσίας, προθυμία προσέλευσης, συμμετοχή και σταθερή εμπλοκή.</w:t>
            </w:r>
          </w:p>
        </w:tc>
      </w:tr>
      <w:tr w:rsidR="0096746C" w:rsidRPr="004A324C" w14:paraId="2F5B0B9A" w14:textId="77777777">
        <w:trPr>
          <w:cantSplit/>
          <w:jc w:val="center"/>
        </w:trPr>
        <w:tc>
          <w:tcPr>
            <w:tcW w:w="2494" w:type="dxa"/>
            <w:tcMar>
              <w:top w:w="65" w:type="dxa"/>
              <w:left w:w="80" w:type="dxa"/>
              <w:bottom w:w="65" w:type="dxa"/>
              <w:right w:w="80" w:type="dxa"/>
            </w:tcMar>
          </w:tcPr>
          <w:p w14:paraId="10580819" w14:textId="77777777" w:rsidR="0096746C" w:rsidRDefault="00000000">
            <w:proofErr w:type="spellStart"/>
            <w:r>
              <w:rPr>
                <w:sz w:val="17"/>
              </w:rPr>
              <w:t>Μάθηση</w:t>
            </w:r>
            <w:proofErr w:type="spellEnd"/>
          </w:p>
        </w:tc>
        <w:tc>
          <w:tcPr>
            <w:tcW w:w="7427" w:type="dxa"/>
            <w:tcMar>
              <w:top w:w="65" w:type="dxa"/>
              <w:left w:w="80" w:type="dxa"/>
              <w:bottom w:w="65" w:type="dxa"/>
              <w:right w:w="80" w:type="dxa"/>
            </w:tcMar>
          </w:tcPr>
          <w:p w14:paraId="1C3B7097" w14:textId="77777777" w:rsidR="0096746C" w:rsidRPr="004A324C" w:rsidRDefault="00000000">
            <w:pPr>
              <w:rPr>
                <w:lang w:val="el-GR"/>
              </w:rPr>
            </w:pPr>
            <w:proofErr w:type="spellStart"/>
            <w:r w:rsidRPr="004A324C">
              <w:rPr>
                <w:sz w:val="17"/>
                <w:lang w:val="el-GR"/>
              </w:rPr>
              <w:t>Ρουτίνες</w:t>
            </w:r>
            <w:proofErr w:type="spellEnd"/>
            <w:r w:rsidRPr="004A324C">
              <w:rPr>
                <w:sz w:val="17"/>
                <w:lang w:val="el-GR"/>
              </w:rPr>
              <w:t xml:space="preserve"> κατ’ </w:t>
            </w:r>
            <w:proofErr w:type="spellStart"/>
            <w:r w:rsidRPr="004A324C">
              <w:rPr>
                <w:sz w:val="17"/>
                <w:lang w:val="el-GR"/>
              </w:rPr>
              <w:t>οίκον</w:t>
            </w:r>
            <w:proofErr w:type="spellEnd"/>
            <w:r w:rsidRPr="004A324C">
              <w:rPr>
                <w:sz w:val="17"/>
                <w:lang w:val="el-GR"/>
              </w:rPr>
              <w:t xml:space="preserve"> εργασίας, έναρξη εργασιών, οργάνωση και επιμονή.</w:t>
            </w:r>
          </w:p>
        </w:tc>
      </w:tr>
      <w:tr w:rsidR="0096746C" w:rsidRPr="004A324C" w14:paraId="2C501CEE" w14:textId="77777777">
        <w:trPr>
          <w:cantSplit/>
          <w:jc w:val="center"/>
        </w:trPr>
        <w:tc>
          <w:tcPr>
            <w:tcW w:w="2494" w:type="dxa"/>
            <w:tcMar>
              <w:top w:w="65" w:type="dxa"/>
              <w:left w:w="80" w:type="dxa"/>
              <w:bottom w:w="65" w:type="dxa"/>
              <w:right w:w="80" w:type="dxa"/>
            </w:tcMar>
          </w:tcPr>
          <w:p w14:paraId="52D8D601" w14:textId="77777777" w:rsidR="0096746C" w:rsidRDefault="00000000">
            <w:proofErr w:type="spellStart"/>
            <w:r>
              <w:rPr>
                <w:sz w:val="17"/>
              </w:rPr>
              <w:t>Κοινωνική</w:t>
            </w:r>
            <w:proofErr w:type="spellEnd"/>
            <w:r>
              <w:rPr>
                <w:sz w:val="17"/>
              </w:rPr>
              <w:t xml:space="preserve"> α</w:t>
            </w:r>
            <w:proofErr w:type="spellStart"/>
            <w:r>
              <w:rPr>
                <w:sz w:val="17"/>
              </w:rPr>
              <w:t>νά</w:t>
            </w:r>
            <w:proofErr w:type="spellEnd"/>
            <w:r>
              <w:rPr>
                <w:sz w:val="17"/>
              </w:rPr>
              <w:t>πτυξη</w:t>
            </w:r>
          </w:p>
        </w:tc>
        <w:tc>
          <w:tcPr>
            <w:tcW w:w="7427" w:type="dxa"/>
            <w:tcMar>
              <w:top w:w="65" w:type="dxa"/>
              <w:left w:w="80" w:type="dxa"/>
              <w:bottom w:w="65" w:type="dxa"/>
              <w:right w:w="80" w:type="dxa"/>
            </w:tcMar>
          </w:tcPr>
          <w:p w14:paraId="6396D401" w14:textId="77777777" w:rsidR="0096746C" w:rsidRPr="004A324C" w:rsidRDefault="00000000">
            <w:pPr>
              <w:rPr>
                <w:lang w:val="el-GR"/>
              </w:rPr>
            </w:pPr>
            <w:r w:rsidRPr="004A324C">
              <w:rPr>
                <w:sz w:val="17"/>
                <w:lang w:val="el-GR"/>
              </w:rPr>
              <w:t>Συμμετοχή στην ομάδα, φιλίες, εναλλαγή σειράς, επίλυση συγκρούσεων και επικοινωνία.</w:t>
            </w:r>
          </w:p>
        </w:tc>
      </w:tr>
      <w:tr w:rsidR="0096746C" w:rsidRPr="004A324C" w14:paraId="5E415387" w14:textId="77777777">
        <w:trPr>
          <w:cantSplit/>
          <w:jc w:val="center"/>
        </w:trPr>
        <w:tc>
          <w:tcPr>
            <w:tcW w:w="2494" w:type="dxa"/>
            <w:tcMar>
              <w:top w:w="65" w:type="dxa"/>
              <w:left w:w="80" w:type="dxa"/>
              <w:bottom w:w="65" w:type="dxa"/>
              <w:right w:w="80" w:type="dxa"/>
            </w:tcMar>
          </w:tcPr>
          <w:p w14:paraId="1872A5E3" w14:textId="77777777" w:rsidR="0096746C" w:rsidRDefault="00000000">
            <w:proofErr w:type="spellStart"/>
            <w:r>
              <w:rPr>
                <w:sz w:val="17"/>
              </w:rPr>
              <w:t>Συν</w:t>
            </w:r>
            <w:proofErr w:type="spellEnd"/>
            <w:r>
              <w:rPr>
                <w:sz w:val="17"/>
              </w:rPr>
              <w:t xml:space="preserve">αισθηματική </w:t>
            </w:r>
            <w:proofErr w:type="spellStart"/>
            <w:r>
              <w:rPr>
                <w:sz w:val="17"/>
              </w:rPr>
              <w:t>ρύθμιση</w:t>
            </w:r>
            <w:proofErr w:type="spellEnd"/>
          </w:p>
        </w:tc>
        <w:tc>
          <w:tcPr>
            <w:tcW w:w="7427" w:type="dxa"/>
            <w:tcMar>
              <w:top w:w="65" w:type="dxa"/>
              <w:left w:w="80" w:type="dxa"/>
              <w:bottom w:w="65" w:type="dxa"/>
              <w:right w:w="80" w:type="dxa"/>
            </w:tcMar>
          </w:tcPr>
          <w:p w14:paraId="0152BDA0" w14:textId="77777777" w:rsidR="0096746C" w:rsidRPr="004A324C" w:rsidRDefault="00000000">
            <w:pPr>
              <w:rPr>
                <w:lang w:val="el-GR"/>
              </w:rPr>
            </w:pPr>
            <w:r w:rsidRPr="004A324C">
              <w:rPr>
                <w:sz w:val="17"/>
                <w:lang w:val="el-GR"/>
              </w:rPr>
              <w:t>Αναγνώριση παραγόντων πυροδότησης, χρήση στρατηγικών και επαναφορά μετά από δυσκολία.</w:t>
            </w:r>
          </w:p>
        </w:tc>
      </w:tr>
      <w:tr w:rsidR="0096746C" w:rsidRPr="004A324C" w14:paraId="4C893082" w14:textId="77777777">
        <w:trPr>
          <w:cantSplit/>
          <w:jc w:val="center"/>
        </w:trPr>
        <w:tc>
          <w:tcPr>
            <w:tcW w:w="2494" w:type="dxa"/>
            <w:tcMar>
              <w:top w:w="65" w:type="dxa"/>
              <w:left w:w="80" w:type="dxa"/>
              <w:bottom w:w="65" w:type="dxa"/>
              <w:right w:w="80" w:type="dxa"/>
            </w:tcMar>
          </w:tcPr>
          <w:p w14:paraId="0B2E48ED" w14:textId="77777777" w:rsidR="0096746C" w:rsidRDefault="00000000">
            <w:proofErr w:type="spellStart"/>
            <w:r>
              <w:rPr>
                <w:sz w:val="17"/>
              </w:rPr>
              <w:t>Αυτονομί</w:t>
            </w:r>
            <w:proofErr w:type="spellEnd"/>
            <w:r>
              <w:rPr>
                <w:sz w:val="17"/>
              </w:rPr>
              <w:t>α</w:t>
            </w:r>
          </w:p>
        </w:tc>
        <w:tc>
          <w:tcPr>
            <w:tcW w:w="7427" w:type="dxa"/>
            <w:tcMar>
              <w:top w:w="65" w:type="dxa"/>
              <w:left w:w="80" w:type="dxa"/>
              <w:bottom w:w="65" w:type="dxa"/>
              <w:right w:w="80" w:type="dxa"/>
            </w:tcMar>
          </w:tcPr>
          <w:p w14:paraId="09B053BD" w14:textId="77777777" w:rsidR="0096746C" w:rsidRPr="004A324C" w:rsidRDefault="00000000">
            <w:pPr>
              <w:rPr>
                <w:lang w:val="el-GR"/>
              </w:rPr>
            </w:pPr>
            <w:r w:rsidRPr="004A324C">
              <w:rPr>
                <w:sz w:val="17"/>
                <w:lang w:val="el-GR"/>
              </w:rPr>
              <w:t xml:space="preserve">Τήρηση </w:t>
            </w:r>
            <w:proofErr w:type="spellStart"/>
            <w:r w:rsidRPr="004A324C">
              <w:rPr>
                <w:sz w:val="17"/>
                <w:lang w:val="el-GR"/>
              </w:rPr>
              <w:t>ρουτινών</w:t>
            </w:r>
            <w:proofErr w:type="spellEnd"/>
            <w:r w:rsidRPr="004A324C">
              <w:rPr>
                <w:sz w:val="17"/>
                <w:lang w:val="el-GR"/>
              </w:rPr>
              <w:t>, διαχείριση προσωπικών αντικειμένων, πρακτικές εργασίες και κατάλληλη αναζήτηση βοήθειας.</w:t>
            </w:r>
          </w:p>
        </w:tc>
      </w:tr>
      <w:tr w:rsidR="0096746C" w:rsidRPr="004A324C" w14:paraId="6C618E68" w14:textId="77777777">
        <w:trPr>
          <w:cantSplit/>
          <w:jc w:val="center"/>
        </w:trPr>
        <w:tc>
          <w:tcPr>
            <w:tcW w:w="2494" w:type="dxa"/>
            <w:tcMar>
              <w:top w:w="65" w:type="dxa"/>
              <w:left w:w="80" w:type="dxa"/>
              <w:bottom w:w="65" w:type="dxa"/>
              <w:right w:w="80" w:type="dxa"/>
            </w:tcMar>
          </w:tcPr>
          <w:p w14:paraId="4616C391" w14:textId="77777777" w:rsidR="0096746C" w:rsidRDefault="00000000">
            <w:proofErr w:type="spellStart"/>
            <w:r>
              <w:rPr>
                <w:sz w:val="17"/>
              </w:rPr>
              <w:t>Αυτο</w:t>
            </w:r>
            <w:proofErr w:type="spellEnd"/>
            <w:r>
              <w:rPr>
                <w:sz w:val="17"/>
              </w:rPr>
              <w:t>πεποίθηση</w:t>
            </w:r>
          </w:p>
        </w:tc>
        <w:tc>
          <w:tcPr>
            <w:tcW w:w="7427" w:type="dxa"/>
            <w:tcMar>
              <w:top w:w="65" w:type="dxa"/>
              <w:left w:w="80" w:type="dxa"/>
              <w:bottom w:w="65" w:type="dxa"/>
              <w:right w:w="80" w:type="dxa"/>
            </w:tcMar>
          </w:tcPr>
          <w:p w14:paraId="7259716E" w14:textId="77777777" w:rsidR="0096746C" w:rsidRPr="004A324C" w:rsidRDefault="00000000">
            <w:pPr>
              <w:rPr>
                <w:lang w:val="el-GR"/>
              </w:rPr>
            </w:pPr>
            <w:r w:rsidRPr="004A324C">
              <w:rPr>
                <w:sz w:val="17"/>
                <w:lang w:val="el-GR"/>
              </w:rPr>
              <w:t>Δοκιμή νέων δραστηριοτήτων, έκφραση απόψεων, αποδοχή υποστήριξης και αναγνώριση επιτευγμάτων.</w:t>
            </w:r>
          </w:p>
        </w:tc>
      </w:tr>
      <w:tr w:rsidR="0096746C" w:rsidRPr="004A324C" w14:paraId="0202F174" w14:textId="77777777">
        <w:trPr>
          <w:cantSplit/>
          <w:jc w:val="center"/>
        </w:trPr>
        <w:tc>
          <w:tcPr>
            <w:tcW w:w="2494" w:type="dxa"/>
            <w:tcMar>
              <w:top w:w="65" w:type="dxa"/>
              <w:left w:w="80" w:type="dxa"/>
              <w:bottom w:w="65" w:type="dxa"/>
              <w:right w:w="80" w:type="dxa"/>
            </w:tcMar>
          </w:tcPr>
          <w:p w14:paraId="75A118F3" w14:textId="77777777" w:rsidR="0096746C" w:rsidRDefault="00000000">
            <w:proofErr w:type="spellStart"/>
            <w:r>
              <w:rPr>
                <w:sz w:val="17"/>
              </w:rPr>
              <w:t>Εμ</w:t>
            </w:r>
            <w:proofErr w:type="spellEnd"/>
            <w:r>
              <w:rPr>
                <w:sz w:val="17"/>
              </w:rPr>
              <w:t xml:space="preserve">πειρία </w:t>
            </w:r>
            <w:proofErr w:type="spellStart"/>
            <w:r>
              <w:rPr>
                <w:sz w:val="17"/>
              </w:rPr>
              <w:t>οικογένει</w:t>
            </w:r>
            <w:proofErr w:type="spellEnd"/>
            <w:r>
              <w:rPr>
                <w:sz w:val="17"/>
              </w:rPr>
              <w:t>ας</w:t>
            </w:r>
          </w:p>
        </w:tc>
        <w:tc>
          <w:tcPr>
            <w:tcW w:w="7427" w:type="dxa"/>
            <w:tcMar>
              <w:top w:w="65" w:type="dxa"/>
              <w:left w:w="80" w:type="dxa"/>
              <w:bottom w:w="65" w:type="dxa"/>
              <w:right w:w="80" w:type="dxa"/>
            </w:tcMar>
          </w:tcPr>
          <w:p w14:paraId="40471525" w14:textId="77777777" w:rsidR="0096746C" w:rsidRPr="004A324C" w:rsidRDefault="00000000">
            <w:pPr>
              <w:rPr>
                <w:lang w:val="el-GR"/>
              </w:rPr>
            </w:pPr>
            <w:r w:rsidRPr="004A324C">
              <w:rPr>
                <w:sz w:val="17"/>
                <w:lang w:val="el-GR"/>
              </w:rPr>
              <w:t>Ανατροφοδότηση γονέων, εμπιστοσύνη στην υπηρεσία και αναφερόμενες αλλαγές εκτός Κέντρου.</w:t>
            </w:r>
          </w:p>
        </w:tc>
      </w:tr>
    </w:tbl>
    <w:p w14:paraId="45F5ADC8" w14:textId="77777777" w:rsidR="0096746C" w:rsidRPr="004A324C" w:rsidRDefault="0096746C">
      <w:pPr>
        <w:spacing w:after="20"/>
        <w:rPr>
          <w:lang w:val="el-GR"/>
        </w:rPr>
      </w:pPr>
    </w:p>
    <w:p w14:paraId="7D18A5CD" w14:textId="77777777" w:rsidR="0096746C" w:rsidRPr="004A324C" w:rsidRDefault="00000000">
      <w:pPr>
        <w:pStyle w:val="Heading2"/>
        <w:rPr>
          <w:lang w:val="el-GR"/>
        </w:rPr>
      </w:pPr>
      <w:r w:rsidRPr="004A324C">
        <w:rPr>
          <w:lang w:val="el-GR"/>
        </w:rPr>
        <w:t>Μηνιαία ανασκόπηση παιδιού</w:t>
      </w:r>
    </w:p>
    <w:p w14:paraId="359D99A4" w14:textId="77777777" w:rsidR="0096746C" w:rsidRPr="004A324C" w:rsidRDefault="00000000">
      <w:pPr>
        <w:rPr>
          <w:lang w:val="el-GR"/>
        </w:rPr>
      </w:pPr>
      <w:r w:rsidRPr="004A324C">
        <w:rPr>
          <w:lang w:val="el-GR"/>
        </w:rPr>
        <w:t xml:space="preserve">Μια απλή προσέγγιση </w:t>
      </w:r>
      <w:r>
        <w:t>RAG</w:t>
      </w:r>
      <w:r w:rsidRPr="004A324C">
        <w:rPr>
          <w:lang w:val="el-GR"/>
        </w:rPr>
        <w:t xml:space="preserve"> μπορεί να βοηθήσει την ομάδα να εντοπίζει παιδιά που χρειάζονται πρόσθετη συζήτηση:</w:t>
      </w:r>
    </w:p>
    <w:p w14:paraId="7A1BFF44" w14:textId="77777777" w:rsidR="0096746C" w:rsidRPr="004A324C" w:rsidRDefault="00000000">
      <w:pPr>
        <w:spacing w:after="40"/>
        <w:ind w:left="255" w:hanging="159"/>
        <w:rPr>
          <w:lang w:val="el-GR"/>
        </w:rPr>
      </w:pPr>
      <w:r w:rsidRPr="004A324C">
        <w:rPr>
          <w:color w:val="2F5597"/>
          <w:lang w:val="el-GR"/>
        </w:rPr>
        <w:t>• Πράσινο: το παιδί έχει προσαρμοστεί και η υποστήριξη φαίνεται κατάλληλη.</w:t>
      </w:r>
    </w:p>
    <w:p w14:paraId="1F1CD9FA" w14:textId="77777777" w:rsidR="0096746C" w:rsidRPr="004A324C" w:rsidRDefault="00000000">
      <w:pPr>
        <w:spacing w:after="40"/>
        <w:ind w:left="255" w:hanging="159"/>
        <w:rPr>
          <w:lang w:val="el-GR"/>
        </w:rPr>
      </w:pPr>
      <w:r w:rsidRPr="004A324C">
        <w:rPr>
          <w:color w:val="2F5597"/>
          <w:lang w:val="el-GR"/>
        </w:rPr>
        <w:t>• Πορτοκαλί: αναδυόμενη ανησυχία, μειωμένη συμμετοχή, επαναλαμβανόμενα περιστατικά ή ανάγκη για πρόσθετη υποστήριξη.</w:t>
      </w:r>
    </w:p>
    <w:p w14:paraId="30E3127B" w14:textId="77777777" w:rsidR="0096746C" w:rsidRPr="004A324C" w:rsidRDefault="00000000">
      <w:pPr>
        <w:spacing w:after="40"/>
        <w:ind w:left="255" w:hanging="159"/>
        <w:rPr>
          <w:lang w:val="el-GR"/>
        </w:rPr>
      </w:pPr>
      <w:r w:rsidRPr="004A324C">
        <w:rPr>
          <w:color w:val="2F5597"/>
          <w:lang w:val="el-GR"/>
        </w:rPr>
        <w:t xml:space="preserve">• Κόκκινο: σημαντική ανησυχία προστασίας, υγείας, </w:t>
      </w:r>
      <w:proofErr w:type="spellStart"/>
      <w:r w:rsidRPr="004A324C">
        <w:rPr>
          <w:color w:val="2F5597"/>
          <w:lang w:val="el-GR"/>
        </w:rPr>
        <w:t>καταλληλότητας</w:t>
      </w:r>
      <w:proofErr w:type="spellEnd"/>
      <w:r w:rsidRPr="004A324C">
        <w:rPr>
          <w:color w:val="2F5597"/>
          <w:lang w:val="el-GR"/>
        </w:rPr>
        <w:t xml:space="preserve"> τοποθέτησης ή υπηρεσίας που απαιτεί άμεση διοικητική ενέργεια.</w:t>
      </w:r>
    </w:p>
    <w:p w14:paraId="1248B72D" w14:textId="77777777" w:rsidR="0096746C" w:rsidRPr="004A324C" w:rsidRDefault="00000000">
      <w:pPr>
        <w:rPr>
          <w:lang w:val="el-GR"/>
        </w:rPr>
      </w:pPr>
      <w:r w:rsidRPr="004A324C">
        <w:rPr>
          <w:lang w:val="el-GR"/>
        </w:rPr>
        <w:t xml:space="preserve">Η κατάσταση </w:t>
      </w:r>
      <w:r>
        <w:t>RAG</w:t>
      </w:r>
      <w:r w:rsidRPr="004A324C">
        <w:rPr>
          <w:lang w:val="el-GR"/>
        </w:rPr>
        <w:t xml:space="preserve"> αποτελεί εργαλείο διοικητικής παρακολούθησης και όχι χαρακτηρισμό που αποδίδεται στο παιδί.</w:t>
      </w:r>
    </w:p>
    <w:p w14:paraId="0AA7FF8F" w14:textId="77777777" w:rsidR="0096746C" w:rsidRPr="004A324C" w:rsidRDefault="00000000">
      <w:pPr>
        <w:pStyle w:val="Heading1"/>
        <w:rPr>
          <w:lang w:val="el-GR"/>
        </w:rPr>
      </w:pPr>
      <w:r w:rsidRPr="004A324C">
        <w:rPr>
          <w:lang w:val="el-GR"/>
        </w:rPr>
        <w:lastRenderedPageBreak/>
        <w:t>25. Διασφάλιση ποιότητας και ενημέρωση του Διοικητικού Συμβουλίου</w:t>
      </w:r>
    </w:p>
    <w:p w14:paraId="6A03CBFE" w14:textId="77777777" w:rsidR="0096746C" w:rsidRPr="004A324C" w:rsidRDefault="00000000">
      <w:pPr>
        <w:rPr>
          <w:lang w:val="el-GR"/>
        </w:rPr>
      </w:pPr>
      <w:r w:rsidRPr="004A324C">
        <w:rPr>
          <w:lang w:val="el-GR"/>
        </w:rPr>
        <w:t xml:space="preserve">Ο/Η υπεύθυνος/η του Κέντρου πρέπει να παρέχει στο Διοικητικό Συμβούλιο στοιχεία ότι η υπηρεσία είναι ασφαλής, </w:t>
      </w:r>
      <w:proofErr w:type="spellStart"/>
      <w:r w:rsidRPr="004A324C">
        <w:rPr>
          <w:lang w:val="el-GR"/>
        </w:rPr>
        <w:t>στοχευμένη</w:t>
      </w:r>
      <w:proofErr w:type="spellEnd"/>
      <w:r w:rsidRPr="004A324C">
        <w:rPr>
          <w:lang w:val="el-GR"/>
        </w:rPr>
        <w:t xml:space="preserve"> και λειτουργεί όπως έχει εγκριθεί. Η ενημέρωση πρέπει να συνδυάζει διασφάλιση προστασίας, στοιχεία απόδοσης της υπηρεσίας και αποδείξεις για τα αποτελέσματα των παιδιών.</w:t>
      </w:r>
    </w:p>
    <w:p w14:paraId="2EB5AE35" w14:textId="77777777" w:rsidR="0096746C" w:rsidRPr="004A324C" w:rsidRDefault="00000000">
      <w:pPr>
        <w:pStyle w:val="Heading2"/>
        <w:rPr>
          <w:lang w:val="el-GR"/>
        </w:rPr>
      </w:pPr>
      <w:r w:rsidRPr="004A324C">
        <w:rPr>
          <w:lang w:val="el-GR"/>
        </w:rPr>
        <w:t>Τριμηνιαία έκθεση προς το Διοικητικό Συμβούλιο</w:t>
      </w:r>
    </w:p>
    <w:p w14:paraId="0AE9066B" w14:textId="77777777" w:rsidR="0096746C" w:rsidRPr="004A324C" w:rsidRDefault="00000000">
      <w:pPr>
        <w:spacing w:after="40"/>
        <w:ind w:left="255" w:hanging="159"/>
        <w:rPr>
          <w:lang w:val="el-GR"/>
        </w:rPr>
      </w:pPr>
      <w:r w:rsidRPr="004A324C">
        <w:rPr>
          <w:color w:val="2F5597"/>
          <w:lang w:val="el-GR"/>
        </w:rPr>
        <w:t>• Αριθμός παιδιών που συμμετέχουν και σημαντικές αλλαγές στην παρουσία.</w:t>
      </w:r>
    </w:p>
    <w:p w14:paraId="28A7DE36" w14:textId="77777777" w:rsidR="0096746C" w:rsidRPr="004A324C" w:rsidRDefault="00000000">
      <w:pPr>
        <w:spacing w:after="40"/>
        <w:ind w:left="255" w:hanging="159"/>
        <w:rPr>
          <w:lang w:val="el-GR"/>
        </w:rPr>
      </w:pPr>
      <w:r w:rsidRPr="004A324C">
        <w:rPr>
          <w:color w:val="2F5597"/>
          <w:lang w:val="el-GR"/>
        </w:rPr>
        <w:t>• Στελέχωση, κενές θέσεις και συμμόρφωση με τις απαιτήσεις εκπαίδευσης.</w:t>
      </w:r>
    </w:p>
    <w:p w14:paraId="4B047EF4" w14:textId="77777777" w:rsidR="0096746C" w:rsidRPr="004A324C" w:rsidRDefault="00000000">
      <w:pPr>
        <w:spacing w:after="40"/>
        <w:ind w:left="255" w:hanging="159"/>
        <w:rPr>
          <w:lang w:val="el-GR"/>
        </w:rPr>
      </w:pPr>
      <w:r w:rsidRPr="004A324C">
        <w:rPr>
          <w:color w:val="2F5597"/>
          <w:lang w:val="el-GR"/>
        </w:rPr>
        <w:t xml:space="preserve">• Ανησυχίες προστασίας, καταγγελίες και σημαντικά περιστατικά με χρήση </w:t>
      </w:r>
      <w:proofErr w:type="spellStart"/>
      <w:r w:rsidRPr="004A324C">
        <w:rPr>
          <w:color w:val="2F5597"/>
          <w:lang w:val="el-GR"/>
        </w:rPr>
        <w:t>ανωνυμοποιημένων</w:t>
      </w:r>
      <w:proofErr w:type="spellEnd"/>
      <w:r w:rsidRPr="004A324C">
        <w:rPr>
          <w:color w:val="2F5597"/>
          <w:lang w:val="el-GR"/>
        </w:rPr>
        <w:t xml:space="preserve"> πληροφοριών.</w:t>
      </w:r>
    </w:p>
    <w:p w14:paraId="06873F78" w14:textId="77777777" w:rsidR="0096746C" w:rsidRPr="004A324C" w:rsidRDefault="00000000">
      <w:pPr>
        <w:spacing w:after="40"/>
        <w:ind w:left="255" w:hanging="159"/>
        <w:rPr>
          <w:lang w:val="el-GR"/>
        </w:rPr>
      </w:pPr>
      <w:r w:rsidRPr="004A324C">
        <w:rPr>
          <w:color w:val="2F5597"/>
          <w:lang w:val="el-GR"/>
        </w:rPr>
        <w:t>• Ατυχήματα, παρ’ ολίγον περιστατικά και ενέργειες υγείας και ασφάλειας.</w:t>
      </w:r>
    </w:p>
    <w:p w14:paraId="0D9A967E" w14:textId="77777777" w:rsidR="0096746C" w:rsidRPr="004A324C" w:rsidRDefault="00000000">
      <w:pPr>
        <w:spacing w:after="40"/>
        <w:ind w:left="255" w:hanging="159"/>
        <w:rPr>
          <w:lang w:val="el-GR"/>
        </w:rPr>
      </w:pPr>
      <w:r w:rsidRPr="004A324C">
        <w:rPr>
          <w:color w:val="2F5597"/>
          <w:lang w:val="el-GR"/>
        </w:rPr>
        <w:t>• Πρόοδος σε θέματα εγγραφής, εγκρίσεων και ενεργειών επιθεώρησης.</w:t>
      </w:r>
    </w:p>
    <w:p w14:paraId="7E8C2694" w14:textId="77777777" w:rsidR="0096746C" w:rsidRPr="004A324C" w:rsidRDefault="00000000">
      <w:pPr>
        <w:spacing w:after="40"/>
        <w:ind w:left="255" w:hanging="159"/>
        <w:rPr>
          <w:lang w:val="el-GR"/>
        </w:rPr>
      </w:pPr>
      <w:r w:rsidRPr="004A324C">
        <w:rPr>
          <w:color w:val="2F5597"/>
          <w:lang w:val="el-GR"/>
        </w:rPr>
        <w:t>• Παράπονα γονέων και βασικά θέματα ανατροφοδότησης.</w:t>
      </w:r>
    </w:p>
    <w:p w14:paraId="61B0EE8E" w14:textId="77777777" w:rsidR="0096746C" w:rsidRPr="004A324C" w:rsidRDefault="00000000">
      <w:pPr>
        <w:spacing w:after="40"/>
        <w:ind w:left="255" w:hanging="159"/>
        <w:rPr>
          <w:lang w:val="el-GR"/>
        </w:rPr>
      </w:pPr>
      <w:r w:rsidRPr="004A324C">
        <w:rPr>
          <w:color w:val="2F5597"/>
          <w:lang w:val="el-GR"/>
        </w:rPr>
        <w:t>• Πληροφορίες για την υλοποίηση του προγράμματος και τα αποτελέσματα.</w:t>
      </w:r>
    </w:p>
    <w:p w14:paraId="5BBCA1EA" w14:textId="77777777" w:rsidR="0096746C" w:rsidRPr="004A324C" w:rsidRDefault="00000000">
      <w:pPr>
        <w:spacing w:after="40"/>
        <w:ind w:left="255" w:hanging="159"/>
        <w:rPr>
          <w:lang w:val="el-GR"/>
        </w:rPr>
      </w:pPr>
      <w:r w:rsidRPr="004A324C">
        <w:rPr>
          <w:color w:val="2F5597"/>
          <w:lang w:val="el-GR"/>
        </w:rPr>
        <w:t>• Εκκρεμείς κίνδυνοι και αποφάσεις που απαιτούνται από το Διοικητικό Συμβούλιο.</w:t>
      </w:r>
    </w:p>
    <w:p w14:paraId="6E9C7029" w14:textId="77777777" w:rsidR="0096746C" w:rsidRPr="004A324C" w:rsidRDefault="00000000">
      <w:pPr>
        <w:pStyle w:val="Heading2"/>
        <w:rPr>
          <w:lang w:val="el-GR"/>
        </w:rPr>
      </w:pPr>
      <w:r w:rsidRPr="004A324C">
        <w:rPr>
          <w:lang w:val="el-GR"/>
        </w:rPr>
        <w:t>Έλεγχοι ποιότητας</w:t>
      </w:r>
    </w:p>
    <w:p w14:paraId="0287D327" w14:textId="77777777" w:rsidR="0096746C" w:rsidRPr="004A324C" w:rsidRDefault="00000000">
      <w:pPr>
        <w:spacing w:after="40"/>
        <w:ind w:left="255" w:hanging="159"/>
        <w:rPr>
          <w:lang w:val="el-GR"/>
        </w:rPr>
      </w:pPr>
      <w:r w:rsidRPr="004A324C">
        <w:rPr>
          <w:color w:val="2F5597"/>
          <w:lang w:val="el-GR"/>
        </w:rPr>
        <w:t>• Δειγματοληπτικός έλεγχος φακέλων παιδιών.</w:t>
      </w:r>
    </w:p>
    <w:p w14:paraId="2FBC3531" w14:textId="77777777" w:rsidR="0096746C" w:rsidRPr="004A324C" w:rsidRDefault="00000000">
      <w:pPr>
        <w:spacing w:after="40"/>
        <w:ind w:left="255" w:hanging="159"/>
        <w:rPr>
          <w:lang w:val="el-GR"/>
        </w:rPr>
      </w:pPr>
      <w:r w:rsidRPr="004A324C">
        <w:rPr>
          <w:color w:val="2F5597"/>
          <w:lang w:val="el-GR"/>
        </w:rPr>
        <w:t>• Δειγματοληπτικός έλεγχος αρχείων προσωπικού και εκπαίδευσης.</w:t>
      </w:r>
    </w:p>
    <w:p w14:paraId="62517137" w14:textId="77777777" w:rsidR="0096746C" w:rsidRPr="004A324C" w:rsidRDefault="00000000">
      <w:pPr>
        <w:spacing w:after="40"/>
        <w:ind w:left="255" w:hanging="159"/>
        <w:rPr>
          <w:lang w:val="el-GR"/>
        </w:rPr>
      </w:pPr>
      <w:r w:rsidRPr="004A324C">
        <w:rPr>
          <w:color w:val="2F5597"/>
          <w:lang w:val="el-GR"/>
        </w:rPr>
        <w:t xml:space="preserve">• Παρατήρηση της άφιξης, της κατ’ </w:t>
      </w:r>
      <w:proofErr w:type="spellStart"/>
      <w:r w:rsidRPr="004A324C">
        <w:rPr>
          <w:color w:val="2F5597"/>
          <w:lang w:val="el-GR"/>
        </w:rPr>
        <w:t>οίκον</w:t>
      </w:r>
      <w:proofErr w:type="spellEnd"/>
      <w:r w:rsidRPr="004A324C">
        <w:rPr>
          <w:color w:val="2F5597"/>
          <w:lang w:val="el-GR"/>
        </w:rPr>
        <w:t xml:space="preserve"> εργασίας, των δραστηριοτήτων και της παραλαβής.</w:t>
      </w:r>
    </w:p>
    <w:p w14:paraId="697148B5" w14:textId="77777777" w:rsidR="0096746C" w:rsidRPr="004A324C" w:rsidRDefault="00000000">
      <w:pPr>
        <w:spacing w:after="40"/>
        <w:ind w:left="255" w:hanging="159"/>
        <w:rPr>
          <w:lang w:val="el-GR"/>
        </w:rPr>
      </w:pPr>
      <w:r w:rsidRPr="004A324C">
        <w:rPr>
          <w:color w:val="2F5597"/>
          <w:lang w:val="el-GR"/>
        </w:rPr>
        <w:t>• Αξιολογήσεις κινδύνου και ρυθμίσεις έκτακτης ανάγκης.</w:t>
      </w:r>
    </w:p>
    <w:p w14:paraId="39FF4004" w14:textId="77777777" w:rsidR="0096746C" w:rsidRPr="004A324C" w:rsidRDefault="00000000">
      <w:pPr>
        <w:spacing w:after="40"/>
        <w:ind w:left="255" w:hanging="159"/>
        <w:rPr>
          <w:lang w:val="el-GR"/>
        </w:rPr>
      </w:pPr>
      <w:r w:rsidRPr="004A324C">
        <w:rPr>
          <w:color w:val="2F5597"/>
          <w:lang w:val="el-GR"/>
        </w:rPr>
        <w:t>• Ανατροφοδότηση γονέων και παιδιών.</w:t>
      </w:r>
    </w:p>
    <w:p w14:paraId="1047A163" w14:textId="77777777" w:rsidR="0096746C" w:rsidRPr="004A324C" w:rsidRDefault="00000000">
      <w:pPr>
        <w:spacing w:after="40"/>
        <w:ind w:left="255" w:hanging="159"/>
        <w:rPr>
          <w:lang w:val="el-GR"/>
        </w:rPr>
      </w:pPr>
      <w:r w:rsidRPr="004A324C">
        <w:rPr>
          <w:color w:val="2F5597"/>
          <w:lang w:val="el-GR"/>
        </w:rPr>
        <w:t>• Αρχεία εποπτείας προσωπικού.</w:t>
      </w:r>
    </w:p>
    <w:p w14:paraId="270714D4" w14:textId="77777777" w:rsidR="0096746C" w:rsidRPr="004A324C" w:rsidRDefault="00000000">
      <w:pPr>
        <w:spacing w:after="40"/>
        <w:ind w:left="255" w:hanging="159"/>
        <w:rPr>
          <w:lang w:val="el-GR"/>
        </w:rPr>
      </w:pPr>
      <w:r w:rsidRPr="004A324C">
        <w:rPr>
          <w:color w:val="2F5597"/>
          <w:lang w:val="el-GR"/>
        </w:rPr>
        <w:t>• Παρακολούθηση περιστατικών και παραπόνων.</w:t>
      </w:r>
    </w:p>
    <w:p w14:paraId="55B6D5E4" w14:textId="77777777" w:rsidR="0096746C" w:rsidRPr="004A324C" w:rsidRDefault="00000000">
      <w:pPr>
        <w:spacing w:after="40"/>
        <w:ind w:left="255" w:hanging="159"/>
        <w:rPr>
          <w:lang w:val="el-GR"/>
        </w:rPr>
      </w:pPr>
      <w:r w:rsidRPr="004A324C">
        <w:rPr>
          <w:color w:val="2F5597"/>
          <w:lang w:val="el-GR"/>
        </w:rPr>
        <w:t>• Απόδειξη ότι οι προηγούμενες ενέργειες βελτίωσης έχουν ολοκληρωθεί.</w:t>
      </w:r>
    </w:p>
    <w:p w14:paraId="6238739A" w14:textId="77777777" w:rsidR="0096746C" w:rsidRDefault="00000000">
      <w:pPr>
        <w:pStyle w:val="Heading1"/>
      </w:pPr>
      <w:r>
        <w:t>26. Ετήσιος κύκλος λειτουργίας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984"/>
        <w:gridCol w:w="7937"/>
      </w:tblGrid>
      <w:tr w:rsidR="0096746C" w14:paraId="061815A9" w14:textId="77777777">
        <w:trPr>
          <w:cantSplit/>
          <w:tblHeader/>
          <w:jc w:val="center"/>
        </w:trPr>
        <w:tc>
          <w:tcPr>
            <w:tcW w:w="1984" w:type="dxa"/>
            <w:shd w:val="clear" w:color="auto" w:fill="D9E2F3"/>
            <w:tcMar>
              <w:top w:w="70" w:type="dxa"/>
              <w:left w:w="85" w:type="dxa"/>
              <w:bottom w:w="70" w:type="dxa"/>
              <w:right w:w="85" w:type="dxa"/>
            </w:tcMar>
            <w:vAlign w:val="center"/>
          </w:tcPr>
          <w:p w14:paraId="2AB7CABD" w14:textId="77777777" w:rsidR="0096746C" w:rsidRDefault="00000000">
            <w:r>
              <w:rPr>
                <w:color w:val="2F5597"/>
                <w:sz w:val="17"/>
              </w:rPr>
              <w:t>Περίοδος</w:t>
            </w:r>
          </w:p>
        </w:tc>
        <w:tc>
          <w:tcPr>
            <w:tcW w:w="7937" w:type="dxa"/>
            <w:shd w:val="clear" w:color="auto" w:fill="D9E2F3"/>
            <w:tcMar>
              <w:top w:w="70" w:type="dxa"/>
              <w:left w:w="85" w:type="dxa"/>
              <w:bottom w:w="70" w:type="dxa"/>
              <w:right w:w="85" w:type="dxa"/>
            </w:tcMar>
            <w:vAlign w:val="center"/>
          </w:tcPr>
          <w:p w14:paraId="67E98ECC" w14:textId="77777777" w:rsidR="0096746C" w:rsidRDefault="00000000">
            <w:r>
              <w:rPr>
                <w:color w:val="2F5597"/>
                <w:sz w:val="17"/>
              </w:rPr>
              <w:t>Εστίαση διοίκησης</w:t>
            </w:r>
          </w:p>
        </w:tc>
      </w:tr>
      <w:tr w:rsidR="0096746C" w:rsidRPr="004A324C" w14:paraId="18DA82AD" w14:textId="77777777">
        <w:trPr>
          <w:cantSplit/>
          <w:jc w:val="center"/>
        </w:trPr>
        <w:tc>
          <w:tcPr>
            <w:tcW w:w="1984" w:type="dxa"/>
            <w:tcMar>
              <w:top w:w="65" w:type="dxa"/>
              <w:left w:w="80" w:type="dxa"/>
              <w:bottom w:w="65" w:type="dxa"/>
              <w:right w:w="80" w:type="dxa"/>
            </w:tcMar>
          </w:tcPr>
          <w:p w14:paraId="650396EF" w14:textId="77777777" w:rsidR="0096746C" w:rsidRDefault="00000000">
            <w:r>
              <w:rPr>
                <w:sz w:val="17"/>
              </w:rPr>
              <w:t>Αύγουστος</w:t>
            </w:r>
          </w:p>
        </w:tc>
        <w:tc>
          <w:tcPr>
            <w:tcW w:w="7937" w:type="dxa"/>
            <w:tcMar>
              <w:top w:w="65" w:type="dxa"/>
              <w:left w:w="80" w:type="dxa"/>
              <w:bottom w:w="65" w:type="dxa"/>
              <w:right w:w="80" w:type="dxa"/>
            </w:tcMar>
          </w:tcPr>
          <w:p w14:paraId="55C244E9" w14:textId="77777777" w:rsidR="0096746C" w:rsidRPr="004A324C" w:rsidRDefault="00000000">
            <w:pPr>
              <w:rPr>
                <w:lang w:val="el-GR"/>
              </w:rPr>
            </w:pPr>
            <w:r w:rsidRPr="004A324C">
              <w:rPr>
                <w:sz w:val="17"/>
                <w:lang w:val="el-GR"/>
              </w:rPr>
              <w:t>Επιβεβαίωση εγγραφών, στελέχωσης, εκπαίδευσης, ετοιμότητας χώρων, πληροφοριών παιδιών, των πρώτων οκτώ εβδομάδων και της επικοινωνίας με γονείς.</w:t>
            </w:r>
          </w:p>
        </w:tc>
      </w:tr>
      <w:tr w:rsidR="0096746C" w:rsidRPr="004A324C" w14:paraId="5F511199" w14:textId="77777777">
        <w:trPr>
          <w:cantSplit/>
          <w:jc w:val="center"/>
        </w:trPr>
        <w:tc>
          <w:tcPr>
            <w:tcW w:w="1984" w:type="dxa"/>
            <w:tcMar>
              <w:top w:w="65" w:type="dxa"/>
              <w:left w:w="80" w:type="dxa"/>
              <w:bottom w:w="65" w:type="dxa"/>
              <w:right w:w="80" w:type="dxa"/>
            </w:tcMar>
          </w:tcPr>
          <w:p w14:paraId="11D3ED22" w14:textId="77777777" w:rsidR="0096746C" w:rsidRDefault="00000000">
            <w:proofErr w:type="spellStart"/>
            <w:r>
              <w:rPr>
                <w:sz w:val="17"/>
              </w:rPr>
              <w:t>Σε</w:t>
            </w:r>
            <w:proofErr w:type="spellEnd"/>
            <w:r>
              <w:rPr>
                <w:sz w:val="17"/>
              </w:rPr>
              <w:t>πτέμβριος</w:t>
            </w:r>
          </w:p>
        </w:tc>
        <w:tc>
          <w:tcPr>
            <w:tcW w:w="7937" w:type="dxa"/>
            <w:tcMar>
              <w:top w:w="65" w:type="dxa"/>
              <w:left w:w="80" w:type="dxa"/>
              <w:bottom w:w="65" w:type="dxa"/>
              <w:right w:w="80" w:type="dxa"/>
            </w:tcMar>
          </w:tcPr>
          <w:p w14:paraId="0A3CF35E" w14:textId="77777777" w:rsidR="0096746C" w:rsidRPr="004A324C" w:rsidRDefault="00000000">
            <w:pPr>
              <w:rPr>
                <w:lang w:val="el-GR"/>
              </w:rPr>
            </w:pPr>
            <w:r w:rsidRPr="004A324C">
              <w:rPr>
                <w:sz w:val="17"/>
                <w:lang w:val="el-GR"/>
              </w:rPr>
              <w:t xml:space="preserve">Έναρξη </w:t>
            </w:r>
            <w:proofErr w:type="spellStart"/>
            <w:r w:rsidRPr="004A324C">
              <w:rPr>
                <w:sz w:val="17"/>
                <w:lang w:val="el-GR"/>
              </w:rPr>
              <w:t>ρουτινών</w:t>
            </w:r>
            <w:proofErr w:type="spellEnd"/>
            <w:r w:rsidRPr="004A324C">
              <w:rPr>
                <w:sz w:val="17"/>
                <w:lang w:val="el-GR"/>
              </w:rPr>
              <w:t>, προσαρμογή, παρατήρηση, βασικοί αρχικοί στόχοι και εντατική διοικητική ανασκόπηση.</w:t>
            </w:r>
          </w:p>
        </w:tc>
      </w:tr>
      <w:tr w:rsidR="0096746C" w:rsidRPr="004A324C" w14:paraId="667FA15C" w14:textId="77777777">
        <w:trPr>
          <w:cantSplit/>
          <w:jc w:val="center"/>
        </w:trPr>
        <w:tc>
          <w:tcPr>
            <w:tcW w:w="1984" w:type="dxa"/>
            <w:tcMar>
              <w:top w:w="65" w:type="dxa"/>
              <w:left w:w="80" w:type="dxa"/>
              <w:bottom w:w="65" w:type="dxa"/>
              <w:right w:w="80" w:type="dxa"/>
            </w:tcMar>
          </w:tcPr>
          <w:p w14:paraId="441CFA1E" w14:textId="77777777" w:rsidR="0096746C" w:rsidRDefault="00000000">
            <w:proofErr w:type="spellStart"/>
            <w:r>
              <w:rPr>
                <w:sz w:val="17"/>
              </w:rPr>
              <w:t>Οκτώ</w:t>
            </w:r>
            <w:proofErr w:type="spellEnd"/>
            <w:r>
              <w:rPr>
                <w:sz w:val="17"/>
              </w:rPr>
              <w:t>βριος</w:t>
            </w:r>
          </w:p>
        </w:tc>
        <w:tc>
          <w:tcPr>
            <w:tcW w:w="7937" w:type="dxa"/>
            <w:tcMar>
              <w:top w:w="65" w:type="dxa"/>
              <w:left w:w="80" w:type="dxa"/>
              <w:bottom w:w="65" w:type="dxa"/>
              <w:right w:w="80" w:type="dxa"/>
            </w:tcMar>
          </w:tcPr>
          <w:p w14:paraId="26B41B14" w14:textId="77777777" w:rsidR="0096746C" w:rsidRPr="004A324C" w:rsidRDefault="00000000">
            <w:pPr>
              <w:rPr>
                <w:lang w:val="el-GR"/>
              </w:rPr>
            </w:pPr>
            <w:r w:rsidRPr="004A324C">
              <w:rPr>
                <w:sz w:val="17"/>
                <w:lang w:val="el-GR"/>
              </w:rPr>
              <w:t>Πρώτες ανασκοπήσεις ατομικών σχεδίων, ανατροφοδότηση γονέων και προσαρμογές στελέχωσης και ωρολογίου προγράμματος.</w:t>
            </w:r>
          </w:p>
        </w:tc>
      </w:tr>
      <w:tr w:rsidR="0096746C" w:rsidRPr="004A324C" w14:paraId="3B6D69E1" w14:textId="77777777">
        <w:trPr>
          <w:cantSplit/>
          <w:jc w:val="center"/>
        </w:trPr>
        <w:tc>
          <w:tcPr>
            <w:tcW w:w="1984" w:type="dxa"/>
            <w:tcMar>
              <w:top w:w="65" w:type="dxa"/>
              <w:left w:w="80" w:type="dxa"/>
              <w:bottom w:w="65" w:type="dxa"/>
              <w:right w:w="80" w:type="dxa"/>
            </w:tcMar>
          </w:tcPr>
          <w:p w14:paraId="495E311F" w14:textId="77777777" w:rsidR="0096746C" w:rsidRDefault="00000000">
            <w:proofErr w:type="spellStart"/>
            <w:r>
              <w:rPr>
                <w:sz w:val="17"/>
              </w:rPr>
              <w:t>Νοέμ</w:t>
            </w:r>
            <w:proofErr w:type="spellEnd"/>
            <w:r>
              <w:rPr>
                <w:sz w:val="17"/>
              </w:rPr>
              <w:t>βριος–Δεκέμβριος</w:t>
            </w:r>
          </w:p>
        </w:tc>
        <w:tc>
          <w:tcPr>
            <w:tcW w:w="7937" w:type="dxa"/>
            <w:tcMar>
              <w:top w:w="65" w:type="dxa"/>
              <w:left w:w="80" w:type="dxa"/>
              <w:bottom w:w="65" w:type="dxa"/>
              <w:right w:w="80" w:type="dxa"/>
            </w:tcMar>
          </w:tcPr>
          <w:p w14:paraId="3D8F3EEA" w14:textId="77777777" w:rsidR="0096746C" w:rsidRPr="004A324C" w:rsidRDefault="00000000">
            <w:pPr>
              <w:rPr>
                <w:lang w:val="el-GR"/>
              </w:rPr>
            </w:pPr>
            <w:r w:rsidRPr="004A324C">
              <w:rPr>
                <w:sz w:val="17"/>
                <w:lang w:val="el-GR"/>
              </w:rPr>
              <w:t>Εδραίωση προγράμματος, δειγματοληπτικός έλεγχος ποιότητας, ανασκόπηση περιόδου και έκθεση προς το Διοικητικό Συμβούλιο.</w:t>
            </w:r>
          </w:p>
        </w:tc>
      </w:tr>
      <w:tr w:rsidR="0096746C" w:rsidRPr="004A324C" w14:paraId="7B9BD4FA" w14:textId="77777777">
        <w:trPr>
          <w:cantSplit/>
          <w:jc w:val="center"/>
        </w:trPr>
        <w:tc>
          <w:tcPr>
            <w:tcW w:w="1984" w:type="dxa"/>
            <w:tcMar>
              <w:top w:w="65" w:type="dxa"/>
              <w:left w:w="80" w:type="dxa"/>
              <w:bottom w:w="65" w:type="dxa"/>
              <w:right w:w="80" w:type="dxa"/>
            </w:tcMar>
          </w:tcPr>
          <w:p w14:paraId="6F83B287" w14:textId="77777777" w:rsidR="0096746C" w:rsidRDefault="00000000">
            <w:r>
              <w:rPr>
                <w:sz w:val="17"/>
              </w:rPr>
              <w:t>Ια</w:t>
            </w:r>
            <w:proofErr w:type="spellStart"/>
            <w:r>
              <w:rPr>
                <w:sz w:val="17"/>
              </w:rPr>
              <w:t>νουάριος</w:t>
            </w:r>
            <w:proofErr w:type="spellEnd"/>
          </w:p>
        </w:tc>
        <w:tc>
          <w:tcPr>
            <w:tcW w:w="7937" w:type="dxa"/>
            <w:tcMar>
              <w:top w:w="65" w:type="dxa"/>
              <w:left w:w="80" w:type="dxa"/>
              <w:bottom w:w="65" w:type="dxa"/>
              <w:right w:w="80" w:type="dxa"/>
            </w:tcMar>
          </w:tcPr>
          <w:p w14:paraId="2A64E46C" w14:textId="77777777" w:rsidR="0096746C" w:rsidRPr="004A324C" w:rsidRDefault="00000000">
            <w:pPr>
              <w:rPr>
                <w:lang w:val="el-GR"/>
              </w:rPr>
            </w:pPr>
            <w:r w:rsidRPr="004A324C">
              <w:rPr>
                <w:sz w:val="17"/>
                <w:lang w:val="el-GR"/>
              </w:rPr>
              <w:t>Ανανέωση στόχων, εκπαίδευσης και θεματικών προγράμματος για τη νέα περίοδο.</w:t>
            </w:r>
          </w:p>
        </w:tc>
      </w:tr>
      <w:tr w:rsidR="0096746C" w:rsidRPr="004A324C" w14:paraId="3B6C4ED0" w14:textId="77777777">
        <w:trPr>
          <w:cantSplit/>
          <w:jc w:val="center"/>
        </w:trPr>
        <w:tc>
          <w:tcPr>
            <w:tcW w:w="1984" w:type="dxa"/>
            <w:tcMar>
              <w:top w:w="65" w:type="dxa"/>
              <w:left w:w="80" w:type="dxa"/>
              <w:bottom w:w="65" w:type="dxa"/>
              <w:right w:w="80" w:type="dxa"/>
            </w:tcMar>
          </w:tcPr>
          <w:p w14:paraId="2446818B" w14:textId="77777777" w:rsidR="0096746C" w:rsidRDefault="00000000">
            <w:proofErr w:type="spellStart"/>
            <w:r>
              <w:rPr>
                <w:sz w:val="17"/>
              </w:rPr>
              <w:t>Φε</w:t>
            </w:r>
            <w:proofErr w:type="spellEnd"/>
            <w:r>
              <w:rPr>
                <w:sz w:val="17"/>
              </w:rPr>
              <w:t>βρουάριος–Μάρτιος</w:t>
            </w:r>
          </w:p>
        </w:tc>
        <w:tc>
          <w:tcPr>
            <w:tcW w:w="7937" w:type="dxa"/>
            <w:tcMar>
              <w:top w:w="65" w:type="dxa"/>
              <w:left w:w="80" w:type="dxa"/>
              <w:bottom w:w="65" w:type="dxa"/>
              <w:right w:w="80" w:type="dxa"/>
            </w:tcMar>
          </w:tcPr>
          <w:p w14:paraId="3FE47BC0" w14:textId="77777777" w:rsidR="0096746C" w:rsidRPr="004A324C" w:rsidRDefault="00000000">
            <w:pPr>
              <w:rPr>
                <w:lang w:val="el-GR"/>
              </w:rPr>
            </w:pPr>
            <w:r w:rsidRPr="004A324C">
              <w:rPr>
                <w:sz w:val="17"/>
                <w:lang w:val="el-GR"/>
              </w:rPr>
              <w:t xml:space="preserve">Ανασκοπήσεις προόδου, συνεργασία με οικογένειες και </w:t>
            </w:r>
            <w:proofErr w:type="spellStart"/>
            <w:r w:rsidRPr="004A324C">
              <w:rPr>
                <w:sz w:val="17"/>
                <w:lang w:val="el-GR"/>
              </w:rPr>
              <w:t>στοχευμένη</w:t>
            </w:r>
            <w:proofErr w:type="spellEnd"/>
            <w:r w:rsidRPr="004A324C">
              <w:rPr>
                <w:sz w:val="17"/>
                <w:lang w:val="el-GR"/>
              </w:rPr>
              <w:t xml:space="preserve"> ομαδική εργασία.</w:t>
            </w:r>
          </w:p>
        </w:tc>
      </w:tr>
      <w:tr w:rsidR="0096746C" w:rsidRPr="004A324C" w14:paraId="010AAD29" w14:textId="77777777">
        <w:trPr>
          <w:cantSplit/>
          <w:jc w:val="center"/>
        </w:trPr>
        <w:tc>
          <w:tcPr>
            <w:tcW w:w="1984" w:type="dxa"/>
            <w:tcMar>
              <w:top w:w="65" w:type="dxa"/>
              <w:left w:w="80" w:type="dxa"/>
              <w:bottom w:w="65" w:type="dxa"/>
              <w:right w:w="80" w:type="dxa"/>
            </w:tcMar>
          </w:tcPr>
          <w:p w14:paraId="45186824" w14:textId="77777777" w:rsidR="0096746C" w:rsidRDefault="00000000">
            <w:r>
              <w:rPr>
                <w:sz w:val="17"/>
              </w:rPr>
              <w:t>Απ</w:t>
            </w:r>
            <w:proofErr w:type="spellStart"/>
            <w:r>
              <w:rPr>
                <w:sz w:val="17"/>
              </w:rPr>
              <w:t>ρίλιος</w:t>
            </w:r>
            <w:proofErr w:type="spellEnd"/>
          </w:p>
        </w:tc>
        <w:tc>
          <w:tcPr>
            <w:tcW w:w="7937" w:type="dxa"/>
            <w:tcMar>
              <w:top w:w="65" w:type="dxa"/>
              <w:left w:w="80" w:type="dxa"/>
              <w:bottom w:w="65" w:type="dxa"/>
              <w:right w:w="80" w:type="dxa"/>
            </w:tcMar>
          </w:tcPr>
          <w:p w14:paraId="545FFA1A" w14:textId="77777777" w:rsidR="0096746C" w:rsidRPr="004A324C" w:rsidRDefault="00000000">
            <w:pPr>
              <w:rPr>
                <w:lang w:val="el-GR"/>
              </w:rPr>
            </w:pPr>
            <w:r w:rsidRPr="004A324C">
              <w:rPr>
                <w:sz w:val="17"/>
                <w:lang w:val="el-GR"/>
              </w:rPr>
              <w:t>Ανασκόπηση εαρινής περιόδου, έλεγχοι ασφάλειας και προγραμματισμός καλοκαιριού.</w:t>
            </w:r>
          </w:p>
        </w:tc>
      </w:tr>
      <w:tr w:rsidR="0096746C" w:rsidRPr="004A324C" w14:paraId="12F2B0F6" w14:textId="77777777">
        <w:trPr>
          <w:cantSplit/>
          <w:jc w:val="center"/>
        </w:trPr>
        <w:tc>
          <w:tcPr>
            <w:tcW w:w="1984" w:type="dxa"/>
            <w:tcMar>
              <w:top w:w="65" w:type="dxa"/>
              <w:left w:w="80" w:type="dxa"/>
              <w:bottom w:w="65" w:type="dxa"/>
              <w:right w:w="80" w:type="dxa"/>
            </w:tcMar>
          </w:tcPr>
          <w:p w14:paraId="11A1BF16" w14:textId="77777777" w:rsidR="0096746C" w:rsidRDefault="00000000">
            <w:proofErr w:type="spellStart"/>
            <w:r>
              <w:rPr>
                <w:sz w:val="17"/>
              </w:rPr>
              <w:t>Μάιος</w:t>
            </w:r>
            <w:proofErr w:type="spellEnd"/>
            <w:r>
              <w:rPr>
                <w:sz w:val="17"/>
              </w:rPr>
              <w:t>–</w:t>
            </w:r>
            <w:proofErr w:type="spellStart"/>
            <w:r>
              <w:rPr>
                <w:sz w:val="17"/>
              </w:rPr>
              <w:t>Ιούνιος</w:t>
            </w:r>
            <w:proofErr w:type="spellEnd"/>
          </w:p>
        </w:tc>
        <w:tc>
          <w:tcPr>
            <w:tcW w:w="7937" w:type="dxa"/>
            <w:tcMar>
              <w:top w:w="65" w:type="dxa"/>
              <w:left w:w="80" w:type="dxa"/>
              <w:bottom w:w="65" w:type="dxa"/>
              <w:right w:w="80" w:type="dxa"/>
            </w:tcMar>
          </w:tcPr>
          <w:p w14:paraId="052C6386" w14:textId="77777777" w:rsidR="0096746C" w:rsidRPr="004A324C" w:rsidRDefault="00000000">
            <w:pPr>
              <w:rPr>
                <w:lang w:val="el-GR"/>
              </w:rPr>
            </w:pPr>
            <w:r w:rsidRPr="004A324C">
              <w:rPr>
                <w:sz w:val="17"/>
                <w:lang w:val="el-GR"/>
              </w:rPr>
              <w:t>Σχεδιασμός μετάβασης, αποτελέσματα τέλους έτους και σχεδιασμός κινδύνων καλοκαιριού.</w:t>
            </w:r>
          </w:p>
        </w:tc>
      </w:tr>
      <w:tr w:rsidR="0096746C" w:rsidRPr="004A324C" w14:paraId="173CD8F6" w14:textId="77777777">
        <w:trPr>
          <w:cantSplit/>
          <w:jc w:val="center"/>
        </w:trPr>
        <w:tc>
          <w:tcPr>
            <w:tcW w:w="1984" w:type="dxa"/>
            <w:tcMar>
              <w:top w:w="65" w:type="dxa"/>
              <w:left w:w="80" w:type="dxa"/>
              <w:bottom w:w="65" w:type="dxa"/>
              <w:right w:w="80" w:type="dxa"/>
            </w:tcMar>
          </w:tcPr>
          <w:p w14:paraId="037B7BB7" w14:textId="77777777" w:rsidR="0096746C" w:rsidRDefault="00000000">
            <w:proofErr w:type="spellStart"/>
            <w:r>
              <w:rPr>
                <w:sz w:val="17"/>
              </w:rPr>
              <w:t>Ιούλιος</w:t>
            </w:r>
            <w:proofErr w:type="spellEnd"/>
            <w:r>
              <w:rPr>
                <w:sz w:val="17"/>
              </w:rPr>
              <w:t>–</w:t>
            </w:r>
            <w:proofErr w:type="spellStart"/>
            <w:r>
              <w:rPr>
                <w:sz w:val="17"/>
              </w:rPr>
              <w:t>Αύγουστος</w:t>
            </w:r>
            <w:proofErr w:type="spellEnd"/>
          </w:p>
        </w:tc>
        <w:tc>
          <w:tcPr>
            <w:tcW w:w="7937" w:type="dxa"/>
            <w:tcMar>
              <w:top w:w="65" w:type="dxa"/>
              <w:left w:w="80" w:type="dxa"/>
              <w:bottom w:w="65" w:type="dxa"/>
              <w:right w:w="80" w:type="dxa"/>
            </w:tcMar>
          </w:tcPr>
          <w:p w14:paraId="3345C900" w14:textId="77777777" w:rsidR="0096746C" w:rsidRPr="004A324C" w:rsidRDefault="00000000">
            <w:pPr>
              <w:rPr>
                <w:lang w:val="el-GR"/>
              </w:rPr>
            </w:pPr>
            <w:r w:rsidRPr="004A324C">
              <w:rPr>
                <w:sz w:val="17"/>
                <w:lang w:val="el-GR"/>
              </w:rPr>
              <w:t>Καλοκαιρινό πρόγραμμα όπου εφαρμόζεται, ετήσια αξιολόγηση, έλεγχος συμμόρφωσης και αναθεώρηση προγράμματος.</w:t>
            </w:r>
          </w:p>
        </w:tc>
      </w:tr>
    </w:tbl>
    <w:p w14:paraId="145C09EF" w14:textId="77777777" w:rsidR="0096746C" w:rsidRPr="004A324C" w:rsidRDefault="0096746C">
      <w:pPr>
        <w:spacing w:after="20"/>
        <w:rPr>
          <w:lang w:val="el-GR"/>
        </w:rPr>
      </w:pPr>
    </w:p>
    <w:p w14:paraId="29F5C644" w14:textId="77777777" w:rsidR="0096746C" w:rsidRPr="004A324C" w:rsidRDefault="00000000">
      <w:pPr>
        <w:pStyle w:val="Heading1"/>
        <w:rPr>
          <w:lang w:val="el-GR"/>
        </w:rPr>
      </w:pPr>
      <w:r w:rsidRPr="004A324C">
        <w:rPr>
          <w:lang w:val="el-GR"/>
        </w:rPr>
        <w:lastRenderedPageBreak/>
        <w:t>27. Σχέδιο έναρξης Σεπτεμβρίου</w:t>
      </w:r>
    </w:p>
    <w:p w14:paraId="54C3F5E2" w14:textId="77777777" w:rsidR="0096746C" w:rsidRPr="004A324C" w:rsidRDefault="00000000">
      <w:pPr>
        <w:rPr>
          <w:lang w:val="el-GR"/>
        </w:rPr>
      </w:pPr>
      <w:r w:rsidRPr="004A324C">
        <w:rPr>
          <w:lang w:val="el-GR"/>
        </w:rPr>
        <w:t>Το Κέντρο δεν πρέπει να περιμένει μέχρι την πρώτη ημέρα λειτουργίας για να εντοπίσει επιχειρησιακά κενά. Οι ακόλουθες εργασίες πρέπει να έχουν ολοκληρωθεί ή να βρίσκονται υπό επίσημο έλεγχο πριν αρχίσουν να παρευρίσκονται τα παιδιά.</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701"/>
        <w:gridCol w:w="6520"/>
        <w:gridCol w:w="1701"/>
      </w:tblGrid>
      <w:tr w:rsidR="0096746C" w14:paraId="580D3C57" w14:textId="77777777">
        <w:trPr>
          <w:cantSplit/>
          <w:tblHeader/>
          <w:jc w:val="center"/>
        </w:trPr>
        <w:tc>
          <w:tcPr>
            <w:tcW w:w="1701" w:type="dxa"/>
            <w:shd w:val="clear" w:color="auto" w:fill="D9E2F3"/>
            <w:tcMar>
              <w:top w:w="70" w:type="dxa"/>
              <w:left w:w="85" w:type="dxa"/>
              <w:bottom w:w="70" w:type="dxa"/>
              <w:right w:w="85" w:type="dxa"/>
            </w:tcMar>
            <w:vAlign w:val="center"/>
          </w:tcPr>
          <w:p w14:paraId="7CBCB2C1" w14:textId="77777777" w:rsidR="0096746C" w:rsidRDefault="00000000">
            <w:proofErr w:type="spellStart"/>
            <w:r>
              <w:rPr>
                <w:color w:val="2F5597"/>
                <w:sz w:val="17"/>
              </w:rPr>
              <w:t>Τομέ</w:t>
            </w:r>
            <w:proofErr w:type="spellEnd"/>
            <w:r>
              <w:rPr>
                <w:color w:val="2F5597"/>
                <w:sz w:val="17"/>
              </w:rPr>
              <w:t xml:space="preserve">ας </w:t>
            </w:r>
            <w:proofErr w:type="spellStart"/>
            <w:r>
              <w:rPr>
                <w:color w:val="2F5597"/>
                <w:sz w:val="17"/>
              </w:rPr>
              <w:t>εργ</w:t>
            </w:r>
            <w:proofErr w:type="spellEnd"/>
            <w:r>
              <w:rPr>
                <w:color w:val="2F5597"/>
                <w:sz w:val="17"/>
              </w:rPr>
              <w:t>ασίας</w:t>
            </w:r>
          </w:p>
        </w:tc>
        <w:tc>
          <w:tcPr>
            <w:tcW w:w="6520" w:type="dxa"/>
            <w:shd w:val="clear" w:color="auto" w:fill="D9E2F3"/>
            <w:tcMar>
              <w:top w:w="70" w:type="dxa"/>
              <w:left w:w="85" w:type="dxa"/>
              <w:bottom w:w="70" w:type="dxa"/>
              <w:right w:w="85" w:type="dxa"/>
            </w:tcMar>
            <w:vAlign w:val="center"/>
          </w:tcPr>
          <w:p w14:paraId="6E22A1ED" w14:textId="77777777" w:rsidR="0096746C" w:rsidRDefault="00000000">
            <w:r>
              <w:rPr>
                <w:color w:val="2F5597"/>
                <w:sz w:val="17"/>
              </w:rPr>
              <w:t>Απαιτούμενη ενέργεια</w:t>
            </w:r>
          </w:p>
        </w:tc>
        <w:tc>
          <w:tcPr>
            <w:tcW w:w="1701" w:type="dxa"/>
            <w:shd w:val="clear" w:color="auto" w:fill="D9E2F3"/>
            <w:tcMar>
              <w:top w:w="70" w:type="dxa"/>
              <w:left w:w="85" w:type="dxa"/>
              <w:bottom w:w="70" w:type="dxa"/>
              <w:right w:w="85" w:type="dxa"/>
            </w:tcMar>
            <w:vAlign w:val="center"/>
          </w:tcPr>
          <w:p w14:paraId="41AAFF34" w14:textId="77777777" w:rsidR="0096746C" w:rsidRDefault="00000000">
            <w:r>
              <w:rPr>
                <w:color w:val="2F5597"/>
                <w:sz w:val="17"/>
              </w:rPr>
              <w:t>Προθεσμία</w:t>
            </w:r>
          </w:p>
        </w:tc>
      </w:tr>
      <w:tr w:rsidR="0096746C" w:rsidRPr="004A324C" w14:paraId="48683B47" w14:textId="77777777">
        <w:trPr>
          <w:cantSplit/>
          <w:jc w:val="center"/>
        </w:trPr>
        <w:tc>
          <w:tcPr>
            <w:tcW w:w="1701" w:type="dxa"/>
            <w:tcMar>
              <w:top w:w="65" w:type="dxa"/>
              <w:left w:w="80" w:type="dxa"/>
              <w:bottom w:w="65" w:type="dxa"/>
              <w:right w:w="80" w:type="dxa"/>
            </w:tcMar>
          </w:tcPr>
          <w:p w14:paraId="0ED0B644" w14:textId="77777777" w:rsidR="0096746C" w:rsidRDefault="00000000">
            <w:r>
              <w:rPr>
                <w:sz w:val="17"/>
              </w:rPr>
              <w:t>Παιδιά</w:t>
            </w:r>
          </w:p>
        </w:tc>
        <w:tc>
          <w:tcPr>
            <w:tcW w:w="6520" w:type="dxa"/>
            <w:tcMar>
              <w:top w:w="65" w:type="dxa"/>
              <w:left w:w="80" w:type="dxa"/>
              <w:bottom w:w="65" w:type="dxa"/>
              <w:right w:w="80" w:type="dxa"/>
            </w:tcMar>
          </w:tcPr>
          <w:p w14:paraId="77ED0E50" w14:textId="77777777" w:rsidR="0096746C" w:rsidRPr="004A324C" w:rsidRDefault="00000000">
            <w:pPr>
              <w:rPr>
                <w:lang w:val="el-GR"/>
              </w:rPr>
            </w:pPr>
            <w:r w:rsidRPr="004A324C">
              <w:rPr>
                <w:sz w:val="17"/>
                <w:lang w:val="el-GR"/>
              </w:rPr>
              <w:t>Επιβεβαίωση εγγραφής, επαφών έκτακτης ανάγκης, παραλαβής, υγείας, αλλεργιών, φαρμακευτικής αγωγής, αναγκών υποστήριξης και αρχικών στόχων.</w:t>
            </w:r>
          </w:p>
        </w:tc>
        <w:tc>
          <w:tcPr>
            <w:tcW w:w="1701" w:type="dxa"/>
            <w:tcMar>
              <w:top w:w="65" w:type="dxa"/>
              <w:left w:w="80" w:type="dxa"/>
              <w:bottom w:w="65" w:type="dxa"/>
              <w:right w:w="80" w:type="dxa"/>
            </w:tcMar>
          </w:tcPr>
          <w:p w14:paraId="5C4B1B6E" w14:textId="77777777" w:rsidR="0096746C" w:rsidRPr="004A324C" w:rsidRDefault="00000000">
            <w:pPr>
              <w:rPr>
                <w:lang w:val="el-GR"/>
              </w:rPr>
            </w:pPr>
            <w:r w:rsidRPr="004A324C">
              <w:rPr>
                <w:sz w:val="17"/>
                <w:lang w:val="el-GR"/>
              </w:rPr>
              <w:t>Πριν από την πρώτη παρουσία</w:t>
            </w:r>
          </w:p>
        </w:tc>
      </w:tr>
      <w:tr w:rsidR="0096746C" w:rsidRPr="004A324C" w14:paraId="20C537C3" w14:textId="77777777">
        <w:trPr>
          <w:cantSplit/>
          <w:jc w:val="center"/>
        </w:trPr>
        <w:tc>
          <w:tcPr>
            <w:tcW w:w="1701" w:type="dxa"/>
            <w:tcMar>
              <w:top w:w="65" w:type="dxa"/>
              <w:left w:w="80" w:type="dxa"/>
              <w:bottom w:w="65" w:type="dxa"/>
              <w:right w:w="80" w:type="dxa"/>
            </w:tcMar>
          </w:tcPr>
          <w:p w14:paraId="61B6F758" w14:textId="77777777" w:rsidR="0096746C" w:rsidRDefault="00000000">
            <w:proofErr w:type="spellStart"/>
            <w:r>
              <w:rPr>
                <w:sz w:val="17"/>
              </w:rPr>
              <w:t>Προσω</w:t>
            </w:r>
            <w:proofErr w:type="spellEnd"/>
            <w:r>
              <w:rPr>
                <w:sz w:val="17"/>
              </w:rPr>
              <w:t>πικό</w:t>
            </w:r>
          </w:p>
        </w:tc>
        <w:tc>
          <w:tcPr>
            <w:tcW w:w="6520" w:type="dxa"/>
            <w:tcMar>
              <w:top w:w="65" w:type="dxa"/>
              <w:left w:w="80" w:type="dxa"/>
              <w:bottom w:w="65" w:type="dxa"/>
              <w:right w:w="80" w:type="dxa"/>
            </w:tcMar>
          </w:tcPr>
          <w:p w14:paraId="433BE208" w14:textId="77777777" w:rsidR="0096746C" w:rsidRPr="004A324C" w:rsidRDefault="00000000">
            <w:pPr>
              <w:rPr>
                <w:lang w:val="el-GR"/>
              </w:rPr>
            </w:pPr>
            <w:r w:rsidRPr="004A324C">
              <w:rPr>
                <w:sz w:val="17"/>
                <w:lang w:val="el-GR"/>
              </w:rPr>
              <w:t xml:space="preserve">Επιβεβαίωση ρόλων, προγράμματος βαρδιών, ελέγχων </w:t>
            </w:r>
            <w:proofErr w:type="spellStart"/>
            <w:r w:rsidRPr="004A324C">
              <w:rPr>
                <w:sz w:val="17"/>
                <w:lang w:val="el-GR"/>
              </w:rPr>
              <w:t>καταλληλότητας</w:t>
            </w:r>
            <w:proofErr w:type="spellEnd"/>
            <w:r w:rsidRPr="004A324C">
              <w:rPr>
                <w:sz w:val="17"/>
                <w:lang w:val="el-GR"/>
              </w:rPr>
              <w:t>, εκπαίδευσης, Κώδικα Δεοντολογίας, εισαγωγικής εκπαίδευσης και ρυθμίσεων εποπτείας.</w:t>
            </w:r>
          </w:p>
        </w:tc>
        <w:tc>
          <w:tcPr>
            <w:tcW w:w="1701" w:type="dxa"/>
            <w:tcMar>
              <w:top w:w="65" w:type="dxa"/>
              <w:left w:w="80" w:type="dxa"/>
              <w:bottom w:w="65" w:type="dxa"/>
              <w:right w:w="80" w:type="dxa"/>
            </w:tcMar>
          </w:tcPr>
          <w:p w14:paraId="6B5B186F" w14:textId="77777777" w:rsidR="0096746C" w:rsidRPr="004A324C" w:rsidRDefault="00000000">
            <w:pPr>
              <w:rPr>
                <w:lang w:val="el-GR"/>
              </w:rPr>
            </w:pPr>
            <w:r w:rsidRPr="004A324C">
              <w:rPr>
                <w:sz w:val="17"/>
                <w:lang w:val="el-GR"/>
              </w:rPr>
              <w:t>Πριν από οποιαδήποτε μη επιτηρούμενη επαφή με παιδιά</w:t>
            </w:r>
          </w:p>
        </w:tc>
      </w:tr>
      <w:tr w:rsidR="0096746C" w14:paraId="05057CE8" w14:textId="77777777">
        <w:trPr>
          <w:cantSplit/>
          <w:jc w:val="center"/>
        </w:trPr>
        <w:tc>
          <w:tcPr>
            <w:tcW w:w="1701" w:type="dxa"/>
            <w:tcMar>
              <w:top w:w="65" w:type="dxa"/>
              <w:left w:w="80" w:type="dxa"/>
              <w:bottom w:w="65" w:type="dxa"/>
              <w:right w:w="80" w:type="dxa"/>
            </w:tcMar>
          </w:tcPr>
          <w:p w14:paraId="48F8FACC" w14:textId="77777777" w:rsidR="0096746C" w:rsidRDefault="00000000">
            <w:proofErr w:type="spellStart"/>
            <w:r>
              <w:rPr>
                <w:sz w:val="17"/>
              </w:rPr>
              <w:t>Χώροι</w:t>
            </w:r>
            <w:proofErr w:type="spellEnd"/>
          </w:p>
        </w:tc>
        <w:tc>
          <w:tcPr>
            <w:tcW w:w="6520" w:type="dxa"/>
            <w:tcMar>
              <w:top w:w="65" w:type="dxa"/>
              <w:left w:w="80" w:type="dxa"/>
              <w:bottom w:w="65" w:type="dxa"/>
              <w:right w:w="80" w:type="dxa"/>
            </w:tcMar>
          </w:tcPr>
          <w:p w14:paraId="12BA3E7A" w14:textId="77777777" w:rsidR="0096746C" w:rsidRPr="004A324C" w:rsidRDefault="00000000">
            <w:pPr>
              <w:rPr>
                <w:lang w:val="el-GR"/>
              </w:rPr>
            </w:pPr>
            <w:r w:rsidRPr="004A324C">
              <w:rPr>
                <w:sz w:val="17"/>
                <w:lang w:val="el-GR"/>
              </w:rPr>
              <w:t>Ολοκλήρωση ελέγχου χώρων, ρυθμίσεων πυρασφάλειας και εκκένωσης, ελέγχου πρώτων βοηθειών, διάταξης αιθουσών και ασφαλούς φύλαξης αρχείων.</w:t>
            </w:r>
          </w:p>
        </w:tc>
        <w:tc>
          <w:tcPr>
            <w:tcW w:w="1701" w:type="dxa"/>
            <w:tcMar>
              <w:top w:w="65" w:type="dxa"/>
              <w:left w:w="80" w:type="dxa"/>
              <w:bottom w:w="65" w:type="dxa"/>
              <w:right w:w="80" w:type="dxa"/>
            </w:tcMar>
          </w:tcPr>
          <w:p w14:paraId="0DFB840C" w14:textId="77777777" w:rsidR="0096746C" w:rsidRDefault="00000000">
            <w:proofErr w:type="spellStart"/>
            <w:r>
              <w:rPr>
                <w:sz w:val="17"/>
              </w:rPr>
              <w:t>Πριν</w:t>
            </w:r>
            <w:proofErr w:type="spellEnd"/>
            <w:r>
              <w:rPr>
                <w:sz w:val="17"/>
              </w:rPr>
              <w:t xml:space="preserve"> από </w:t>
            </w:r>
            <w:proofErr w:type="spellStart"/>
            <w:r>
              <w:rPr>
                <w:sz w:val="17"/>
              </w:rPr>
              <w:t>το</w:t>
            </w:r>
            <w:proofErr w:type="spellEnd"/>
            <w:r>
              <w:rPr>
                <w:sz w:val="17"/>
              </w:rPr>
              <w:t xml:space="preserve"> </w:t>
            </w:r>
            <w:proofErr w:type="spellStart"/>
            <w:r>
              <w:rPr>
                <w:sz w:val="17"/>
              </w:rPr>
              <w:t>άνοιγμ</w:t>
            </w:r>
            <w:proofErr w:type="spellEnd"/>
            <w:r>
              <w:rPr>
                <w:sz w:val="17"/>
              </w:rPr>
              <w:t>α</w:t>
            </w:r>
          </w:p>
        </w:tc>
      </w:tr>
      <w:tr w:rsidR="0096746C" w14:paraId="0328C610" w14:textId="77777777">
        <w:trPr>
          <w:cantSplit/>
          <w:jc w:val="center"/>
        </w:trPr>
        <w:tc>
          <w:tcPr>
            <w:tcW w:w="1701" w:type="dxa"/>
            <w:tcMar>
              <w:top w:w="65" w:type="dxa"/>
              <w:left w:w="80" w:type="dxa"/>
              <w:bottom w:w="65" w:type="dxa"/>
              <w:right w:w="80" w:type="dxa"/>
            </w:tcMar>
          </w:tcPr>
          <w:p w14:paraId="3E957AC4" w14:textId="77777777" w:rsidR="0096746C" w:rsidRDefault="00000000">
            <w:r>
              <w:rPr>
                <w:sz w:val="17"/>
              </w:rPr>
              <w:t>Πρόγραμμα</w:t>
            </w:r>
          </w:p>
        </w:tc>
        <w:tc>
          <w:tcPr>
            <w:tcW w:w="6520" w:type="dxa"/>
            <w:tcMar>
              <w:top w:w="65" w:type="dxa"/>
              <w:left w:w="80" w:type="dxa"/>
              <w:bottom w:w="65" w:type="dxa"/>
              <w:right w:w="80" w:type="dxa"/>
            </w:tcMar>
          </w:tcPr>
          <w:p w14:paraId="07938AAC" w14:textId="77777777" w:rsidR="0096746C" w:rsidRPr="004A324C" w:rsidRDefault="00000000">
            <w:pPr>
              <w:rPr>
                <w:lang w:val="el-GR"/>
              </w:rPr>
            </w:pPr>
            <w:r w:rsidRPr="004A324C">
              <w:rPr>
                <w:sz w:val="17"/>
                <w:lang w:val="el-GR"/>
              </w:rPr>
              <w:t>Προετοιμασία των πρώτων οκτώ εβδομάδων, υλικών δραστηριοτήτων, οπτικών προγραμμάτων και διαδικασίας εβδομαδιαίου σχεδιασμού.</w:t>
            </w:r>
          </w:p>
        </w:tc>
        <w:tc>
          <w:tcPr>
            <w:tcW w:w="1701" w:type="dxa"/>
            <w:tcMar>
              <w:top w:w="65" w:type="dxa"/>
              <w:left w:w="80" w:type="dxa"/>
              <w:bottom w:w="65" w:type="dxa"/>
              <w:right w:w="80" w:type="dxa"/>
            </w:tcMar>
          </w:tcPr>
          <w:p w14:paraId="423B9751" w14:textId="77777777" w:rsidR="0096746C" w:rsidRDefault="00000000">
            <w:proofErr w:type="spellStart"/>
            <w:r>
              <w:rPr>
                <w:sz w:val="17"/>
              </w:rPr>
              <w:t>Πριν</w:t>
            </w:r>
            <w:proofErr w:type="spellEnd"/>
            <w:r>
              <w:rPr>
                <w:sz w:val="17"/>
              </w:rPr>
              <w:t xml:space="preserve"> από </w:t>
            </w:r>
            <w:proofErr w:type="spellStart"/>
            <w:r>
              <w:rPr>
                <w:sz w:val="17"/>
              </w:rPr>
              <w:t>το</w:t>
            </w:r>
            <w:proofErr w:type="spellEnd"/>
            <w:r>
              <w:rPr>
                <w:sz w:val="17"/>
              </w:rPr>
              <w:t xml:space="preserve"> </w:t>
            </w:r>
            <w:proofErr w:type="spellStart"/>
            <w:r>
              <w:rPr>
                <w:sz w:val="17"/>
              </w:rPr>
              <w:t>άνοιγμ</w:t>
            </w:r>
            <w:proofErr w:type="spellEnd"/>
            <w:r>
              <w:rPr>
                <w:sz w:val="17"/>
              </w:rPr>
              <w:t>α</w:t>
            </w:r>
          </w:p>
        </w:tc>
      </w:tr>
      <w:tr w:rsidR="0096746C" w14:paraId="66F643D8" w14:textId="77777777">
        <w:trPr>
          <w:cantSplit/>
          <w:jc w:val="center"/>
        </w:trPr>
        <w:tc>
          <w:tcPr>
            <w:tcW w:w="1701" w:type="dxa"/>
            <w:tcMar>
              <w:top w:w="65" w:type="dxa"/>
              <w:left w:w="80" w:type="dxa"/>
              <w:bottom w:w="65" w:type="dxa"/>
              <w:right w:w="80" w:type="dxa"/>
            </w:tcMar>
          </w:tcPr>
          <w:p w14:paraId="4E42F9CD" w14:textId="77777777" w:rsidR="0096746C" w:rsidRDefault="00000000">
            <w:r>
              <w:rPr>
                <w:sz w:val="17"/>
              </w:rPr>
              <w:t>Προστασία παιδιών</w:t>
            </w:r>
          </w:p>
        </w:tc>
        <w:tc>
          <w:tcPr>
            <w:tcW w:w="6520" w:type="dxa"/>
            <w:tcMar>
              <w:top w:w="65" w:type="dxa"/>
              <w:left w:w="80" w:type="dxa"/>
              <w:bottom w:w="65" w:type="dxa"/>
              <w:right w:w="80" w:type="dxa"/>
            </w:tcMar>
          </w:tcPr>
          <w:p w14:paraId="7A760AD5" w14:textId="77777777" w:rsidR="0096746C" w:rsidRPr="004A324C" w:rsidRDefault="00000000">
            <w:pPr>
              <w:rPr>
                <w:lang w:val="el-GR"/>
              </w:rPr>
            </w:pPr>
            <w:r w:rsidRPr="004A324C">
              <w:rPr>
                <w:sz w:val="17"/>
                <w:lang w:val="el-GR"/>
              </w:rPr>
              <w:t>Επιβεβαίωση Υπεύθυνου Προστασίας Παιδιών, αναπληρωτή, επαφών αναφοράς, εντύπων ανησυχίας και κατανόησης των οδών αναφοράς από το προσωπικό.</w:t>
            </w:r>
          </w:p>
        </w:tc>
        <w:tc>
          <w:tcPr>
            <w:tcW w:w="1701" w:type="dxa"/>
            <w:tcMar>
              <w:top w:w="65" w:type="dxa"/>
              <w:left w:w="80" w:type="dxa"/>
              <w:bottom w:w="65" w:type="dxa"/>
              <w:right w:w="80" w:type="dxa"/>
            </w:tcMar>
          </w:tcPr>
          <w:p w14:paraId="1D8A8AA9" w14:textId="77777777" w:rsidR="0096746C" w:rsidRDefault="00000000">
            <w:proofErr w:type="spellStart"/>
            <w:r>
              <w:rPr>
                <w:sz w:val="17"/>
              </w:rPr>
              <w:t>Πριν</w:t>
            </w:r>
            <w:proofErr w:type="spellEnd"/>
            <w:r>
              <w:rPr>
                <w:sz w:val="17"/>
              </w:rPr>
              <w:t xml:space="preserve"> από </w:t>
            </w:r>
            <w:proofErr w:type="spellStart"/>
            <w:r>
              <w:rPr>
                <w:sz w:val="17"/>
              </w:rPr>
              <w:t>το</w:t>
            </w:r>
            <w:proofErr w:type="spellEnd"/>
            <w:r>
              <w:rPr>
                <w:sz w:val="17"/>
              </w:rPr>
              <w:t xml:space="preserve"> </w:t>
            </w:r>
            <w:proofErr w:type="spellStart"/>
            <w:r>
              <w:rPr>
                <w:sz w:val="17"/>
              </w:rPr>
              <w:t>άνοιγμ</w:t>
            </w:r>
            <w:proofErr w:type="spellEnd"/>
            <w:r>
              <w:rPr>
                <w:sz w:val="17"/>
              </w:rPr>
              <w:t>α</w:t>
            </w:r>
          </w:p>
        </w:tc>
      </w:tr>
      <w:tr w:rsidR="0096746C" w:rsidRPr="004A324C" w14:paraId="7F4C4297" w14:textId="77777777">
        <w:trPr>
          <w:cantSplit/>
          <w:jc w:val="center"/>
        </w:trPr>
        <w:tc>
          <w:tcPr>
            <w:tcW w:w="1701" w:type="dxa"/>
            <w:tcMar>
              <w:top w:w="65" w:type="dxa"/>
              <w:left w:w="80" w:type="dxa"/>
              <w:bottom w:w="65" w:type="dxa"/>
              <w:right w:w="80" w:type="dxa"/>
            </w:tcMar>
          </w:tcPr>
          <w:p w14:paraId="10959621" w14:textId="77777777" w:rsidR="0096746C" w:rsidRDefault="00000000">
            <w:r>
              <w:rPr>
                <w:sz w:val="17"/>
              </w:rPr>
              <w:t>Γονείς</w:t>
            </w:r>
          </w:p>
        </w:tc>
        <w:tc>
          <w:tcPr>
            <w:tcW w:w="6520" w:type="dxa"/>
            <w:tcMar>
              <w:top w:w="65" w:type="dxa"/>
              <w:left w:w="80" w:type="dxa"/>
              <w:bottom w:w="65" w:type="dxa"/>
              <w:right w:w="80" w:type="dxa"/>
            </w:tcMar>
          </w:tcPr>
          <w:p w14:paraId="55AD2F9A" w14:textId="77777777" w:rsidR="0096746C" w:rsidRPr="004A324C" w:rsidRDefault="00000000">
            <w:pPr>
              <w:rPr>
                <w:lang w:val="el-GR"/>
              </w:rPr>
            </w:pPr>
            <w:r w:rsidRPr="004A324C">
              <w:rPr>
                <w:sz w:val="17"/>
                <w:lang w:val="el-GR"/>
              </w:rPr>
              <w:t xml:space="preserve">Αποστολή πληροφοριών υπηρεσίας, κανόνων παραλαβής, πληροφοριών </w:t>
            </w:r>
            <w:proofErr w:type="spellStart"/>
            <w:r w:rsidRPr="004A324C">
              <w:rPr>
                <w:sz w:val="17"/>
                <w:lang w:val="el-GR"/>
              </w:rPr>
              <w:t>ιδιωτικότητας</w:t>
            </w:r>
            <w:proofErr w:type="spellEnd"/>
            <w:r w:rsidRPr="004A324C">
              <w:rPr>
                <w:sz w:val="17"/>
                <w:lang w:val="el-GR"/>
              </w:rPr>
              <w:t>/προστασίας και τρόπων επικοινωνίας.</w:t>
            </w:r>
          </w:p>
        </w:tc>
        <w:tc>
          <w:tcPr>
            <w:tcW w:w="1701" w:type="dxa"/>
            <w:tcMar>
              <w:top w:w="65" w:type="dxa"/>
              <w:left w:w="80" w:type="dxa"/>
              <w:bottom w:w="65" w:type="dxa"/>
              <w:right w:w="80" w:type="dxa"/>
            </w:tcMar>
          </w:tcPr>
          <w:p w14:paraId="700808F3" w14:textId="77777777" w:rsidR="0096746C" w:rsidRPr="004A324C" w:rsidRDefault="00000000">
            <w:pPr>
              <w:rPr>
                <w:lang w:val="el-GR"/>
              </w:rPr>
            </w:pPr>
            <w:r w:rsidRPr="004A324C">
              <w:rPr>
                <w:sz w:val="17"/>
                <w:lang w:val="el-GR"/>
              </w:rPr>
              <w:t>Πριν από την πρώτη παρουσία</w:t>
            </w:r>
          </w:p>
        </w:tc>
      </w:tr>
      <w:tr w:rsidR="0096746C" w14:paraId="4C1381FB" w14:textId="77777777">
        <w:trPr>
          <w:cantSplit/>
          <w:jc w:val="center"/>
        </w:trPr>
        <w:tc>
          <w:tcPr>
            <w:tcW w:w="1701" w:type="dxa"/>
            <w:tcMar>
              <w:top w:w="65" w:type="dxa"/>
              <w:left w:w="80" w:type="dxa"/>
              <w:bottom w:w="65" w:type="dxa"/>
              <w:right w:w="80" w:type="dxa"/>
            </w:tcMar>
          </w:tcPr>
          <w:p w14:paraId="2BA3A5D9" w14:textId="77777777" w:rsidR="0096746C" w:rsidRDefault="00000000">
            <w:proofErr w:type="spellStart"/>
            <w:r>
              <w:rPr>
                <w:sz w:val="17"/>
              </w:rPr>
              <w:t>Διοίκηση</w:t>
            </w:r>
            <w:proofErr w:type="spellEnd"/>
          </w:p>
        </w:tc>
        <w:tc>
          <w:tcPr>
            <w:tcW w:w="6520" w:type="dxa"/>
            <w:tcMar>
              <w:top w:w="65" w:type="dxa"/>
              <w:left w:w="80" w:type="dxa"/>
              <w:bottom w:w="65" w:type="dxa"/>
              <w:right w:w="80" w:type="dxa"/>
            </w:tcMar>
          </w:tcPr>
          <w:p w14:paraId="401E4D93" w14:textId="77777777" w:rsidR="0096746C" w:rsidRPr="004A324C" w:rsidRDefault="00000000">
            <w:pPr>
              <w:rPr>
                <w:lang w:val="el-GR"/>
              </w:rPr>
            </w:pPr>
            <w:r w:rsidRPr="004A324C">
              <w:rPr>
                <w:sz w:val="17"/>
                <w:lang w:val="el-GR"/>
              </w:rPr>
              <w:t>Καθορισμός ημερολογίου συναντήσεων, προγράμματος εποπτείας, ημερομηνιών αναφοράς προς το Διοικητικό Συμβούλιο και πίνακα παρακολούθησης συμμόρφωσης.</w:t>
            </w:r>
          </w:p>
        </w:tc>
        <w:tc>
          <w:tcPr>
            <w:tcW w:w="1701" w:type="dxa"/>
            <w:tcMar>
              <w:top w:w="65" w:type="dxa"/>
              <w:left w:w="80" w:type="dxa"/>
              <w:bottom w:w="65" w:type="dxa"/>
              <w:right w:w="80" w:type="dxa"/>
            </w:tcMar>
          </w:tcPr>
          <w:p w14:paraId="6592CEC6" w14:textId="77777777" w:rsidR="0096746C" w:rsidRDefault="00000000">
            <w:proofErr w:type="spellStart"/>
            <w:r>
              <w:rPr>
                <w:sz w:val="17"/>
              </w:rPr>
              <w:t>Πριν</w:t>
            </w:r>
            <w:proofErr w:type="spellEnd"/>
            <w:r>
              <w:rPr>
                <w:sz w:val="17"/>
              </w:rPr>
              <w:t xml:space="preserve"> από </w:t>
            </w:r>
            <w:proofErr w:type="spellStart"/>
            <w:r>
              <w:rPr>
                <w:sz w:val="17"/>
              </w:rPr>
              <w:t>το</w:t>
            </w:r>
            <w:proofErr w:type="spellEnd"/>
            <w:r>
              <w:rPr>
                <w:sz w:val="17"/>
              </w:rPr>
              <w:t xml:space="preserve"> </w:t>
            </w:r>
            <w:proofErr w:type="spellStart"/>
            <w:r>
              <w:rPr>
                <w:sz w:val="17"/>
              </w:rPr>
              <w:t>άνοιγμ</w:t>
            </w:r>
            <w:proofErr w:type="spellEnd"/>
            <w:r>
              <w:rPr>
                <w:sz w:val="17"/>
              </w:rPr>
              <w:t>α</w:t>
            </w:r>
          </w:p>
        </w:tc>
      </w:tr>
    </w:tbl>
    <w:p w14:paraId="236E6449" w14:textId="77777777" w:rsidR="0096746C" w:rsidRDefault="0096746C">
      <w:pPr>
        <w:spacing w:after="20"/>
      </w:pP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0D9B8BB9" w14:textId="77777777">
        <w:trPr>
          <w:jc w:val="center"/>
        </w:trPr>
        <w:tc>
          <w:tcPr>
            <w:tcW w:w="10092" w:type="dxa"/>
            <w:shd w:val="clear" w:color="auto" w:fill="EEF3F8"/>
            <w:tcMar>
              <w:top w:w="120" w:type="dxa"/>
              <w:left w:w="150" w:type="dxa"/>
              <w:bottom w:w="120" w:type="dxa"/>
              <w:right w:w="150" w:type="dxa"/>
            </w:tcMar>
          </w:tcPr>
          <w:p w14:paraId="5D09FFC9" w14:textId="77777777" w:rsidR="0096746C" w:rsidRPr="004A324C" w:rsidRDefault="00000000">
            <w:pPr>
              <w:rPr>
                <w:lang w:val="el-GR"/>
              </w:rPr>
            </w:pPr>
            <w:r w:rsidRPr="004A324C">
              <w:rPr>
                <w:color w:val="2F5597"/>
                <w:lang w:val="el-GR"/>
              </w:rPr>
              <w:t>Απόφαση έναρξης</w:t>
            </w:r>
            <w:r w:rsidRPr="004A324C">
              <w:rPr>
                <w:color w:val="2F5597"/>
                <w:lang w:val="el-GR"/>
              </w:rPr>
              <w:br/>
              <w:t>Όπου μια κρίσιμη απαίτηση προστασίας παιδιών, εγγραφής, στελέχωσης ή χώρων δεν έχει ολοκληρωθεί, το ζήτημα πρέπει να αξιολογείται επίσημα πριν ανοίξει το Κέντρο ή πριν υλοποιηθεί η επηρεαζόμενη δραστηριότητα. Η απουσία ενός απαιτούμενου ελέγχου δεν πρέπει να αντιμετωπίζεται ως απλή διοικητική εκκρεμότητα.</w:t>
            </w:r>
          </w:p>
          <w:p w14:paraId="63A6B5DB" w14:textId="77777777" w:rsidR="0096746C" w:rsidRPr="004A324C" w:rsidRDefault="0096746C">
            <w:pPr>
              <w:spacing w:after="0"/>
              <w:rPr>
                <w:lang w:val="el-GR"/>
              </w:rPr>
            </w:pPr>
          </w:p>
        </w:tc>
      </w:tr>
    </w:tbl>
    <w:p w14:paraId="234BE0AC" w14:textId="77777777" w:rsidR="0096746C" w:rsidRPr="004A324C" w:rsidRDefault="0096746C">
      <w:pPr>
        <w:spacing w:after="20"/>
        <w:rPr>
          <w:lang w:val="el-GR"/>
        </w:rPr>
      </w:pPr>
    </w:p>
    <w:p w14:paraId="30F6DD42" w14:textId="77777777" w:rsidR="0096746C" w:rsidRPr="004A324C" w:rsidRDefault="00000000">
      <w:pPr>
        <w:pStyle w:val="Heading1"/>
        <w:rPr>
          <w:lang w:val="el-GR"/>
        </w:rPr>
      </w:pPr>
      <w:r w:rsidRPr="004A324C">
        <w:rPr>
          <w:lang w:val="el-GR"/>
        </w:rPr>
        <w:t>Παράρτημα Α. Καθημερινή ενημέρωση προσωπικού</w:t>
      </w:r>
    </w:p>
    <w:p w14:paraId="0992FE5A" w14:textId="77777777" w:rsidR="0096746C" w:rsidRPr="004A324C" w:rsidRDefault="00000000">
      <w:pPr>
        <w:rPr>
          <w:lang w:val="el-GR"/>
        </w:rPr>
      </w:pPr>
      <w:r w:rsidRPr="004A324C">
        <w:rPr>
          <w:lang w:val="el-GR"/>
        </w:rPr>
        <w:t>Προτεινόμενη ενημέρωση 10 λεπτών πριν από την άφιξη των παιδιών:</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3402"/>
        <w:gridCol w:w="6520"/>
      </w:tblGrid>
      <w:tr w:rsidR="0096746C" w14:paraId="58F33EC5" w14:textId="77777777">
        <w:trPr>
          <w:cantSplit/>
          <w:tblHeader/>
          <w:jc w:val="center"/>
        </w:trPr>
        <w:tc>
          <w:tcPr>
            <w:tcW w:w="3402" w:type="dxa"/>
            <w:shd w:val="clear" w:color="auto" w:fill="D9E2F3"/>
            <w:tcMar>
              <w:top w:w="70" w:type="dxa"/>
              <w:left w:w="85" w:type="dxa"/>
              <w:bottom w:w="70" w:type="dxa"/>
              <w:right w:w="85" w:type="dxa"/>
            </w:tcMar>
            <w:vAlign w:val="center"/>
          </w:tcPr>
          <w:p w14:paraId="67348036" w14:textId="77777777" w:rsidR="0096746C" w:rsidRDefault="00000000">
            <w:proofErr w:type="spellStart"/>
            <w:r>
              <w:rPr>
                <w:color w:val="2F5597"/>
                <w:sz w:val="17"/>
              </w:rPr>
              <w:t>Θέμ</w:t>
            </w:r>
            <w:proofErr w:type="spellEnd"/>
            <w:r>
              <w:rPr>
                <w:color w:val="2F5597"/>
                <w:sz w:val="17"/>
              </w:rPr>
              <w:t xml:space="preserve">α </w:t>
            </w:r>
            <w:proofErr w:type="spellStart"/>
            <w:r>
              <w:rPr>
                <w:color w:val="2F5597"/>
                <w:sz w:val="17"/>
              </w:rPr>
              <w:t>ενημέρωσης</w:t>
            </w:r>
            <w:proofErr w:type="spellEnd"/>
          </w:p>
        </w:tc>
        <w:tc>
          <w:tcPr>
            <w:tcW w:w="6520" w:type="dxa"/>
            <w:shd w:val="clear" w:color="auto" w:fill="D9E2F3"/>
            <w:tcMar>
              <w:top w:w="70" w:type="dxa"/>
              <w:left w:w="85" w:type="dxa"/>
              <w:bottom w:w="70" w:type="dxa"/>
              <w:right w:w="85" w:type="dxa"/>
            </w:tcMar>
            <w:vAlign w:val="center"/>
          </w:tcPr>
          <w:p w14:paraId="64277653" w14:textId="77777777" w:rsidR="0096746C" w:rsidRDefault="00000000">
            <w:r>
              <w:rPr>
                <w:color w:val="2F5597"/>
                <w:sz w:val="17"/>
              </w:rPr>
              <w:t>Καταγραφή</w:t>
            </w:r>
          </w:p>
        </w:tc>
      </w:tr>
      <w:tr w:rsidR="0096746C" w14:paraId="5324B134" w14:textId="77777777">
        <w:trPr>
          <w:cantSplit/>
          <w:jc w:val="center"/>
        </w:trPr>
        <w:tc>
          <w:tcPr>
            <w:tcW w:w="3402" w:type="dxa"/>
            <w:tcMar>
              <w:top w:w="65" w:type="dxa"/>
              <w:left w:w="80" w:type="dxa"/>
              <w:bottom w:w="65" w:type="dxa"/>
              <w:right w:w="80" w:type="dxa"/>
            </w:tcMar>
          </w:tcPr>
          <w:p w14:paraId="06BBE5A2" w14:textId="77777777" w:rsidR="0096746C" w:rsidRDefault="00000000">
            <w:r>
              <w:rPr>
                <w:sz w:val="17"/>
              </w:rPr>
              <w:t>Ημερομηνία / υπεύθυνος συνεδρίας</w:t>
            </w:r>
          </w:p>
        </w:tc>
        <w:tc>
          <w:tcPr>
            <w:tcW w:w="6520" w:type="dxa"/>
            <w:tcMar>
              <w:top w:w="65" w:type="dxa"/>
              <w:left w:w="80" w:type="dxa"/>
              <w:bottom w:w="65" w:type="dxa"/>
              <w:right w:w="80" w:type="dxa"/>
            </w:tcMar>
          </w:tcPr>
          <w:p w14:paraId="71653810" w14:textId="77777777" w:rsidR="0096746C" w:rsidRDefault="00000000">
            <w:r>
              <w:rPr>
                <w:sz w:val="17"/>
              </w:rPr>
              <w:t>____________________________________________</w:t>
            </w:r>
          </w:p>
        </w:tc>
      </w:tr>
      <w:tr w:rsidR="0096746C" w14:paraId="43AA7F01" w14:textId="77777777">
        <w:trPr>
          <w:cantSplit/>
          <w:jc w:val="center"/>
        </w:trPr>
        <w:tc>
          <w:tcPr>
            <w:tcW w:w="3402" w:type="dxa"/>
            <w:tcMar>
              <w:top w:w="65" w:type="dxa"/>
              <w:left w:w="80" w:type="dxa"/>
              <w:bottom w:w="65" w:type="dxa"/>
              <w:right w:w="80" w:type="dxa"/>
            </w:tcMar>
          </w:tcPr>
          <w:p w14:paraId="41AEE73D" w14:textId="77777777" w:rsidR="0096746C" w:rsidRDefault="00000000">
            <w:r>
              <w:rPr>
                <w:sz w:val="17"/>
              </w:rPr>
              <w:t>Αναμενόμενα παιδιά / απουσίες</w:t>
            </w:r>
          </w:p>
        </w:tc>
        <w:tc>
          <w:tcPr>
            <w:tcW w:w="6520" w:type="dxa"/>
            <w:tcMar>
              <w:top w:w="65" w:type="dxa"/>
              <w:left w:w="80" w:type="dxa"/>
              <w:bottom w:w="65" w:type="dxa"/>
              <w:right w:w="80" w:type="dxa"/>
            </w:tcMar>
          </w:tcPr>
          <w:p w14:paraId="6DE9F6B5" w14:textId="77777777" w:rsidR="0096746C" w:rsidRDefault="00000000">
            <w:r>
              <w:rPr>
                <w:sz w:val="17"/>
              </w:rPr>
              <w:t>____________________________________________</w:t>
            </w:r>
          </w:p>
        </w:tc>
      </w:tr>
      <w:tr w:rsidR="0096746C" w14:paraId="444AE61D" w14:textId="77777777">
        <w:trPr>
          <w:cantSplit/>
          <w:jc w:val="center"/>
        </w:trPr>
        <w:tc>
          <w:tcPr>
            <w:tcW w:w="3402" w:type="dxa"/>
            <w:tcMar>
              <w:top w:w="65" w:type="dxa"/>
              <w:left w:w="80" w:type="dxa"/>
              <w:bottom w:w="65" w:type="dxa"/>
              <w:right w:w="80" w:type="dxa"/>
            </w:tcMar>
          </w:tcPr>
          <w:p w14:paraId="7ED72FF0" w14:textId="77777777" w:rsidR="0096746C" w:rsidRPr="004A324C" w:rsidRDefault="00000000">
            <w:pPr>
              <w:rPr>
                <w:lang w:val="el-GR"/>
              </w:rPr>
            </w:pPr>
            <w:r w:rsidRPr="004A324C">
              <w:rPr>
                <w:sz w:val="17"/>
                <w:lang w:val="el-GR"/>
              </w:rPr>
              <w:t>Νέα παιδιά / παιδιά που επιστρέφουν</w:t>
            </w:r>
          </w:p>
        </w:tc>
        <w:tc>
          <w:tcPr>
            <w:tcW w:w="6520" w:type="dxa"/>
            <w:tcMar>
              <w:top w:w="65" w:type="dxa"/>
              <w:left w:w="80" w:type="dxa"/>
              <w:bottom w:w="65" w:type="dxa"/>
              <w:right w:w="80" w:type="dxa"/>
            </w:tcMar>
          </w:tcPr>
          <w:p w14:paraId="2056FD94" w14:textId="77777777" w:rsidR="0096746C" w:rsidRDefault="00000000">
            <w:r>
              <w:rPr>
                <w:sz w:val="17"/>
              </w:rPr>
              <w:t>____________________________________________</w:t>
            </w:r>
          </w:p>
        </w:tc>
      </w:tr>
      <w:tr w:rsidR="0096746C" w14:paraId="7DA22A3D" w14:textId="77777777">
        <w:trPr>
          <w:cantSplit/>
          <w:jc w:val="center"/>
        </w:trPr>
        <w:tc>
          <w:tcPr>
            <w:tcW w:w="3402" w:type="dxa"/>
            <w:tcMar>
              <w:top w:w="65" w:type="dxa"/>
              <w:left w:w="80" w:type="dxa"/>
              <w:bottom w:w="65" w:type="dxa"/>
              <w:right w:w="80" w:type="dxa"/>
            </w:tcMar>
          </w:tcPr>
          <w:p w14:paraId="086ACE17" w14:textId="77777777" w:rsidR="0096746C" w:rsidRDefault="00000000">
            <w:r>
              <w:rPr>
                <w:sz w:val="17"/>
              </w:rPr>
              <w:t>Φαρμακευτική αγωγή / αλλεργίες / υγεία</w:t>
            </w:r>
          </w:p>
        </w:tc>
        <w:tc>
          <w:tcPr>
            <w:tcW w:w="6520" w:type="dxa"/>
            <w:tcMar>
              <w:top w:w="65" w:type="dxa"/>
              <w:left w:w="80" w:type="dxa"/>
              <w:bottom w:w="65" w:type="dxa"/>
              <w:right w:w="80" w:type="dxa"/>
            </w:tcMar>
          </w:tcPr>
          <w:p w14:paraId="0470FCE2" w14:textId="77777777" w:rsidR="0096746C" w:rsidRDefault="00000000">
            <w:r>
              <w:rPr>
                <w:sz w:val="17"/>
              </w:rPr>
              <w:t>____________________________________________</w:t>
            </w:r>
          </w:p>
        </w:tc>
      </w:tr>
      <w:tr w:rsidR="0096746C" w14:paraId="6FD341A0" w14:textId="77777777">
        <w:trPr>
          <w:cantSplit/>
          <w:jc w:val="center"/>
        </w:trPr>
        <w:tc>
          <w:tcPr>
            <w:tcW w:w="3402" w:type="dxa"/>
            <w:tcMar>
              <w:top w:w="65" w:type="dxa"/>
              <w:left w:w="80" w:type="dxa"/>
              <w:bottom w:w="65" w:type="dxa"/>
              <w:right w:w="80" w:type="dxa"/>
            </w:tcMar>
          </w:tcPr>
          <w:p w14:paraId="513B5295" w14:textId="77777777" w:rsidR="0096746C" w:rsidRDefault="00000000">
            <w:r>
              <w:rPr>
                <w:sz w:val="17"/>
              </w:rPr>
              <w:t>Πληροφορίες προστασίας προς κοινοποίηση</w:t>
            </w:r>
          </w:p>
        </w:tc>
        <w:tc>
          <w:tcPr>
            <w:tcW w:w="6520" w:type="dxa"/>
            <w:tcMar>
              <w:top w:w="65" w:type="dxa"/>
              <w:left w:w="80" w:type="dxa"/>
              <w:bottom w:w="65" w:type="dxa"/>
              <w:right w:w="80" w:type="dxa"/>
            </w:tcMar>
          </w:tcPr>
          <w:p w14:paraId="6BDBF1AC" w14:textId="77777777" w:rsidR="0096746C" w:rsidRDefault="00000000">
            <w:r>
              <w:rPr>
                <w:sz w:val="17"/>
              </w:rPr>
              <w:t>____________________________________________</w:t>
            </w:r>
          </w:p>
        </w:tc>
      </w:tr>
      <w:tr w:rsidR="0096746C" w14:paraId="1A7790D3" w14:textId="77777777">
        <w:trPr>
          <w:cantSplit/>
          <w:jc w:val="center"/>
        </w:trPr>
        <w:tc>
          <w:tcPr>
            <w:tcW w:w="3402" w:type="dxa"/>
            <w:tcMar>
              <w:top w:w="65" w:type="dxa"/>
              <w:left w:w="80" w:type="dxa"/>
              <w:bottom w:w="65" w:type="dxa"/>
              <w:right w:w="80" w:type="dxa"/>
            </w:tcMar>
          </w:tcPr>
          <w:p w14:paraId="168997EE" w14:textId="77777777" w:rsidR="0096746C" w:rsidRPr="004A324C" w:rsidRDefault="00000000">
            <w:pPr>
              <w:rPr>
                <w:lang w:val="el-GR"/>
              </w:rPr>
            </w:pPr>
            <w:r w:rsidRPr="004A324C">
              <w:rPr>
                <w:sz w:val="17"/>
                <w:lang w:val="el-GR"/>
              </w:rPr>
              <w:t>Παιδιά που χρειάζονται πρόσθετη υποστήριξη</w:t>
            </w:r>
          </w:p>
        </w:tc>
        <w:tc>
          <w:tcPr>
            <w:tcW w:w="6520" w:type="dxa"/>
            <w:tcMar>
              <w:top w:w="65" w:type="dxa"/>
              <w:left w:w="80" w:type="dxa"/>
              <w:bottom w:w="65" w:type="dxa"/>
              <w:right w:w="80" w:type="dxa"/>
            </w:tcMar>
          </w:tcPr>
          <w:p w14:paraId="3796423B" w14:textId="77777777" w:rsidR="0096746C" w:rsidRDefault="00000000">
            <w:r>
              <w:rPr>
                <w:sz w:val="17"/>
              </w:rPr>
              <w:t>____________________________________________</w:t>
            </w:r>
          </w:p>
        </w:tc>
      </w:tr>
      <w:tr w:rsidR="0096746C" w14:paraId="3EC9AC64" w14:textId="77777777">
        <w:trPr>
          <w:cantSplit/>
          <w:jc w:val="center"/>
        </w:trPr>
        <w:tc>
          <w:tcPr>
            <w:tcW w:w="3402" w:type="dxa"/>
            <w:tcMar>
              <w:top w:w="65" w:type="dxa"/>
              <w:left w:w="80" w:type="dxa"/>
              <w:bottom w:w="65" w:type="dxa"/>
              <w:right w:w="80" w:type="dxa"/>
            </w:tcMar>
          </w:tcPr>
          <w:p w14:paraId="77FBBBC0" w14:textId="77777777" w:rsidR="0096746C" w:rsidRPr="004A324C" w:rsidRDefault="00000000">
            <w:pPr>
              <w:rPr>
                <w:lang w:val="el-GR"/>
              </w:rPr>
            </w:pPr>
            <w:r w:rsidRPr="004A324C">
              <w:rPr>
                <w:sz w:val="17"/>
                <w:lang w:val="el-GR"/>
              </w:rPr>
              <w:t xml:space="preserve">Υπεύθυνος κατ’ </w:t>
            </w:r>
            <w:proofErr w:type="spellStart"/>
            <w:r w:rsidRPr="004A324C">
              <w:rPr>
                <w:sz w:val="17"/>
                <w:lang w:val="el-GR"/>
              </w:rPr>
              <w:t>οίκον</w:t>
            </w:r>
            <w:proofErr w:type="spellEnd"/>
            <w:r w:rsidRPr="004A324C">
              <w:rPr>
                <w:sz w:val="17"/>
                <w:lang w:val="el-GR"/>
              </w:rPr>
              <w:t xml:space="preserve"> εργασίας / μάθησης</w:t>
            </w:r>
          </w:p>
        </w:tc>
        <w:tc>
          <w:tcPr>
            <w:tcW w:w="6520" w:type="dxa"/>
            <w:tcMar>
              <w:top w:w="65" w:type="dxa"/>
              <w:left w:w="80" w:type="dxa"/>
              <w:bottom w:w="65" w:type="dxa"/>
              <w:right w:w="80" w:type="dxa"/>
            </w:tcMar>
          </w:tcPr>
          <w:p w14:paraId="0F5EB16F" w14:textId="77777777" w:rsidR="0096746C" w:rsidRDefault="00000000">
            <w:r>
              <w:rPr>
                <w:sz w:val="17"/>
              </w:rPr>
              <w:t>____________________________________________</w:t>
            </w:r>
          </w:p>
        </w:tc>
      </w:tr>
      <w:tr w:rsidR="0096746C" w14:paraId="086CAB90" w14:textId="77777777">
        <w:trPr>
          <w:cantSplit/>
          <w:jc w:val="center"/>
        </w:trPr>
        <w:tc>
          <w:tcPr>
            <w:tcW w:w="3402" w:type="dxa"/>
            <w:tcMar>
              <w:top w:w="65" w:type="dxa"/>
              <w:left w:w="80" w:type="dxa"/>
              <w:bottom w:w="65" w:type="dxa"/>
              <w:right w:w="80" w:type="dxa"/>
            </w:tcMar>
          </w:tcPr>
          <w:p w14:paraId="59E75397" w14:textId="77777777" w:rsidR="0096746C" w:rsidRDefault="00000000">
            <w:r>
              <w:rPr>
                <w:sz w:val="17"/>
              </w:rPr>
              <w:t>Υπεύθυνος δομημένης δραστηριότητας</w:t>
            </w:r>
          </w:p>
        </w:tc>
        <w:tc>
          <w:tcPr>
            <w:tcW w:w="6520" w:type="dxa"/>
            <w:tcMar>
              <w:top w:w="65" w:type="dxa"/>
              <w:left w:w="80" w:type="dxa"/>
              <w:bottom w:w="65" w:type="dxa"/>
              <w:right w:w="80" w:type="dxa"/>
            </w:tcMar>
          </w:tcPr>
          <w:p w14:paraId="1A7EAAD7" w14:textId="77777777" w:rsidR="0096746C" w:rsidRDefault="00000000">
            <w:r>
              <w:rPr>
                <w:sz w:val="17"/>
              </w:rPr>
              <w:t>____________________________________________</w:t>
            </w:r>
          </w:p>
        </w:tc>
      </w:tr>
      <w:tr w:rsidR="0096746C" w14:paraId="1CAB920A" w14:textId="77777777">
        <w:trPr>
          <w:cantSplit/>
          <w:jc w:val="center"/>
        </w:trPr>
        <w:tc>
          <w:tcPr>
            <w:tcW w:w="3402" w:type="dxa"/>
            <w:tcMar>
              <w:top w:w="65" w:type="dxa"/>
              <w:left w:w="80" w:type="dxa"/>
              <w:bottom w:w="65" w:type="dxa"/>
              <w:right w:w="80" w:type="dxa"/>
            </w:tcMar>
          </w:tcPr>
          <w:p w14:paraId="4BFE624B" w14:textId="77777777" w:rsidR="0096746C" w:rsidRDefault="00000000">
            <w:r>
              <w:rPr>
                <w:sz w:val="17"/>
              </w:rPr>
              <w:lastRenderedPageBreak/>
              <w:t>Υπεύθυνος ψυχαγωγίας / ρύθμισης</w:t>
            </w:r>
          </w:p>
        </w:tc>
        <w:tc>
          <w:tcPr>
            <w:tcW w:w="6520" w:type="dxa"/>
            <w:tcMar>
              <w:top w:w="65" w:type="dxa"/>
              <w:left w:w="80" w:type="dxa"/>
              <w:bottom w:w="65" w:type="dxa"/>
              <w:right w:w="80" w:type="dxa"/>
            </w:tcMar>
          </w:tcPr>
          <w:p w14:paraId="790DACD0" w14:textId="77777777" w:rsidR="0096746C" w:rsidRDefault="00000000">
            <w:r>
              <w:rPr>
                <w:sz w:val="17"/>
              </w:rPr>
              <w:t>____________________________________________</w:t>
            </w:r>
          </w:p>
        </w:tc>
      </w:tr>
      <w:tr w:rsidR="0096746C" w14:paraId="28F83185" w14:textId="77777777">
        <w:trPr>
          <w:cantSplit/>
          <w:jc w:val="center"/>
        </w:trPr>
        <w:tc>
          <w:tcPr>
            <w:tcW w:w="3402" w:type="dxa"/>
            <w:tcMar>
              <w:top w:w="65" w:type="dxa"/>
              <w:left w:w="80" w:type="dxa"/>
              <w:bottom w:w="65" w:type="dxa"/>
              <w:right w:w="80" w:type="dxa"/>
            </w:tcMar>
          </w:tcPr>
          <w:p w14:paraId="7D0E4173" w14:textId="77777777" w:rsidR="0096746C" w:rsidRDefault="00000000">
            <w:r>
              <w:rPr>
                <w:sz w:val="17"/>
              </w:rPr>
              <w:t>Υπεύθυνος άφιξης / παραλαβής</w:t>
            </w:r>
          </w:p>
        </w:tc>
        <w:tc>
          <w:tcPr>
            <w:tcW w:w="6520" w:type="dxa"/>
            <w:tcMar>
              <w:top w:w="65" w:type="dxa"/>
              <w:left w:w="80" w:type="dxa"/>
              <w:bottom w:w="65" w:type="dxa"/>
              <w:right w:w="80" w:type="dxa"/>
            </w:tcMar>
          </w:tcPr>
          <w:p w14:paraId="26F1E558" w14:textId="77777777" w:rsidR="0096746C" w:rsidRDefault="00000000">
            <w:r>
              <w:rPr>
                <w:sz w:val="17"/>
              </w:rPr>
              <w:t>____________________________________________</w:t>
            </w:r>
          </w:p>
        </w:tc>
      </w:tr>
      <w:tr w:rsidR="0096746C" w14:paraId="249E4081" w14:textId="77777777">
        <w:trPr>
          <w:cantSplit/>
          <w:jc w:val="center"/>
        </w:trPr>
        <w:tc>
          <w:tcPr>
            <w:tcW w:w="3402" w:type="dxa"/>
            <w:tcMar>
              <w:top w:w="65" w:type="dxa"/>
              <w:left w:w="80" w:type="dxa"/>
              <w:bottom w:w="65" w:type="dxa"/>
              <w:right w:w="80" w:type="dxa"/>
            </w:tcMar>
          </w:tcPr>
          <w:p w14:paraId="549078E8" w14:textId="77777777" w:rsidR="0096746C" w:rsidRDefault="00000000">
            <w:r>
              <w:rPr>
                <w:sz w:val="17"/>
              </w:rPr>
              <w:t>Διαλείμματα προσωπικού και κάλυψη</w:t>
            </w:r>
          </w:p>
        </w:tc>
        <w:tc>
          <w:tcPr>
            <w:tcW w:w="6520" w:type="dxa"/>
            <w:tcMar>
              <w:top w:w="65" w:type="dxa"/>
              <w:left w:w="80" w:type="dxa"/>
              <w:bottom w:w="65" w:type="dxa"/>
              <w:right w:w="80" w:type="dxa"/>
            </w:tcMar>
          </w:tcPr>
          <w:p w14:paraId="457B41F5" w14:textId="77777777" w:rsidR="0096746C" w:rsidRDefault="00000000">
            <w:r>
              <w:rPr>
                <w:sz w:val="17"/>
              </w:rPr>
              <w:t>____________________________________________</w:t>
            </w:r>
          </w:p>
        </w:tc>
      </w:tr>
      <w:tr w:rsidR="0096746C" w14:paraId="3F56E34F" w14:textId="77777777">
        <w:trPr>
          <w:cantSplit/>
          <w:jc w:val="center"/>
        </w:trPr>
        <w:tc>
          <w:tcPr>
            <w:tcW w:w="3402" w:type="dxa"/>
            <w:tcMar>
              <w:top w:w="65" w:type="dxa"/>
              <w:left w:w="80" w:type="dxa"/>
              <w:bottom w:w="65" w:type="dxa"/>
              <w:right w:w="80" w:type="dxa"/>
            </w:tcMar>
          </w:tcPr>
          <w:p w14:paraId="661D48F0" w14:textId="77777777" w:rsidR="0096746C" w:rsidRDefault="00000000">
            <w:r>
              <w:rPr>
                <w:sz w:val="17"/>
              </w:rPr>
              <w:t>Αλλαγές παραλαβής / μεταφοράς</w:t>
            </w:r>
          </w:p>
        </w:tc>
        <w:tc>
          <w:tcPr>
            <w:tcW w:w="6520" w:type="dxa"/>
            <w:tcMar>
              <w:top w:w="65" w:type="dxa"/>
              <w:left w:w="80" w:type="dxa"/>
              <w:bottom w:w="65" w:type="dxa"/>
              <w:right w:w="80" w:type="dxa"/>
            </w:tcMar>
          </w:tcPr>
          <w:p w14:paraId="0C84023F" w14:textId="77777777" w:rsidR="0096746C" w:rsidRDefault="00000000">
            <w:r>
              <w:rPr>
                <w:sz w:val="17"/>
              </w:rPr>
              <w:t>____________________________________________</w:t>
            </w:r>
          </w:p>
        </w:tc>
      </w:tr>
      <w:tr w:rsidR="0096746C" w14:paraId="6CEBE8CC" w14:textId="77777777">
        <w:trPr>
          <w:cantSplit/>
          <w:jc w:val="center"/>
        </w:trPr>
        <w:tc>
          <w:tcPr>
            <w:tcW w:w="3402" w:type="dxa"/>
            <w:tcMar>
              <w:top w:w="65" w:type="dxa"/>
              <w:left w:w="80" w:type="dxa"/>
              <w:bottom w:w="65" w:type="dxa"/>
              <w:right w:w="80" w:type="dxa"/>
            </w:tcMar>
          </w:tcPr>
          <w:p w14:paraId="035B1EED" w14:textId="77777777" w:rsidR="0096746C" w:rsidRPr="004A324C" w:rsidRDefault="00000000">
            <w:pPr>
              <w:rPr>
                <w:lang w:val="el-GR"/>
              </w:rPr>
            </w:pPr>
            <w:r w:rsidRPr="004A324C">
              <w:rPr>
                <w:sz w:val="17"/>
                <w:lang w:val="el-GR"/>
              </w:rPr>
              <w:t>Γνωστό ζήτημα / ενέργεια από προηγούμενη συνεδρία</w:t>
            </w:r>
          </w:p>
        </w:tc>
        <w:tc>
          <w:tcPr>
            <w:tcW w:w="6520" w:type="dxa"/>
            <w:tcMar>
              <w:top w:w="65" w:type="dxa"/>
              <w:left w:w="80" w:type="dxa"/>
              <w:bottom w:w="65" w:type="dxa"/>
              <w:right w:w="80" w:type="dxa"/>
            </w:tcMar>
          </w:tcPr>
          <w:p w14:paraId="59BE19AD" w14:textId="77777777" w:rsidR="0096746C" w:rsidRDefault="00000000">
            <w:r>
              <w:rPr>
                <w:sz w:val="17"/>
              </w:rPr>
              <w:t>____________________________________________</w:t>
            </w:r>
          </w:p>
        </w:tc>
      </w:tr>
    </w:tbl>
    <w:p w14:paraId="314EC9FB" w14:textId="77777777" w:rsidR="0096746C" w:rsidRDefault="0096746C">
      <w:pPr>
        <w:spacing w:after="20"/>
      </w:pPr>
    </w:p>
    <w:p w14:paraId="36A75D01" w14:textId="77777777" w:rsidR="0096746C" w:rsidRDefault="00000000">
      <w:pPr>
        <w:pStyle w:val="Heading1"/>
      </w:pPr>
      <w:r>
        <w:t>Παράρτημα Β. Πρότυπο εβδομαδιαίου προγραμματισμού</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191"/>
        <w:gridCol w:w="1814"/>
        <w:gridCol w:w="2381"/>
        <w:gridCol w:w="1134"/>
        <w:gridCol w:w="2041"/>
        <w:gridCol w:w="1531"/>
      </w:tblGrid>
      <w:tr w:rsidR="0096746C" w14:paraId="08E2D780" w14:textId="77777777">
        <w:trPr>
          <w:cantSplit/>
          <w:tblHeader/>
          <w:jc w:val="center"/>
        </w:trPr>
        <w:tc>
          <w:tcPr>
            <w:tcW w:w="1191" w:type="dxa"/>
            <w:shd w:val="clear" w:color="auto" w:fill="D9E2F3"/>
            <w:tcMar>
              <w:top w:w="70" w:type="dxa"/>
              <w:left w:w="85" w:type="dxa"/>
              <w:bottom w:w="70" w:type="dxa"/>
              <w:right w:w="85" w:type="dxa"/>
            </w:tcMar>
            <w:vAlign w:val="center"/>
          </w:tcPr>
          <w:p w14:paraId="4DA7B964" w14:textId="77777777" w:rsidR="0096746C" w:rsidRDefault="00000000">
            <w:r>
              <w:rPr>
                <w:color w:val="2F5597"/>
                <w:sz w:val="16"/>
              </w:rPr>
              <w:t>Ημέρα</w:t>
            </w:r>
          </w:p>
        </w:tc>
        <w:tc>
          <w:tcPr>
            <w:tcW w:w="1814" w:type="dxa"/>
            <w:shd w:val="clear" w:color="auto" w:fill="D9E2F3"/>
            <w:tcMar>
              <w:top w:w="70" w:type="dxa"/>
              <w:left w:w="85" w:type="dxa"/>
              <w:bottom w:w="70" w:type="dxa"/>
              <w:right w:w="85" w:type="dxa"/>
            </w:tcMar>
            <w:vAlign w:val="center"/>
          </w:tcPr>
          <w:p w14:paraId="36801CDA" w14:textId="77777777" w:rsidR="0096746C" w:rsidRDefault="00000000">
            <w:r>
              <w:rPr>
                <w:color w:val="2F5597"/>
                <w:sz w:val="16"/>
              </w:rPr>
              <w:t>Δραστηριότητα / θεματική</w:t>
            </w:r>
          </w:p>
        </w:tc>
        <w:tc>
          <w:tcPr>
            <w:tcW w:w="2381" w:type="dxa"/>
            <w:shd w:val="clear" w:color="auto" w:fill="D9E2F3"/>
            <w:tcMar>
              <w:top w:w="70" w:type="dxa"/>
              <w:left w:w="85" w:type="dxa"/>
              <w:bottom w:w="70" w:type="dxa"/>
              <w:right w:w="85" w:type="dxa"/>
            </w:tcMar>
            <w:vAlign w:val="center"/>
          </w:tcPr>
          <w:p w14:paraId="6BDFA3C5" w14:textId="77777777" w:rsidR="0096746C" w:rsidRDefault="00000000">
            <w:r>
              <w:rPr>
                <w:color w:val="2F5597"/>
                <w:sz w:val="16"/>
              </w:rPr>
              <w:t>Σκοπός / αποτέλεσμα</w:t>
            </w:r>
          </w:p>
        </w:tc>
        <w:tc>
          <w:tcPr>
            <w:tcW w:w="1134" w:type="dxa"/>
            <w:shd w:val="clear" w:color="auto" w:fill="D9E2F3"/>
            <w:tcMar>
              <w:top w:w="70" w:type="dxa"/>
              <w:left w:w="85" w:type="dxa"/>
              <w:bottom w:w="70" w:type="dxa"/>
              <w:right w:w="85" w:type="dxa"/>
            </w:tcMar>
            <w:vAlign w:val="center"/>
          </w:tcPr>
          <w:p w14:paraId="7D9AAED4" w14:textId="77777777" w:rsidR="0096746C" w:rsidRDefault="00000000">
            <w:r>
              <w:rPr>
                <w:color w:val="2F5597"/>
                <w:sz w:val="16"/>
              </w:rPr>
              <w:t>Υπεύθυνος</w:t>
            </w:r>
          </w:p>
        </w:tc>
        <w:tc>
          <w:tcPr>
            <w:tcW w:w="2041" w:type="dxa"/>
            <w:shd w:val="clear" w:color="auto" w:fill="D9E2F3"/>
            <w:tcMar>
              <w:top w:w="70" w:type="dxa"/>
              <w:left w:w="85" w:type="dxa"/>
              <w:bottom w:w="70" w:type="dxa"/>
              <w:right w:w="85" w:type="dxa"/>
            </w:tcMar>
            <w:vAlign w:val="center"/>
          </w:tcPr>
          <w:p w14:paraId="3231FB5E" w14:textId="77777777" w:rsidR="0096746C" w:rsidRDefault="00000000">
            <w:r>
              <w:rPr>
                <w:color w:val="2F5597"/>
                <w:sz w:val="16"/>
              </w:rPr>
              <w:t>Προσαρμογές / κίνδυνοι</w:t>
            </w:r>
          </w:p>
        </w:tc>
        <w:tc>
          <w:tcPr>
            <w:tcW w:w="1531" w:type="dxa"/>
            <w:shd w:val="clear" w:color="auto" w:fill="D9E2F3"/>
            <w:tcMar>
              <w:top w:w="70" w:type="dxa"/>
              <w:left w:w="85" w:type="dxa"/>
              <w:bottom w:w="70" w:type="dxa"/>
              <w:right w:w="85" w:type="dxa"/>
            </w:tcMar>
            <w:vAlign w:val="center"/>
          </w:tcPr>
          <w:p w14:paraId="428524D5" w14:textId="77777777" w:rsidR="0096746C" w:rsidRDefault="00000000">
            <w:r>
              <w:rPr>
                <w:color w:val="2F5597"/>
                <w:sz w:val="16"/>
              </w:rPr>
              <w:t>Πόροι</w:t>
            </w:r>
          </w:p>
        </w:tc>
      </w:tr>
      <w:tr w:rsidR="0096746C" w14:paraId="256DD4E5" w14:textId="77777777">
        <w:trPr>
          <w:cantSplit/>
          <w:jc w:val="center"/>
        </w:trPr>
        <w:tc>
          <w:tcPr>
            <w:tcW w:w="1191" w:type="dxa"/>
            <w:tcMar>
              <w:top w:w="65" w:type="dxa"/>
              <w:left w:w="80" w:type="dxa"/>
              <w:bottom w:w="65" w:type="dxa"/>
              <w:right w:w="80" w:type="dxa"/>
            </w:tcMar>
          </w:tcPr>
          <w:p w14:paraId="0171EDFF" w14:textId="77777777" w:rsidR="0096746C" w:rsidRDefault="00000000">
            <w:r>
              <w:rPr>
                <w:sz w:val="16"/>
              </w:rPr>
              <w:t>Δευτέρα</w:t>
            </w:r>
          </w:p>
        </w:tc>
        <w:tc>
          <w:tcPr>
            <w:tcW w:w="1814" w:type="dxa"/>
            <w:tcMar>
              <w:top w:w="65" w:type="dxa"/>
              <w:left w:w="80" w:type="dxa"/>
              <w:bottom w:w="65" w:type="dxa"/>
              <w:right w:w="80" w:type="dxa"/>
            </w:tcMar>
          </w:tcPr>
          <w:p w14:paraId="0AC3EE5C" w14:textId="77777777" w:rsidR="0096746C" w:rsidRDefault="0096746C"/>
        </w:tc>
        <w:tc>
          <w:tcPr>
            <w:tcW w:w="2381" w:type="dxa"/>
            <w:tcMar>
              <w:top w:w="65" w:type="dxa"/>
              <w:left w:w="80" w:type="dxa"/>
              <w:bottom w:w="65" w:type="dxa"/>
              <w:right w:w="80" w:type="dxa"/>
            </w:tcMar>
          </w:tcPr>
          <w:p w14:paraId="199C0509" w14:textId="77777777" w:rsidR="0096746C" w:rsidRDefault="0096746C"/>
        </w:tc>
        <w:tc>
          <w:tcPr>
            <w:tcW w:w="1134" w:type="dxa"/>
            <w:tcMar>
              <w:top w:w="65" w:type="dxa"/>
              <w:left w:w="80" w:type="dxa"/>
              <w:bottom w:w="65" w:type="dxa"/>
              <w:right w:w="80" w:type="dxa"/>
            </w:tcMar>
          </w:tcPr>
          <w:p w14:paraId="1179DF6F" w14:textId="77777777" w:rsidR="0096746C" w:rsidRDefault="0096746C"/>
        </w:tc>
        <w:tc>
          <w:tcPr>
            <w:tcW w:w="2041" w:type="dxa"/>
            <w:tcMar>
              <w:top w:w="65" w:type="dxa"/>
              <w:left w:w="80" w:type="dxa"/>
              <w:bottom w:w="65" w:type="dxa"/>
              <w:right w:w="80" w:type="dxa"/>
            </w:tcMar>
          </w:tcPr>
          <w:p w14:paraId="0B7D6727" w14:textId="77777777" w:rsidR="0096746C" w:rsidRDefault="0096746C"/>
        </w:tc>
        <w:tc>
          <w:tcPr>
            <w:tcW w:w="1531" w:type="dxa"/>
            <w:tcMar>
              <w:top w:w="65" w:type="dxa"/>
              <w:left w:w="80" w:type="dxa"/>
              <w:bottom w:w="65" w:type="dxa"/>
              <w:right w:w="80" w:type="dxa"/>
            </w:tcMar>
          </w:tcPr>
          <w:p w14:paraId="64EAF960" w14:textId="77777777" w:rsidR="0096746C" w:rsidRDefault="0096746C"/>
        </w:tc>
      </w:tr>
      <w:tr w:rsidR="0096746C" w14:paraId="087C49B5" w14:textId="77777777">
        <w:trPr>
          <w:cantSplit/>
          <w:jc w:val="center"/>
        </w:trPr>
        <w:tc>
          <w:tcPr>
            <w:tcW w:w="1191" w:type="dxa"/>
            <w:tcMar>
              <w:top w:w="65" w:type="dxa"/>
              <w:left w:w="80" w:type="dxa"/>
              <w:bottom w:w="65" w:type="dxa"/>
              <w:right w:w="80" w:type="dxa"/>
            </w:tcMar>
          </w:tcPr>
          <w:p w14:paraId="018D1E7A" w14:textId="77777777" w:rsidR="0096746C" w:rsidRDefault="00000000">
            <w:r>
              <w:rPr>
                <w:sz w:val="16"/>
              </w:rPr>
              <w:t>Τρίτη</w:t>
            </w:r>
          </w:p>
        </w:tc>
        <w:tc>
          <w:tcPr>
            <w:tcW w:w="1814" w:type="dxa"/>
            <w:tcMar>
              <w:top w:w="65" w:type="dxa"/>
              <w:left w:w="80" w:type="dxa"/>
              <w:bottom w:w="65" w:type="dxa"/>
              <w:right w:w="80" w:type="dxa"/>
            </w:tcMar>
          </w:tcPr>
          <w:p w14:paraId="1DD6D429" w14:textId="77777777" w:rsidR="0096746C" w:rsidRDefault="0096746C"/>
        </w:tc>
        <w:tc>
          <w:tcPr>
            <w:tcW w:w="2381" w:type="dxa"/>
            <w:tcMar>
              <w:top w:w="65" w:type="dxa"/>
              <w:left w:w="80" w:type="dxa"/>
              <w:bottom w:w="65" w:type="dxa"/>
              <w:right w:w="80" w:type="dxa"/>
            </w:tcMar>
          </w:tcPr>
          <w:p w14:paraId="5595F852" w14:textId="77777777" w:rsidR="0096746C" w:rsidRDefault="0096746C"/>
        </w:tc>
        <w:tc>
          <w:tcPr>
            <w:tcW w:w="1134" w:type="dxa"/>
            <w:tcMar>
              <w:top w:w="65" w:type="dxa"/>
              <w:left w:w="80" w:type="dxa"/>
              <w:bottom w:w="65" w:type="dxa"/>
              <w:right w:w="80" w:type="dxa"/>
            </w:tcMar>
          </w:tcPr>
          <w:p w14:paraId="75643572" w14:textId="77777777" w:rsidR="0096746C" w:rsidRDefault="0096746C"/>
        </w:tc>
        <w:tc>
          <w:tcPr>
            <w:tcW w:w="2041" w:type="dxa"/>
            <w:tcMar>
              <w:top w:w="65" w:type="dxa"/>
              <w:left w:w="80" w:type="dxa"/>
              <w:bottom w:w="65" w:type="dxa"/>
              <w:right w:w="80" w:type="dxa"/>
            </w:tcMar>
          </w:tcPr>
          <w:p w14:paraId="20633BDF" w14:textId="77777777" w:rsidR="0096746C" w:rsidRDefault="0096746C"/>
        </w:tc>
        <w:tc>
          <w:tcPr>
            <w:tcW w:w="1531" w:type="dxa"/>
            <w:tcMar>
              <w:top w:w="65" w:type="dxa"/>
              <w:left w:w="80" w:type="dxa"/>
              <w:bottom w:w="65" w:type="dxa"/>
              <w:right w:w="80" w:type="dxa"/>
            </w:tcMar>
          </w:tcPr>
          <w:p w14:paraId="19FC8B64" w14:textId="77777777" w:rsidR="0096746C" w:rsidRDefault="0096746C"/>
        </w:tc>
      </w:tr>
      <w:tr w:rsidR="0096746C" w14:paraId="068D15B4" w14:textId="77777777">
        <w:trPr>
          <w:cantSplit/>
          <w:jc w:val="center"/>
        </w:trPr>
        <w:tc>
          <w:tcPr>
            <w:tcW w:w="1191" w:type="dxa"/>
            <w:tcMar>
              <w:top w:w="65" w:type="dxa"/>
              <w:left w:w="80" w:type="dxa"/>
              <w:bottom w:w="65" w:type="dxa"/>
              <w:right w:w="80" w:type="dxa"/>
            </w:tcMar>
          </w:tcPr>
          <w:p w14:paraId="23245815" w14:textId="77777777" w:rsidR="0096746C" w:rsidRDefault="00000000">
            <w:r>
              <w:rPr>
                <w:sz w:val="16"/>
              </w:rPr>
              <w:t>Τετάρτη</w:t>
            </w:r>
          </w:p>
        </w:tc>
        <w:tc>
          <w:tcPr>
            <w:tcW w:w="1814" w:type="dxa"/>
            <w:tcMar>
              <w:top w:w="65" w:type="dxa"/>
              <w:left w:w="80" w:type="dxa"/>
              <w:bottom w:w="65" w:type="dxa"/>
              <w:right w:w="80" w:type="dxa"/>
            </w:tcMar>
          </w:tcPr>
          <w:p w14:paraId="4453E15D" w14:textId="77777777" w:rsidR="0096746C" w:rsidRDefault="0096746C"/>
        </w:tc>
        <w:tc>
          <w:tcPr>
            <w:tcW w:w="2381" w:type="dxa"/>
            <w:tcMar>
              <w:top w:w="65" w:type="dxa"/>
              <w:left w:w="80" w:type="dxa"/>
              <w:bottom w:w="65" w:type="dxa"/>
              <w:right w:w="80" w:type="dxa"/>
            </w:tcMar>
          </w:tcPr>
          <w:p w14:paraId="60F98E6A" w14:textId="77777777" w:rsidR="0096746C" w:rsidRDefault="0096746C"/>
        </w:tc>
        <w:tc>
          <w:tcPr>
            <w:tcW w:w="1134" w:type="dxa"/>
            <w:tcMar>
              <w:top w:w="65" w:type="dxa"/>
              <w:left w:w="80" w:type="dxa"/>
              <w:bottom w:w="65" w:type="dxa"/>
              <w:right w:w="80" w:type="dxa"/>
            </w:tcMar>
          </w:tcPr>
          <w:p w14:paraId="60D96C58" w14:textId="77777777" w:rsidR="0096746C" w:rsidRDefault="0096746C"/>
        </w:tc>
        <w:tc>
          <w:tcPr>
            <w:tcW w:w="2041" w:type="dxa"/>
            <w:tcMar>
              <w:top w:w="65" w:type="dxa"/>
              <w:left w:w="80" w:type="dxa"/>
              <w:bottom w:w="65" w:type="dxa"/>
              <w:right w:w="80" w:type="dxa"/>
            </w:tcMar>
          </w:tcPr>
          <w:p w14:paraId="101E6522" w14:textId="77777777" w:rsidR="0096746C" w:rsidRDefault="0096746C"/>
        </w:tc>
        <w:tc>
          <w:tcPr>
            <w:tcW w:w="1531" w:type="dxa"/>
            <w:tcMar>
              <w:top w:w="65" w:type="dxa"/>
              <w:left w:w="80" w:type="dxa"/>
              <w:bottom w:w="65" w:type="dxa"/>
              <w:right w:w="80" w:type="dxa"/>
            </w:tcMar>
          </w:tcPr>
          <w:p w14:paraId="791A71CF" w14:textId="77777777" w:rsidR="0096746C" w:rsidRDefault="0096746C"/>
        </w:tc>
      </w:tr>
      <w:tr w:rsidR="0096746C" w14:paraId="0DB8A05E" w14:textId="77777777">
        <w:trPr>
          <w:cantSplit/>
          <w:jc w:val="center"/>
        </w:trPr>
        <w:tc>
          <w:tcPr>
            <w:tcW w:w="1191" w:type="dxa"/>
            <w:tcMar>
              <w:top w:w="65" w:type="dxa"/>
              <w:left w:w="80" w:type="dxa"/>
              <w:bottom w:w="65" w:type="dxa"/>
              <w:right w:w="80" w:type="dxa"/>
            </w:tcMar>
          </w:tcPr>
          <w:p w14:paraId="6D864579" w14:textId="77777777" w:rsidR="0096746C" w:rsidRDefault="00000000">
            <w:r>
              <w:rPr>
                <w:sz w:val="16"/>
              </w:rPr>
              <w:t>Πέμπτη</w:t>
            </w:r>
          </w:p>
        </w:tc>
        <w:tc>
          <w:tcPr>
            <w:tcW w:w="1814" w:type="dxa"/>
            <w:tcMar>
              <w:top w:w="65" w:type="dxa"/>
              <w:left w:w="80" w:type="dxa"/>
              <w:bottom w:w="65" w:type="dxa"/>
              <w:right w:w="80" w:type="dxa"/>
            </w:tcMar>
          </w:tcPr>
          <w:p w14:paraId="53241DCE" w14:textId="77777777" w:rsidR="0096746C" w:rsidRDefault="0096746C"/>
        </w:tc>
        <w:tc>
          <w:tcPr>
            <w:tcW w:w="2381" w:type="dxa"/>
            <w:tcMar>
              <w:top w:w="65" w:type="dxa"/>
              <w:left w:w="80" w:type="dxa"/>
              <w:bottom w:w="65" w:type="dxa"/>
              <w:right w:w="80" w:type="dxa"/>
            </w:tcMar>
          </w:tcPr>
          <w:p w14:paraId="2B984293" w14:textId="77777777" w:rsidR="0096746C" w:rsidRDefault="0096746C"/>
        </w:tc>
        <w:tc>
          <w:tcPr>
            <w:tcW w:w="1134" w:type="dxa"/>
            <w:tcMar>
              <w:top w:w="65" w:type="dxa"/>
              <w:left w:w="80" w:type="dxa"/>
              <w:bottom w:w="65" w:type="dxa"/>
              <w:right w:w="80" w:type="dxa"/>
            </w:tcMar>
          </w:tcPr>
          <w:p w14:paraId="0B3ED9F9" w14:textId="77777777" w:rsidR="0096746C" w:rsidRDefault="0096746C"/>
        </w:tc>
        <w:tc>
          <w:tcPr>
            <w:tcW w:w="2041" w:type="dxa"/>
            <w:tcMar>
              <w:top w:w="65" w:type="dxa"/>
              <w:left w:w="80" w:type="dxa"/>
              <w:bottom w:w="65" w:type="dxa"/>
              <w:right w:w="80" w:type="dxa"/>
            </w:tcMar>
          </w:tcPr>
          <w:p w14:paraId="053CCD66" w14:textId="77777777" w:rsidR="0096746C" w:rsidRDefault="0096746C"/>
        </w:tc>
        <w:tc>
          <w:tcPr>
            <w:tcW w:w="1531" w:type="dxa"/>
            <w:tcMar>
              <w:top w:w="65" w:type="dxa"/>
              <w:left w:w="80" w:type="dxa"/>
              <w:bottom w:w="65" w:type="dxa"/>
              <w:right w:w="80" w:type="dxa"/>
            </w:tcMar>
          </w:tcPr>
          <w:p w14:paraId="08A06E6A" w14:textId="77777777" w:rsidR="0096746C" w:rsidRDefault="0096746C"/>
        </w:tc>
      </w:tr>
      <w:tr w:rsidR="0096746C" w14:paraId="0E8EFF89" w14:textId="77777777">
        <w:trPr>
          <w:cantSplit/>
          <w:jc w:val="center"/>
        </w:trPr>
        <w:tc>
          <w:tcPr>
            <w:tcW w:w="1191" w:type="dxa"/>
            <w:tcMar>
              <w:top w:w="65" w:type="dxa"/>
              <w:left w:w="80" w:type="dxa"/>
              <w:bottom w:w="65" w:type="dxa"/>
              <w:right w:w="80" w:type="dxa"/>
            </w:tcMar>
          </w:tcPr>
          <w:p w14:paraId="7EECF10A" w14:textId="77777777" w:rsidR="0096746C" w:rsidRDefault="00000000">
            <w:r>
              <w:rPr>
                <w:sz w:val="16"/>
              </w:rPr>
              <w:t>Παρασκευή</w:t>
            </w:r>
          </w:p>
        </w:tc>
        <w:tc>
          <w:tcPr>
            <w:tcW w:w="1814" w:type="dxa"/>
            <w:tcMar>
              <w:top w:w="65" w:type="dxa"/>
              <w:left w:w="80" w:type="dxa"/>
              <w:bottom w:w="65" w:type="dxa"/>
              <w:right w:w="80" w:type="dxa"/>
            </w:tcMar>
          </w:tcPr>
          <w:p w14:paraId="62E803FE" w14:textId="77777777" w:rsidR="0096746C" w:rsidRDefault="0096746C"/>
        </w:tc>
        <w:tc>
          <w:tcPr>
            <w:tcW w:w="2381" w:type="dxa"/>
            <w:tcMar>
              <w:top w:w="65" w:type="dxa"/>
              <w:left w:w="80" w:type="dxa"/>
              <w:bottom w:w="65" w:type="dxa"/>
              <w:right w:w="80" w:type="dxa"/>
            </w:tcMar>
          </w:tcPr>
          <w:p w14:paraId="79EE0EBF" w14:textId="77777777" w:rsidR="0096746C" w:rsidRDefault="0096746C"/>
        </w:tc>
        <w:tc>
          <w:tcPr>
            <w:tcW w:w="1134" w:type="dxa"/>
            <w:tcMar>
              <w:top w:w="65" w:type="dxa"/>
              <w:left w:w="80" w:type="dxa"/>
              <w:bottom w:w="65" w:type="dxa"/>
              <w:right w:w="80" w:type="dxa"/>
            </w:tcMar>
          </w:tcPr>
          <w:p w14:paraId="3CB8AFAC" w14:textId="77777777" w:rsidR="0096746C" w:rsidRDefault="0096746C"/>
        </w:tc>
        <w:tc>
          <w:tcPr>
            <w:tcW w:w="2041" w:type="dxa"/>
            <w:tcMar>
              <w:top w:w="65" w:type="dxa"/>
              <w:left w:w="80" w:type="dxa"/>
              <w:bottom w:w="65" w:type="dxa"/>
              <w:right w:w="80" w:type="dxa"/>
            </w:tcMar>
          </w:tcPr>
          <w:p w14:paraId="14381DBF" w14:textId="77777777" w:rsidR="0096746C" w:rsidRDefault="0096746C"/>
        </w:tc>
        <w:tc>
          <w:tcPr>
            <w:tcW w:w="1531" w:type="dxa"/>
            <w:tcMar>
              <w:top w:w="65" w:type="dxa"/>
              <w:left w:w="80" w:type="dxa"/>
              <w:bottom w:w="65" w:type="dxa"/>
              <w:right w:w="80" w:type="dxa"/>
            </w:tcMar>
          </w:tcPr>
          <w:p w14:paraId="47D9EE12" w14:textId="77777777" w:rsidR="0096746C" w:rsidRDefault="0096746C"/>
        </w:tc>
      </w:tr>
    </w:tbl>
    <w:p w14:paraId="1EEDD9D4" w14:textId="77777777" w:rsidR="0096746C" w:rsidRDefault="0096746C">
      <w:pPr>
        <w:spacing w:after="20"/>
      </w:pPr>
    </w:p>
    <w:p w14:paraId="25CA5031" w14:textId="77777777" w:rsidR="0096746C" w:rsidRDefault="00000000">
      <w:r>
        <w:t>Σημειώσεις προγραμματισμού:</w:t>
      </w:r>
    </w:p>
    <w:p w14:paraId="5D7327CA" w14:textId="77777777" w:rsidR="0096746C" w:rsidRDefault="00000000">
      <w:r>
        <w:rPr>
          <w:color w:val="666666"/>
          <w:sz w:val="18"/>
        </w:rPr>
        <w:t>____________________________________________________________________________________________</w:t>
      </w:r>
    </w:p>
    <w:p w14:paraId="25CA4EDF" w14:textId="77777777" w:rsidR="0096746C" w:rsidRDefault="00000000">
      <w:r>
        <w:rPr>
          <w:color w:val="666666"/>
          <w:sz w:val="18"/>
        </w:rPr>
        <w:t>____________________________________________________________________________________________</w:t>
      </w:r>
    </w:p>
    <w:p w14:paraId="5D40765C" w14:textId="77777777" w:rsidR="0096746C" w:rsidRDefault="00000000">
      <w:r>
        <w:rPr>
          <w:color w:val="666666"/>
          <w:sz w:val="18"/>
        </w:rPr>
        <w:t>____________________________________________________________________________________________</w:t>
      </w:r>
    </w:p>
    <w:p w14:paraId="0D098DDA" w14:textId="77777777" w:rsidR="0096746C" w:rsidRDefault="00000000">
      <w:r>
        <w:rPr>
          <w:color w:val="666666"/>
          <w:sz w:val="18"/>
        </w:rPr>
        <w:t>____________________________________________________________________________________________</w:t>
      </w:r>
    </w:p>
    <w:p w14:paraId="4293A349" w14:textId="77777777" w:rsidR="0096746C" w:rsidRDefault="00000000">
      <w:r>
        <w:rPr>
          <w:color w:val="666666"/>
          <w:sz w:val="18"/>
        </w:rPr>
        <w:t>____________________________________________________________________________________________</w:t>
      </w:r>
    </w:p>
    <w:p w14:paraId="34EBFF1D" w14:textId="77777777" w:rsidR="0096746C" w:rsidRDefault="00000000">
      <w:pPr>
        <w:pStyle w:val="Heading1"/>
      </w:pPr>
      <w:r>
        <w:t>Appendix C. Monthly child review</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417"/>
        <w:gridCol w:w="1134"/>
        <w:gridCol w:w="1191"/>
        <w:gridCol w:w="1134"/>
        <w:gridCol w:w="1814"/>
        <w:gridCol w:w="1701"/>
        <w:gridCol w:w="680"/>
        <w:gridCol w:w="1134"/>
      </w:tblGrid>
      <w:tr w:rsidR="0096746C" w14:paraId="70A21239" w14:textId="77777777">
        <w:trPr>
          <w:cantSplit/>
          <w:tblHeader/>
          <w:jc w:val="center"/>
        </w:trPr>
        <w:tc>
          <w:tcPr>
            <w:tcW w:w="1417" w:type="dxa"/>
            <w:shd w:val="clear" w:color="auto" w:fill="D9E2F3"/>
            <w:tcMar>
              <w:top w:w="70" w:type="dxa"/>
              <w:left w:w="85" w:type="dxa"/>
              <w:bottom w:w="70" w:type="dxa"/>
              <w:right w:w="85" w:type="dxa"/>
            </w:tcMar>
            <w:vAlign w:val="center"/>
          </w:tcPr>
          <w:p w14:paraId="5CA6BBF9" w14:textId="77777777" w:rsidR="0096746C" w:rsidRDefault="00000000">
            <w:r>
              <w:rPr>
                <w:color w:val="2F5597"/>
                <w:sz w:val="14"/>
              </w:rPr>
              <w:t>Παιδί / αναφορά</w:t>
            </w:r>
          </w:p>
        </w:tc>
        <w:tc>
          <w:tcPr>
            <w:tcW w:w="1134" w:type="dxa"/>
            <w:shd w:val="clear" w:color="auto" w:fill="D9E2F3"/>
            <w:tcMar>
              <w:top w:w="70" w:type="dxa"/>
              <w:left w:w="85" w:type="dxa"/>
              <w:bottom w:w="70" w:type="dxa"/>
              <w:right w:w="85" w:type="dxa"/>
            </w:tcMar>
            <w:vAlign w:val="center"/>
          </w:tcPr>
          <w:p w14:paraId="03862164" w14:textId="77777777" w:rsidR="0096746C" w:rsidRDefault="00000000">
            <w:r>
              <w:rPr>
                <w:color w:val="2F5597"/>
                <w:sz w:val="14"/>
              </w:rPr>
              <w:t>Παρουσία</w:t>
            </w:r>
          </w:p>
        </w:tc>
        <w:tc>
          <w:tcPr>
            <w:tcW w:w="1191" w:type="dxa"/>
            <w:shd w:val="clear" w:color="auto" w:fill="D9E2F3"/>
            <w:tcMar>
              <w:top w:w="70" w:type="dxa"/>
              <w:left w:w="85" w:type="dxa"/>
              <w:bottom w:w="70" w:type="dxa"/>
              <w:right w:w="85" w:type="dxa"/>
            </w:tcMar>
            <w:vAlign w:val="center"/>
          </w:tcPr>
          <w:p w14:paraId="4BBBBC50" w14:textId="77777777" w:rsidR="0096746C" w:rsidRDefault="00000000">
            <w:r>
              <w:rPr>
                <w:color w:val="2F5597"/>
                <w:sz w:val="14"/>
              </w:rPr>
              <w:t>Συμμετοχή</w:t>
            </w:r>
          </w:p>
        </w:tc>
        <w:tc>
          <w:tcPr>
            <w:tcW w:w="1134" w:type="dxa"/>
            <w:shd w:val="clear" w:color="auto" w:fill="D9E2F3"/>
            <w:tcMar>
              <w:top w:w="70" w:type="dxa"/>
              <w:left w:w="85" w:type="dxa"/>
              <w:bottom w:w="70" w:type="dxa"/>
              <w:right w:w="85" w:type="dxa"/>
            </w:tcMar>
            <w:vAlign w:val="center"/>
          </w:tcPr>
          <w:p w14:paraId="7C3431BC" w14:textId="77777777" w:rsidR="0096746C" w:rsidRDefault="00000000">
            <w:r>
              <w:rPr>
                <w:color w:val="2F5597"/>
                <w:sz w:val="14"/>
              </w:rPr>
              <w:t>Μάθηση</w:t>
            </w:r>
          </w:p>
        </w:tc>
        <w:tc>
          <w:tcPr>
            <w:tcW w:w="1814" w:type="dxa"/>
            <w:shd w:val="clear" w:color="auto" w:fill="D9E2F3"/>
            <w:tcMar>
              <w:top w:w="70" w:type="dxa"/>
              <w:left w:w="85" w:type="dxa"/>
              <w:bottom w:w="70" w:type="dxa"/>
              <w:right w:w="85" w:type="dxa"/>
            </w:tcMar>
            <w:vAlign w:val="center"/>
          </w:tcPr>
          <w:p w14:paraId="7964EFFB" w14:textId="77777777" w:rsidR="0096746C" w:rsidRDefault="00000000">
            <w:r>
              <w:rPr>
                <w:color w:val="2F5597"/>
                <w:sz w:val="14"/>
              </w:rPr>
              <w:t>Κοινωνικό / συναισθηματικό</w:t>
            </w:r>
          </w:p>
        </w:tc>
        <w:tc>
          <w:tcPr>
            <w:tcW w:w="1701" w:type="dxa"/>
            <w:shd w:val="clear" w:color="auto" w:fill="D9E2F3"/>
            <w:tcMar>
              <w:top w:w="70" w:type="dxa"/>
              <w:left w:w="85" w:type="dxa"/>
              <w:bottom w:w="70" w:type="dxa"/>
              <w:right w:w="85" w:type="dxa"/>
            </w:tcMar>
            <w:vAlign w:val="center"/>
          </w:tcPr>
          <w:p w14:paraId="30576599" w14:textId="77777777" w:rsidR="0096746C" w:rsidRDefault="00000000">
            <w:r>
              <w:rPr>
                <w:color w:val="2F5597"/>
                <w:sz w:val="14"/>
              </w:rPr>
              <w:t>Κίνδυνος / προστασία</w:t>
            </w:r>
          </w:p>
        </w:tc>
        <w:tc>
          <w:tcPr>
            <w:tcW w:w="680" w:type="dxa"/>
            <w:shd w:val="clear" w:color="auto" w:fill="D9E2F3"/>
            <w:tcMar>
              <w:top w:w="70" w:type="dxa"/>
              <w:left w:w="85" w:type="dxa"/>
              <w:bottom w:w="70" w:type="dxa"/>
              <w:right w:w="85" w:type="dxa"/>
            </w:tcMar>
            <w:vAlign w:val="center"/>
          </w:tcPr>
          <w:p w14:paraId="23E16A56" w14:textId="77777777" w:rsidR="0096746C" w:rsidRDefault="00000000">
            <w:r>
              <w:rPr>
                <w:color w:val="2F5597"/>
                <w:sz w:val="14"/>
              </w:rPr>
              <w:t>RAG</w:t>
            </w:r>
          </w:p>
        </w:tc>
        <w:tc>
          <w:tcPr>
            <w:tcW w:w="1134" w:type="dxa"/>
            <w:shd w:val="clear" w:color="auto" w:fill="D9E2F3"/>
            <w:tcMar>
              <w:top w:w="70" w:type="dxa"/>
              <w:left w:w="85" w:type="dxa"/>
              <w:bottom w:w="70" w:type="dxa"/>
              <w:right w:w="85" w:type="dxa"/>
            </w:tcMar>
            <w:vAlign w:val="center"/>
          </w:tcPr>
          <w:p w14:paraId="19B93139" w14:textId="77777777" w:rsidR="0096746C" w:rsidRDefault="00000000">
            <w:r>
              <w:rPr>
                <w:color w:val="2F5597"/>
                <w:sz w:val="14"/>
              </w:rPr>
              <w:t>Ενέργεια</w:t>
            </w:r>
          </w:p>
        </w:tc>
      </w:tr>
      <w:tr w:rsidR="0096746C" w14:paraId="63DBC750" w14:textId="77777777">
        <w:trPr>
          <w:cantSplit/>
          <w:jc w:val="center"/>
        </w:trPr>
        <w:tc>
          <w:tcPr>
            <w:tcW w:w="1417" w:type="dxa"/>
            <w:tcMar>
              <w:top w:w="65" w:type="dxa"/>
              <w:left w:w="80" w:type="dxa"/>
              <w:bottom w:w="65" w:type="dxa"/>
              <w:right w:w="80" w:type="dxa"/>
            </w:tcMar>
          </w:tcPr>
          <w:p w14:paraId="14A20F98" w14:textId="77777777" w:rsidR="0096746C" w:rsidRDefault="0096746C"/>
        </w:tc>
        <w:tc>
          <w:tcPr>
            <w:tcW w:w="1134" w:type="dxa"/>
            <w:tcMar>
              <w:top w:w="65" w:type="dxa"/>
              <w:left w:w="80" w:type="dxa"/>
              <w:bottom w:w="65" w:type="dxa"/>
              <w:right w:w="80" w:type="dxa"/>
            </w:tcMar>
          </w:tcPr>
          <w:p w14:paraId="283CE980" w14:textId="77777777" w:rsidR="0096746C" w:rsidRDefault="0096746C"/>
        </w:tc>
        <w:tc>
          <w:tcPr>
            <w:tcW w:w="1191" w:type="dxa"/>
            <w:tcMar>
              <w:top w:w="65" w:type="dxa"/>
              <w:left w:w="80" w:type="dxa"/>
              <w:bottom w:w="65" w:type="dxa"/>
              <w:right w:w="80" w:type="dxa"/>
            </w:tcMar>
          </w:tcPr>
          <w:p w14:paraId="43D69E94" w14:textId="77777777" w:rsidR="0096746C" w:rsidRDefault="0096746C"/>
        </w:tc>
        <w:tc>
          <w:tcPr>
            <w:tcW w:w="1134" w:type="dxa"/>
            <w:tcMar>
              <w:top w:w="65" w:type="dxa"/>
              <w:left w:w="80" w:type="dxa"/>
              <w:bottom w:w="65" w:type="dxa"/>
              <w:right w:w="80" w:type="dxa"/>
            </w:tcMar>
          </w:tcPr>
          <w:p w14:paraId="1B8E6DC2" w14:textId="77777777" w:rsidR="0096746C" w:rsidRDefault="0096746C"/>
        </w:tc>
        <w:tc>
          <w:tcPr>
            <w:tcW w:w="1814" w:type="dxa"/>
            <w:tcMar>
              <w:top w:w="65" w:type="dxa"/>
              <w:left w:w="80" w:type="dxa"/>
              <w:bottom w:w="65" w:type="dxa"/>
              <w:right w:w="80" w:type="dxa"/>
            </w:tcMar>
          </w:tcPr>
          <w:p w14:paraId="421564B9" w14:textId="77777777" w:rsidR="0096746C" w:rsidRDefault="0096746C"/>
        </w:tc>
        <w:tc>
          <w:tcPr>
            <w:tcW w:w="1701" w:type="dxa"/>
            <w:tcMar>
              <w:top w:w="65" w:type="dxa"/>
              <w:left w:w="80" w:type="dxa"/>
              <w:bottom w:w="65" w:type="dxa"/>
              <w:right w:w="80" w:type="dxa"/>
            </w:tcMar>
          </w:tcPr>
          <w:p w14:paraId="49C5DE5B" w14:textId="77777777" w:rsidR="0096746C" w:rsidRDefault="0096746C"/>
        </w:tc>
        <w:tc>
          <w:tcPr>
            <w:tcW w:w="680" w:type="dxa"/>
            <w:tcMar>
              <w:top w:w="65" w:type="dxa"/>
              <w:left w:w="80" w:type="dxa"/>
              <w:bottom w:w="65" w:type="dxa"/>
              <w:right w:w="80" w:type="dxa"/>
            </w:tcMar>
          </w:tcPr>
          <w:p w14:paraId="46F01808" w14:textId="77777777" w:rsidR="0096746C" w:rsidRDefault="0096746C"/>
        </w:tc>
        <w:tc>
          <w:tcPr>
            <w:tcW w:w="1134" w:type="dxa"/>
            <w:tcMar>
              <w:top w:w="65" w:type="dxa"/>
              <w:left w:w="80" w:type="dxa"/>
              <w:bottom w:w="65" w:type="dxa"/>
              <w:right w:w="80" w:type="dxa"/>
            </w:tcMar>
          </w:tcPr>
          <w:p w14:paraId="03D6D5FC" w14:textId="77777777" w:rsidR="0096746C" w:rsidRDefault="0096746C"/>
        </w:tc>
      </w:tr>
      <w:tr w:rsidR="0096746C" w14:paraId="2AC415A5" w14:textId="77777777">
        <w:trPr>
          <w:cantSplit/>
          <w:jc w:val="center"/>
        </w:trPr>
        <w:tc>
          <w:tcPr>
            <w:tcW w:w="1417" w:type="dxa"/>
            <w:tcMar>
              <w:top w:w="65" w:type="dxa"/>
              <w:left w:w="80" w:type="dxa"/>
              <w:bottom w:w="65" w:type="dxa"/>
              <w:right w:w="80" w:type="dxa"/>
            </w:tcMar>
          </w:tcPr>
          <w:p w14:paraId="017A2CB2" w14:textId="77777777" w:rsidR="0096746C" w:rsidRDefault="0096746C"/>
        </w:tc>
        <w:tc>
          <w:tcPr>
            <w:tcW w:w="1134" w:type="dxa"/>
            <w:tcMar>
              <w:top w:w="65" w:type="dxa"/>
              <w:left w:w="80" w:type="dxa"/>
              <w:bottom w:w="65" w:type="dxa"/>
              <w:right w:w="80" w:type="dxa"/>
            </w:tcMar>
          </w:tcPr>
          <w:p w14:paraId="471159F7" w14:textId="77777777" w:rsidR="0096746C" w:rsidRDefault="0096746C"/>
        </w:tc>
        <w:tc>
          <w:tcPr>
            <w:tcW w:w="1191" w:type="dxa"/>
            <w:tcMar>
              <w:top w:w="65" w:type="dxa"/>
              <w:left w:w="80" w:type="dxa"/>
              <w:bottom w:w="65" w:type="dxa"/>
              <w:right w:w="80" w:type="dxa"/>
            </w:tcMar>
          </w:tcPr>
          <w:p w14:paraId="7FB5467F" w14:textId="77777777" w:rsidR="0096746C" w:rsidRDefault="0096746C"/>
        </w:tc>
        <w:tc>
          <w:tcPr>
            <w:tcW w:w="1134" w:type="dxa"/>
            <w:tcMar>
              <w:top w:w="65" w:type="dxa"/>
              <w:left w:w="80" w:type="dxa"/>
              <w:bottom w:w="65" w:type="dxa"/>
              <w:right w:w="80" w:type="dxa"/>
            </w:tcMar>
          </w:tcPr>
          <w:p w14:paraId="685E85C6" w14:textId="77777777" w:rsidR="0096746C" w:rsidRDefault="0096746C"/>
        </w:tc>
        <w:tc>
          <w:tcPr>
            <w:tcW w:w="1814" w:type="dxa"/>
            <w:tcMar>
              <w:top w:w="65" w:type="dxa"/>
              <w:left w:w="80" w:type="dxa"/>
              <w:bottom w:w="65" w:type="dxa"/>
              <w:right w:w="80" w:type="dxa"/>
            </w:tcMar>
          </w:tcPr>
          <w:p w14:paraId="0D3EDEB7" w14:textId="77777777" w:rsidR="0096746C" w:rsidRDefault="0096746C"/>
        </w:tc>
        <w:tc>
          <w:tcPr>
            <w:tcW w:w="1701" w:type="dxa"/>
            <w:tcMar>
              <w:top w:w="65" w:type="dxa"/>
              <w:left w:w="80" w:type="dxa"/>
              <w:bottom w:w="65" w:type="dxa"/>
              <w:right w:w="80" w:type="dxa"/>
            </w:tcMar>
          </w:tcPr>
          <w:p w14:paraId="3FF2C788" w14:textId="77777777" w:rsidR="0096746C" w:rsidRDefault="0096746C"/>
        </w:tc>
        <w:tc>
          <w:tcPr>
            <w:tcW w:w="680" w:type="dxa"/>
            <w:tcMar>
              <w:top w:w="65" w:type="dxa"/>
              <w:left w:w="80" w:type="dxa"/>
              <w:bottom w:w="65" w:type="dxa"/>
              <w:right w:w="80" w:type="dxa"/>
            </w:tcMar>
          </w:tcPr>
          <w:p w14:paraId="5FDD76F5" w14:textId="77777777" w:rsidR="0096746C" w:rsidRDefault="0096746C"/>
        </w:tc>
        <w:tc>
          <w:tcPr>
            <w:tcW w:w="1134" w:type="dxa"/>
            <w:tcMar>
              <w:top w:w="65" w:type="dxa"/>
              <w:left w:w="80" w:type="dxa"/>
              <w:bottom w:w="65" w:type="dxa"/>
              <w:right w:w="80" w:type="dxa"/>
            </w:tcMar>
          </w:tcPr>
          <w:p w14:paraId="4E298AF1" w14:textId="77777777" w:rsidR="0096746C" w:rsidRDefault="0096746C"/>
        </w:tc>
      </w:tr>
      <w:tr w:rsidR="0096746C" w14:paraId="529694C6" w14:textId="77777777">
        <w:trPr>
          <w:cantSplit/>
          <w:jc w:val="center"/>
        </w:trPr>
        <w:tc>
          <w:tcPr>
            <w:tcW w:w="1417" w:type="dxa"/>
            <w:tcMar>
              <w:top w:w="65" w:type="dxa"/>
              <w:left w:w="80" w:type="dxa"/>
              <w:bottom w:w="65" w:type="dxa"/>
              <w:right w:w="80" w:type="dxa"/>
            </w:tcMar>
          </w:tcPr>
          <w:p w14:paraId="3F7F2977" w14:textId="77777777" w:rsidR="0096746C" w:rsidRDefault="0096746C"/>
        </w:tc>
        <w:tc>
          <w:tcPr>
            <w:tcW w:w="1134" w:type="dxa"/>
            <w:tcMar>
              <w:top w:w="65" w:type="dxa"/>
              <w:left w:w="80" w:type="dxa"/>
              <w:bottom w:w="65" w:type="dxa"/>
              <w:right w:w="80" w:type="dxa"/>
            </w:tcMar>
          </w:tcPr>
          <w:p w14:paraId="0C66A1DC" w14:textId="77777777" w:rsidR="0096746C" w:rsidRDefault="0096746C"/>
        </w:tc>
        <w:tc>
          <w:tcPr>
            <w:tcW w:w="1191" w:type="dxa"/>
            <w:tcMar>
              <w:top w:w="65" w:type="dxa"/>
              <w:left w:w="80" w:type="dxa"/>
              <w:bottom w:w="65" w:type="dxa"/>
              <w:right w:w="80" w:type="dxa"/>
            </w:tcMar>
          </w:tcPr>
          <w:p w14:paraId="585C306A" w14:textId="77777777" w:rsidR="0096746C" w:rsidRDefault="0096746C"/>
        </w:tc>
        <w:tc>
          <w:tcPr>
            <w:tcW w:w="1134" w:type="dxa"/>
            <w:tcMar>
              <w:top w:w="65" w:type="dxa"/>
              <w:left w:w="80" w:type="dxa"/>
              <w:bottom w:w="65" w:type="dxa"/>
              <w:right w:w="80" w:type="dxa"/>
            </w:tcMar>
          </w:tcPr>
          <w:p w14:paraId="63BA34E3" w14:textId="77777777" w:rsidR="0096746C" w:rsidRDefault="0096746C"/>
        </w:tc>
        <w:tc>
          <w:tcPr>
            <w:tcW w:w="1814" w:type="dxa"/>
            <w:tcMar>
              <w:top w:w="65" w:type="dxa"/>
              <w:left w:w="80" w:type="dxa"/>
              <w:bottom w:w="65" w:type="dxa"/>
              <w:right w:w="80" w:type="dxa"/>
            </w:tcMar>
          </w:tcPr>
          <w:p w14:paraId="798BD542" w14:textId="77777777" w:rsidR="0096746C" w:rsidRDefault="0096746C"/>
        </w:tc>
        <w:tc>
          <w:tcPr>
            <w:tcW w:w="1701" w:type="dxa"/>
            <w:tcMar>
              <w:top w:w="65" w:type="dxa"/>
              <w:left w:w="80" w:type="dxa"/>
              <w:bottom w:w="65" w:type="dxa"/>
              <w:right w:w="80" w:type="dxa"/>
            </w:tcMar>
          </w:tcPr>
          <w:p w14:paraId="04813B4B" w14:textId="77777777" w:rsidR="0096746C" w:rsidRDefault="0096746C"/>
        </w:tc>
        <w:tc>
          <w:tcPr>
            <w:tcW w:w="680" w:type="dxa"/>
            <w:tcMar>
              <w:top w:w="65" w:type="dxa"/>
              <w:left w:w="80" w:type="dxa"/>
              <w:bottom w:w="65" w:type="dxa"/>
              <w:right w:w="80" w:type="dxa"/>
            </w:tcMar>
          </w:tcPr>
          <w:p w14:paraId="6CCC5887" w14:textId="77777777" w:rsidR="0096746C" w:rsidRDefault="0096746C"/>
        </w:tc>
        <w:tc>
          <w:tcPr>
            <w:tcW w:w="1134" w:type="dxa"/>
            <w:tcMar>
              <w:top w:w="65" w:type="dxa"/>
              <w:left w:w="80" w:type="dxa"/>
              <w:bottom w:w="65" w:type="dxa"/>
              <w:right w:w="80" w:type="dxa"/>
            </w:tcMar>
          </w:tcPr>
          <w:p w14:paraId="766D1A4B" w14:textId="77777777" w:rsidR="0096746C" w:rsidRDefault="0096746C"/>
        </w:tc>
      </w:tr>
      <w:tr w:rsidR="0096746C" w14:paraId="65ED54D6" w14:textId="77777777">
        <w:trPr>
          <w:cantSplit/>
          <w:jc w:val="center"/>
        </w:trPr>
        <w:tc>
          <w:tcPr>
            <w:tcW w:w="1417" w:type="dxa"/>
            <w:tcMar>
              <w:top w:w="65" w:type="dxa"/>
              <w:left w:w="80" w:type="dxa"/>
              <w:bottom w:w="65" w:type="dxa"/>
              <w:right w:w="80" w:type="dxa"/>
            </w:tcMar>
          </w:tcPr>
          <w:p w14:paraId="75D64E90" w14:textId="77777777" w:rsidR="0096746C" w:rsidRDefault="0096746C"/>
        </w:tc>
        <w:tc>
          <w:tcPr>
            <w:tcW w:w="1134" w:type="dxa"/>
            <w:tcMar>
              <w:top w:w="65" w:type="dxa"/>
              <w:left w:w="80" w:type="dxa"/>
              <w:bottom w:w="65" w:type="dxa"/>
              <w:right w:w="80" w:type="dxa"/>
            </w:tcMar>
          </w:tcPr>
          <w:p w14:paraId="3990D3F6" w14:textId="77777777" w:rsidR="0096746C" w:rsidRDefault="0096746C"/>
        </w:tc>
        <w:tc>
          <w:tcPr>
            <w:tcW w:w="1191" w:type="dxa"/>
            <w:tcMar>
              <w:top w:w="65" w:type="dxa"/>
              <w:left w:w="80" w:type="dxa"/>
              <w:bottom w:w="65" w:type="dxa"/>
              <w:right w:w="80" w:type="dxa"/>
            </w:tcMar>
          </w:tcPr>
          <w:p w14:paraId="042062B5" w14:textId="77777777" w:rsidR="0096746C" w:rsidRDefault="0096746C"/>
        </w:tc>
        <w:tc>
          <w:tcPr>
            <w:tcW w:w="1134" w:type="dxa"/>
            <w:tcMar>
              <w:top w:w="65" w:type="dxa"/>
              <w:left w:w="80" w:type="dxa"/>
              <w:bottom w:w="65" w:type="dxa"/>
              <w:right w:w="80" w:type="dxa"/>
            </w:tcMar>
          </w:tcPr>
          <w:p w14:paraId="6977612A" w14:textId="77777777" w:rsidR="0096746C" w:rsidRDefault="0096746C"/>
        </w:tc>
        <w:tc>
          <w:tcPr>
            <w:tcW w:w="1814" w:type="dxa"/>
            <w:tcMar>
              <w:top w:w="65" w:type="dxa"/>
              <w:left w:w="80" w:type="dxa"/>
              <w:bottom w:w="65" w:type="dxa"/>
              <w:right w:w="80" w:type="dxa"/>
            </w:tcMar>
          </w:tcPr>
          <w:p w14:paraId="23D776EE" w14:textId="77777777" w:rsidR="0096746C" w:rsidRDefault="0096746C"/>
        </w:tc>
        <w:tc>
          <w:tcPr>
            <w:tcW w:w="1701" w:type="dxa"/>
            <w:tcMar>
              <w:top w:w="65" w:type="dxa"/>
              <w:left w:w="80" w:type="dxa"/>
              <w:bottom w:w="65" w:type="dxa"/>
              <w:right w:w="80" w:type="dxa"/>
            </w:tcMar>
          </w:tcPr>
          <w:p w14:paraId="1BFA46CE" w14:textId="77777777" w:rsidR="0096746C" w:rsidRDefault="0096746C"/>
        </w:tc>
        <w:tc>
          <w:tcPr>
            <w:tcW w:w="680" w:type="dxa"/>
            <w:tcMar>
              <w:top w:w="65" w:type="dxa"/>
              <w:left w:w="80" w:type="dxa"/>
              <w:bottom w:w="65" w:type="dxa"/>
              <w:right w:w="80" w:type="dxa"/>
            </w:tcMar>
          </w:tcPr>
          <w:p w14:paraId="6B7B051B" w14:textId="77777777" w:rsidR="0096746C" w:rsidRDefault="0096746C"/>
        </w:tc>
        <w:tc>
          <w:tcPr>
            <w:tcW w:w="1134" w:type="dxa"/>
            <w:tcMar>
              <w:top w:w="65" w:type="dxa"/>
              <w:left w:w="80" w:type="dxa"/>
              <w:bottom w:w="65" w:type="dxa"/>
              <w:right w:w="80" w:type="dxa"/>
            </w:tcMar>
          </w:tcPr>
          <w:p w14:paraId="697FC675" w14:textId="77777777" w:rsidR="0096746C" w:rsidRDefault="0096746C"/>
        </w:tc>
      </w:tr>
      <w:tr w:rsidR="0096746C" w14:paraId="7E45260E" w14:textId="77777777">
        <w:trPr>
          <w:cantSplit/>
          <w:jc w:val="center"/>
        </w:trPr>
        <w:tc>
          <w:tcPr>
            <w:tcW w:w="1417" w:type="dxa"/>
            <w:tcMar>
              <w:top w:w="65" w:type="dxa"/>
              <w:left w:w="80" w:type="dxa"/>
              <w:bottom w:w="65" w:type="dxa"/>
              <w:right w:w="80" w:type="dxa"/>
            </w:tcMar>
          </w:tcPr>
          <w:p w14:paraId="5CDC89E1" w14:textId="77777777" w:rsidR="0096746C" w:rsidRDefault="0096746C"/>
        </w:tc>
        <w:tc>
          <w:tcPr>
            <w:tcW w:w="1134" w:type="dxa"/>
            <w:tcMar>
              <w:top w:w="65" w:type="dxa"/>
              <w:left w:w="80" w:type="dxa"/>
              <w:bottom w:w="65" w:type="dxa"/>
              <w:right w:w="80" w:type="dxa"/>
            </w:tcMar>
          </w:tcPr>
          <w:p w14:paraId="13A26B69" w14:textId="77777777" w:rsidR="0096746C" w:rsidRDefault="0096746C"/>
        </w:tc>
        <w:tc>
          <w:tcPr>
            <w:tcW w:w="1191" w:type="dxa"/>
            <w:tcMar>
              <w:top w:w="65" w:type="dxa"/>
              <w:left w:w="80" w:type="dxa"/>
              <w:bottom w:w="65" w:type="dxa"/>
              <w:right w:w="80" w:type="dxa"/>
            </w:tcMar>
          </w:tcPr>
          <w:p w14:paraId="58FF597C" w14:textId="77777777" w:rsidR="0096746C" w:rsidRDefault="0096746C"/>
        </w:tc>
        <w:tc>
          <w:tcPr>
            <w:tcW w:w="1134" w:type="dxa"/>
            <w:tcMar>
              <w:top w:w="65" w:type="dxa"/>
              <w:left w:w="80" w:type="dxa"/>
              <w:bottom w:w="65" w:type="dxa"/>
              <w:right w:w="80" w:type="dxa"/>
            </w:tcMar>
          </w:tcPr>
          <w:p w14:paraId="5718C8AE" w14:textId="77777777" w:rsidR="0096746C" w:rsidRDefault="0096746C"/>
        </w:tc>
        <w:tc>
          <w:tcPr>
            <w:tcW w:w="1814" w:type="dxa"/>
            <w:tcMar>
              <w:top w:w="65" w:type="dxa"/>
              <w:left w:w="80" w:type="dxa"/>
              <w:bottom w:w="65" w:type="dxa"/>
              <w:right w:w="80" w:type="dxa"/>
            </w:tcMar>
          </w:tcPr>
          <w:p w14:paraId="6CD7A4DB" w14:textId="77777777" w:rsidR="0096746C" w:rsidRDefault="0096746C"/>
        </w:tc>
        <w:tc>
          <w:tcPr>
            <w:tcW w:w="1701" w:type="dxa"/>
            <w:tcMar>
              <w:top w:w="65" w:type="dxa"/>
              <w:left w:w="80" w:type="dxa"/>
              <w:bottom w:w="65" w:type="dxa"/>
              <w:right w:w="80" w:type="dxa"/>
            </w:tcMar>
          </w:tcPr>
          <w:p w14:paraId="27DC6A1C" w14:textId="77777777" w:rsidR="0096746C" w:rsidRDefault="0096746C"/>
        </w:tc>
        <w:tc>
          <w:tcPr>
            <w:tcW w:w="680" w:type="dxa"/>
            <w:tcMar>
              <w:top w:w="65" w:type="dxa"/>
              <w:left w:w="80" w:type="dxa"/>
              <w:bottom w:w="65" w:type="dxa"/>
              <w:right w:w="80" w:type="dxa"/>
            </w:tcMar>
          </w:tcPr>
          <w:p w14:paraId="4DDF7416" w14:textId="77777777" w:rsidR="0096746C" w:rsidRDefault="0096746C"/>
        </w:tc>
        <w:tc>
          <w:tcPr>
            <w:tcW w:w="1134" w:type="dxa"/>
            <w:tcMar>
              <w:top w:w="65" w:type="dxa"/>
              <w:left w:w="80" w:type="dxa"/>
              <w:bottom w:w="65" w:type="dxa"/>
              <w:right w:w="80" w:type="dxa"/>
            </w:tcMar>
          </w:tcPr>
          <w:p w14:paraId="10754783" w14:textId="77777777" w:rsidR="0096746C" w:rsidRDefault="0096746C"/>
        </w:tc>
      </w:tr>
      <w:tr w:rsidR="0096746C" w14:paraId="623354DB" w14:textId="77777777">
        <w:trPr>
          <w:cantSplit/>
          <w:jc w:val="center"/>
        </w:trPr>
        <w:tc>
          <w:tcPr>
            <w:tcW w:w="1417" w:type="dxa"/>
            <w:tcMar>
              <w:top w:w="65" w:type="dxa"/>
              <w:left w:w="80" w:type="dxa"/>
              <w:bottom w:w="65" w:type="dxa"/>
              <w:right w:w="80" w:type="dxa"/>
            </w:tcMar>
          </w:tcPr>
          <w:p w14:paraId="3DD1F381" w14:textId="77777777" w:rsidR="0096746C" w:rsidRDefault="0096746C"/>
        </w:tc>
        <w:tc>
          <w:tcPr>
            <w:tcW w:w="1134" w:type="dxa"/>
            <w:tcMar>
              <w:top w:w="65" w:type="dxa"/>
              <w:left w:w="80" w:type="dxa"/>
              <w:bottom w:w="65" w:type="dxa"/>
              <w:right w:w="80" w:type="dxa"/>
            </w:tcMar>
          </w:tcPr>
          <w:p w14:paraId="3A775EA0" w14:textId="77777777" w:rsidR="0096746C" w:rsidRDefault="0096746C"/>
        </w:tc>
        <w:tc>
          <w:tcPr>
            <w:tcW w:w="1191" w:type="dxa"/>
            <w:tcMar>
              <w:top w:w="65" w:type="dxa"/>
              <w:left w:w="80" w:type="dxa"/>
              <w:bottom w:w="65" w:type="dxa"/>
              <w:right w:w="80" w:type="dxa"/>
            </w:tcMar>
          </w:tcPr>
          <w:p w14:paraId="1075F3E6" w14:textId="77777777" w:rsidR="0096746C" w:rsidRDefault="0096746C"/>
        </w:tc>
        <w:tc>
          <w:tcPr>
            <w:tcW w:w="1134" w:type="dxa"/>
            <w:tcMar>
              <w:top w:w="65" w:type="dxa"/>
              <w:left w:w="80" w:type="dxa"/>
              <w:bottom w:w="65" w:type="dxa"/>
              <w:right w:w="80" w:type="dxa"/>
            </w:tcMar>
          </w:tcPr>
          <w:p w14:paraId="181A74E1" w14:textId="77777777" w:rsidR="0096746C" w:rsidRDefault="0096746C"/>
        </w:tc>
        <w:tc>
          <w:tcPr>
            <w:tcW w:w="1814" w:type="dxa"/>
            <w:tcMar>
              <w:top w:w="65" w:type="dxa"/>
              <w:left w:w="80" w:type="dxa"/>
              <w:bottom w:w="65" w:type="dxa"/>
              <w:right w:w="80" w:type="dxa"/>
            </w:tcMar>
          </w:tcPr>
          <w:p w14:paraId="4A02A9AA" w14:textId="77777777" w:rsidR="0096746C" w:rsidRDefault="0096746C"/>
        </w:tc>
        <w:tc>
          <w:tcPr>
            <w:tcW w:w="1701" w:type="dxa"/>
            <w:tcMar>
              <w:top w:w="65" w:type="dxa"/>
              <w:left w:w="80" w:type="dxa"/>
              <w:bottom w:w="65" w:type="dxa"/>
              <w:right w:w="80" w:type="dxa"/>
            </w:tcMar>
          </w:tcPr>
          <w:p w14:paraId="6333B500" w14:textId="77777777" w:rsidR="0096746C" w:rsidRDefault="0096746C"/>
        </w:tc>
        <w:tc>
          <w:tcPr>
            <w:tcW w:w="680" w:type="dxa"/>
            <w:tcMar>
              <w:top w:w="65" w:type="dxa"/>
              <w:left w:w="80" w:type="dxa"/>
              <w:bottom w:w="65" w:type="dxa"/>
              <w:right w:w="80" w:type="dxa"/>
            </w:tcMar>
          </w:tcPr>
          <w:p w14:paraId="51B39D76" w14:textId="77777777" w:rsidR="0096746C" w:rsidRDefault="0096746C"/>
        </w:tc>
        <w:tc>
          <w:tcPr>
            <w:tcW w:w="1134" w:type="dxa"/>
            <w:tcMar>
              <w:top w:w="65" w:type="dxa"/>
              <w:left w:w="80" w:type="dxa"/>
              <w:bottom w:w="65" w:type="dxa"/>
              <w:right w:w="80" w:type="dxa"/>
            </w:tcMar>
          </w:tcPr>
          <w:p w14:paraId="72AC9740" w14:textId="77777777" w:rsidR="0096746C" w:rsidRDefault="0096746C"/>
        </w:tc>
      </w:tr>
      <w:tr w:rsidR="0096746C" w14:paraId="37759A2E" w14:textId="77777777">
        <w:trPr>
          <w:cantSplit/>
          <w:jc w:val="center"/>
        </w:trPr>
        <w:tc>
          <w:tcPr>
            <w:tcW w:w="1417" w:type="dxa"/>
            <w:tcMar>
              <w:top w:w="65" w:type="dxa"/>
              <w:left w:w="80" w:type="dxa"/>
              <w:bottom w:w="65" w:type="dxa"/>
              <w:right w:w="80" w:type="dxa"/>
            </w:tcMar>
          </w:tcPr>
          <w:p w14:paraId="664B30E5" w14:textId="77777777" w:rsidR="0096746C" w:rsidRDefault="0096746C"/>
        </w:tc>
        <w:tc>
          <w:tcPr>
            <w:tcW w:w="1134" w:type="dxa"/>
            <w:tcMar>
              <w:top w:w="65" w:type="dxa"/>
              <w:left w:w="80" w:type="dxa"/>
              <w:bottom w:w="65" w:type="dxa"/>
              <w:right w:w="80" w:type="dxa"/>
            </w:tcMar>
          </w:tcPr>
          <w:p w14:paraId="6D9FAB23" w14:textId="77777777" w:rsidR="0096746C" w:rsidRDefault="0096746C"/>
        </w:tc>
        <w:tc>
          <w:tcPr>
            <w:tcW w:w="1191" w:type="dxa"/>
            <w:tcMar>
              <w:top w:w="65" w:type="dxa"/>
              <w:left w:w="80" w:type="dxa"/>
              <w:bottom w:w="65" w:type="dxa"/>
              <w:right w:w="80" w:type="dxa"/>
            </w:tcMar>
          </w:tcPr>
          <w:p w14:paraId="217557C6" w14:textId="77777777" w:rsidR="0096746C" w:rsidRDefault="0096746C"/>
        </w:tc>
        <w:tc>
          <w:tcPr>
            <w:tcW w:w="1134" w:type="dxa"/>
            <w:tcMar>
              <w:top w:w="65" w:type="dxa"/>
              <w:left w:w="80" w:type="dxa"/>
              <w:bottom w:w="65" w:type="dxa"/>
              <w:right w:w="80" w:type="dxa"/>
            </w:tcMar>
          </w:tcPr>
          <w:p w14:paraId="2DB51CB9" w14:textId="77777777" w:rsidR="0096746C" w:rsidRDefault="0096746C"/>
        </w:tc>
        <w:tc>
          <w:tcPr>
            <w:tcW w:w="1814" w:type="dxa"/>
            <w:tcMar>
              <w:top w:w="65" w:type="dxa"/>
              <w:left w:w="80" w:type="dxa"/>
              <w:bottom w:w="65" w:type="dxa"/>
              <w:right w:w="80" w:type="dxa"/>
            </w:tcMar>
          </w:tcPr>
          <w:p w14:paraId="181BBE39" w14:textId="77777777" w:rsidR="0096746C" w:rsidRDefault="0096746C"/>
        </w:tc>
        <w:tc>
          <w:tcPr>
            <w:tcW w:w="1701" w:type="dxa"/>
            <w:tcMar>
              <w:top w:w="65" w:type="dxa"/>
              <w:left w:w="80" w:type="dxa"/>
              <w:bottom w:w="65" w:type="dxa"/>
              <w:right w:w="80" w:type="dxa"/>
            </w:tcMar>
          </w:tcPr>
          <w:p w14:paraId="7B5D6273" w14:textId="77777777" w:rsidR="0096746C" w:rsidRDefault="0096746C"/>
        </w:tc>
        <w:tc>
          <w:tcPr>
            <w:tcW w:w="680" w:type="dxa"/>
            <w:tcMar>
              <w:top w:w="65" w:type="dxa"/>
              <w:left w:w="80" w:type="dxa"/>
              <w:bottom w:w="65" w:type="dxa"/>
              <w:right w:w="80" w:type="dxa"/>
            </w:tcMar>
          </w:tcPr>
          <w:p w14:paraId="4896DC80" w14:textId="77777777" w:rsidR="0096746C" w:rsidRDefault="0096746C"/>
        </w:tc>
        <w:tc>
          <w:tcPr>
            <w:tcW w:w="1134" w:type="dxa"/>
            <w:tcMar>
              <w:top w:w="65" w:type="dxa"/>
              <w:left w:w="80" w:type="dxa"/>
              <w:bottom w:w="65" w:type="dxa"/>
              <w:right w:w="80" w:type="dxa"/>
            </w:tcMar>
          </w:tcPr>
          <w:p w14:paraId="5E95E4C1" w14:textId="77777777" w:rsidR="0096746C" w:rsidRDefault="0096746C"/>
        </w:tc>
      </w:tr>
      <w:tr w:rsidR="0096746C" w14:paraId="6A02D4A0" w14:textId="77777777">
        <w:trPr>
          <w:cantSplit/>
          <w:jc w:val="center"/>
        </w:trPr>
        <w:tc>
          <w:tcPr>
            <w:tcW w:w="1417" w:type="dxa"/>
            <w:tcMar>
              <w:top w:w="65" w:type="dxa"/>
              <w:left w:w="80" w:type="dxa"/>
              <w:bottom w:w="65" w:type="dxa"/>
              <w:right w:w="80" w:type="dxa"/>
            </w:tcMar>
          </w:tcPr>
          <w:p w14:paraId="35A896ED" w14:textId="77777777" w:rsidR="0096746C" w:rsidRDefault="0096746C"/>
        </w:tc>
        <w:tc>
          <w:tcPr>
            <w:tcW w:w="1134" w:type="dxa"/>
            <w:tcMar>
              <w:top w:w="65" w:type="dxa"/>
              <w:left w:w="80" w:type="dxa"/>
              <w:bottom w:w="65" w:type="dxa"/>
              <w:right w:w="80" w:type="dxa"/>
            </w:tcMar>
          </w:tcPr>
          <w:p w14:paraId="1FB2CF20" w14:textId="77777777" w:rsidR="0096746C" w:rsidRDefault="0096746C"/>
        </w:tc>
        <w:tc>
          <w:tcPr>
            <w:tcW w:w="1191" w:type="dxa"/>
            <w:tcMar>
              <w:top w:w="65" w:type="dxa"/>
              <w:left w:w="80" w:type="dxa"/>
              <w:bottom w:w="65" w:type="dxa"/>
              <w:right w:w="80" w:type="dxa"/>
            </w:tcMar>
          </w:tcPr>
          <w:p w14:paraId="29C0CDFA" w14:textId="77777777" w:rsidR="0096746C" w:rsidRDefault="0096746C"/>
        </w:tc>
        <w:tc>
          <w:tcPr>
            <w:tcW w:w="1134" w:type="dxa"/>
            <w:tcMar>
              <w:top w:w="65" w:type="dxa"/>
              <w:left w:w="80" w:type="dxa"/>
              <w:bottom w:w="65" w:type="dxa"/>
              <w:right w:w="80" w:type="dxa"/>
            </w:tcMar>
          </w:tcPr>
          <w:p w14:paraId="64AAB102" w14:textId="77777777" w:rsidR="0096746C" w:rsidRDefault="0096746C"/>
        </w:tc>
        <w:tc>
          <w:tcPr>
            <w:tcW w:w="1814" w:type="dxa"/>
            <w:tcMar>
              <w:top w:w="65" w:type="dxa"/>
              <w:left w:w="80" w:type="dxa"/>
              <w:bottom w:w="65" w:type="dxa"/>
              <w:right w:w="80" w:type="dxa"/>
            </w:tcMar>
          </w:tcPr>
          <w:p w14:paraId="0355749E" w14:textId="77777777" w:rsidR="0096746C" w:rsidRDefault="0096746C"/>
        </w:tc>
        <w:tc>
          <w:tcPr>
            <w:tcW w:w="1701" w:type="dxa"/>
            <w:tcMar>
              <w:top w:w="65" w:type="dxa"/>
              <w:left w:w="80" w:type="dxa"/>
              <w:bottom w:w="65" w:type="dxa"/>
              <w:right w:w="80" w:type="dxa"/>
            </w:tcMar>
          </w:tcPr>
          <w:p w14:paraId="0067918B" w14:textId="77777777" w:rsidR="0096746C" w:rsidRDefault="0096746C"/>
        </w:tc>
        <w:tc>
          <w:tcPr>
            <w:tcW w:w="680" w:type="dxa"/>
            <w:tcMar>
              <w:top w:w="65" w:type="dxa"/>
              <w:left w:w="80" w:type="dxa"/>
              <w:bottom w:w="65" w:type="dxa"/>
              <w:right w:w="80" w:type="dxa"/>
            </w:tcMar>
          </w:tcPr>
          <w:p w14:paraId="20472131" w14:textId="77777777" w:rsidR="0096746C" w:rsidRDefault="0096746C"/>
        </w:tc>
        <w:tc>
          <w:tcPr>
            <w:tcW w:w="1134" w:type="dxa"/>
            <w:tcMar>
              <w:top w:w="65" w:type="dxa"/>
              <w:left w:w="80" w:type="dxa"/>
              <w:bottom w:w="65" w:type="dxa"/>
              <w:right w:w="80" w:type="dxa"/>
            </w:tcMar>
          </w:tcPr>
          <w:p w14:paraId="63D12845" w14:textId="77777777" w:rsidR="0096746C" w:rsidRDefault="0096746C"/>
        </w:tc>
      </w:tr>
      <w:tr w:rsidR="0096746C" w14:paraId="3BAE6BAD" w14:textId="77777777">
        <w:trPr>
          <w:cantSplit/>
          <w:jc w:val="center"/>
        </w:trPr>
        <w:tc>
          <w:tcPr>
            <w:tcW w:w="1417" w:type="dxa"/>
            <w:tcMar>
              <w:top w:w="65" w:type="dxa"/>
              <w:left w:w="80" w:type="dxa"/>
              <w:bottom w:w="65" w:type="dxa"/>
              <w:right w:w="80" w:type="dxa"/>
            </w:tcMar>
          </w:tcPr>
          <w:p w14:paraId="09A3FE1B" w14:textId="77777777" w:rsidR="0096746C" w:rsidRDefault="0096746C"/>
        </w:tc>
        <w:tc>
          <w:tcPr>
            <w:tcW w:w="1134" w:type="dxa"/>
            <w:tcMar>
              <w:top w:w="65" w:type="dxa"/>
              <w:left w:w="80" w:type="dxa"/>
              <w:bottom w:w="65" w:type="dxa"/>
              <w:right w:w="80" w:type="dxa"/>
            </w:tcMar>
          </w:tcPr>
          <w:p w14:paraId="73580E93" w14:textId="77777777" w:rsidR="0096746C" w:rsidRDefault="0096746C"/>
        </w:tc>
        <w:tc>
          <w:tcPr>
            <w:tcW w:w="1191" w:type="dxa"/>
            <w:tcMar>
              <w:top w:w="65" w:type="dxa"/>
              <w:left w:w="80" w:type="dxa"/>
              <w:bottom w:w="65" w:type="dxa"/>
              <w:right w:w="80" w:type="dxa"/>
            </w:tcMar>
          </w:tcPr>
          <w:p w14:paraId="14340328" w14:textId="77777777" w:rsidR="0096746C" w:rsidRDefault="0096746C"/>
        </w:tc>
        <w:tc>
          <w:tcPr>
            <w:tcW w:w="1134" w:type="dxa"/>
            <w:tcMar>
              <w:top w:w="65" w:type="dxa"/>
              <w:left w:w="80" w:type="dxa"/>
              <w:bottom w:w="65" w:type="dxa"/>
              <w:right w:w="80" w:type="dxa"/>
            </w:tcMar>
          </w:tcPr>
          <w:p w14:paraId="2A69E2C9" w14:textId="77777777" w:rsidR="0096746C" w:rsidRDefault="0096746C"/>
        </w:tc>
        <w:tc>
          <w:tcPr>
            <w:tcW w:w="1814" w:type="dxa"/>
            <w:tcMar>
              <w:top w:w="65" w:type="dxa"/>
              <w:left w:w="80" w:type="dxa"/>
              <w:bottom w:w="65" w:type="dxa"/>
              <w:right w:w="80" w:type="dxa"/>
            </w:tcMar>
          </w:tcPr>
          <w:p w14:paraId="3B2DF6E9" w14:textId="77777777" w:rsidR="0096746C" w:rsidRDefault="0096746C"/>
        </w:tc>
        <w:tc>
          <w:tcPr>
            <w:tcW w:w="1701" w:type="dxa"/>
            <w:tcMar>
              <w:top w:w="65" w:type="dxa"/>
              <w:left w:w="80" w:type="dxa"/>
              <w:bottom w:w="65" w:type="dxa"/>
              <w:right w:w="80" w:type="dxa"/>
            </w:tcMar>
          </w:tcPr>
          <w:p w14:paraId="6D6623D4" w14:textId="77777777" w:rsidR="0096746C" w:rsidRDefault="0096746C"/>
        </w:tc>
        <w:tc>
          <w:tcPr>
            <w:tcW w:w="680" w:type="dxa"/>
            <w:tcMar>
              <w:top w:w="65" w:type="dxa"/>
              <w:left w:w="80" w:type="dxa"/>
              <w:bottom w:w="65" w:type="dxa"/>
              <w:right w:w="80" w:type="dxa"/>
            </w:tcMar>
          </w:tcPr>
          <w:p w14:paraId="02797E65" w14:textId="77777777" w:rsidR="0096746C" w:rsidRDefault="0096746C"/>
        </w:tc>
        <w:tc>
          <w:tcPr>
            <w:tcW w:w="1134" w:type="dxa"/>
            <w:tcMar>
              <w:top w:w="65" w:type="dxa"/>
              <w:left w:w="80" w:type="dxa"/>
              <w:bottom w:w="65" w:type="dxa"/>
              <w:right w:w="80" w:type="dxa"/>
            </w:tcMar>
          </w:tcPr>
          <w:p w14:paraId="09F29E45" w14:textId="77777777" w:rsidR="0096746C" w:rsidRDefault="0096746C"/>
        </w:tc>
      </w:tr>
      <w:tr w:rsidR="0096746C" w14:paraId="23BDFC03" w14:textId="77777777">
        <w:trPr>
          <w:cantSplit/>
          <w:jc w:val="center"/>
        </w:trPr>
        <w:tc>
          <w:tcPr>
            <w:tcW w:w="1417" w:type="dxa"/>
            <w:tcMar>
              <w:top w:w="65" w:type="dxa"/>
              <w:left w:w="80" w:type="dxa"/>
              <w:bottom w:w="65" w:type="dxa"/>
              <w:right w:w="80" w:type="dxa"/>
            </w:tcMar>
          </w:tcPr>
          <w:p w14:paraId="2D659592" w14:textId="77777777" w:rsidR="0096746C" w:rsidRDefault="0096746C"/>
        </w:tc>
        <w:tc>
          <w:tcPr>
            <w:tcW w:w="1134" w:type="dxa"/>
            <w:tcMar>
              <w:top w:w="65" w:type="dxa"/>
              <w:left w:w="80" w:type="dxa"/>
              <w:bottom w:w="65" w:type="dxa"/>
              <w:right w:w="80" w:type="dxa"/>
            </w:tcMar>
          </w:tcPr>
          <w:p w14:paraId="2D27C267" w14:textId="77777777" w:rsidR="0096746C" w:rsidRDefault="0096746C"/>
        </w:tc>
        <w:tc>
          <w:tcPr>
            <w:tcW w:w="1191" w:type="dxa"/>
            <w:tcMar>
              <w:top w:w="65" w:type="dxa"/>
              <w:left w:w="80" w:type="dxa"/>
              <w:bottom w:w="65" w:type="dxa"/>
              <w:right w:w="80" w:type="dxa"/>
            </w:tcMar>
          </w:tcPr>
          <w:p w14:paraId="6959C461" w14:textId="77777777" w:rsidR="0096746C" w:rsidRDefault="0096746C"/>
        </w:tc>
        <w:tc>
          <w:tcPr>
            <w:tcW w:w="1134" w:type="dxa"/>
            <w:tcMar>
              <w:top w:w="65" w:type="dxa"/>
              <w:left w:w="80" w:type="dxa"/>
              <w:bottom w:w="65" w:type="dxa"/>
              <w:right w:w="80" w:type="dxa"/>
            </w:tcMar>
          </w:tcPr>
          <w:p w14:paraId="33CFAAB6" w14:textId="77777777" w:rsidR="0096746C" w:rsidRDefault="0096746C"/>
        </w:tc>
        <w:tc>
          <w:tcPr>
            <w:tcW w:w="1814" w:type="dxa"/>
            <w:tcMar>
              <w:top w:w="65" w:type="dxa"/>
              <w:left w:w="80" w:type="dxa"/>
              <w:bottom w:w="65" w:type="dxa"/>
              <w:right w:w="80" w:type="dxa"/>
            </w:tcMar>
          </w:tcPr>
          <w:p w14:paraId="40D4CA0E" w14:textId="77777777" w:rsidR="0096746C" w:rsidRDefault="0096746C"/>
        </w:tc>
        <w:tc>
          <w:tcPr>
            <w:tcW w:w="1701" w:type="dxa"/>
            <w:tcMar>
              <w:top w:w="65" w:type="dxa"/>
              <w:left w:w="80" w:type="dxa"/>
              <w:bottom w:w="65" w:type="dxa"/>
              <w:right w:w="80" w:type="dxa"/>
            </w:tcMar>
          </w:tcPr>
          <w:p w14:paraId="3E584EEE" w14:textId="77777777" w:rsidR="0096746C" w:rsidRDefault="0096746C"/>
        </w:tc>
        <w:tc>
          <w:tcPr>
            <w:tcW w:w="680" w:type="dxa"/>
            <w:tcMar>
              <w:top w:w="65" w:type="dxa"/>
              <w:left w:w="80" w:type="dxa"/>
              <w:bottom w:w="65" w:type="dxa"/>
              <w:right w:w="80" w:type="dxa"/>
            </w:tcMar>
          </w:tcPr>
          <w:p w14:paraId="5CD8E41D" w14:textId="77777777" w:rsidR="0096746C" w:rsidRDefault="0096746C"/>
        </w:tc>
        <w:tc>
          <w:tcPr>
            <w:tcW w:w="1134" w:type="dxa"/>
            <w:tcMar>
              <w:top w:w="65" w:type="dxa"/>
              <w:left w:w="80" w:type="dxa"/>
              <w:bottom w:w="65" w:type="dxa"/>
              <w:right w:w="80" w:type="dxa"/>
            </w:tcMar>
          </w:tcPr>
          <w:p w14:paraId="07B41CB5" w14:textId="77777777" w:rsidR="0096746C" w:rsidRDefault="0096746C"/>
        </w:tc>
      </w:tr>
    </w:tbl>
    <w:p w14:paraId="4A79B1AB" w14:textId="77777777" w:rsidR="0096746C" w:rsidRDefault="0096746C">
      <w:pPr>
        <w:spacing w:after="20"/>
      </w:pPr>
    </w:p>
    <w:p w14:paraId="39A1B7E6" w14:textId="77777777" w:rsidR="0096746C" w:rsidRDefault="00000000">
      <w:r>
        <w:t>Ερωτήσεις ανασκόπησης:</w:t>
      </w:r>
    </w:p>
    <w:p w14:paraId="0C18D709" w14:textId="77777777" w:rsidR="0096746C" w:rsidRPr="004A324C" w:rsidRDefault="00000000">
      <w:pPr>
        <w:spacing w:after="40"/>
        <w:ind w:left="255" w:hanging="159"/>
        <w:rPr>
          <w:lang w:val="el-GR"/>
        </w:rPr>
      </w:pPr>
      <w:r w:rsidRPr="004A324C">
        <w:rPr>
          <w:color w:val="2F5597"/>
          <w:lang w:val="el-GR"/>
        </w:rPr>
        <w:t>• Τι πηγαίνει καλά για αυτό το παιδί;</w:t>
      </w:r>
    </w:p>
    <w:p w14:paraId="2FFE3E00" w14:textId="77777777" w:rsidR="0096746C" w:rsidRPr="004A324C" w:rsidRDefault="00000000">
      <w:pPr>
        <w:spacing w:after="40"/>
        <w:ind w:left="255" w:hanging="159"/>
        <w:rPr>
          <w:lang w:val="el-GR"/>
        </w:rPr>
      </w:pPr>
      <w:r w:rsidRPr="004A324C">
        <w:rPr>
          <w:color w:val="2F5597"/>
          <w:lang w:val="el-GR"/>
        </w:rPr>
        <w:t>• Τι έχει αλλάξει από την τελευταία ανασκόπηση;</w:t>
      </w:r>
    </w:p>
    <w:p w14:paraId="479D55A6" w14:textId="77777777" w:rsidR="0096746C" w:rsidRPr="004A324C" w:rsidRDefault="00000000">
      <w:pPr>
        <w:spacing w:after="40"/>
        <w:ind w:left="255" w:hanging="159"/>
        <w:rPr>
          <w:lang w:val="el-GR"/>
        </w:rPr>
      </w:pPr>
      <w:r w:rsidRPr="004A324C">
        <w:rPr>
          <w:color w:val="2F5597"/>
          <w:lang w:val="el-GR"/>
        </w:rPr>
        <w:t>• Λειτουργούν οι τρέχουσες στρατηγικές υποστήριξης;</w:t>
      </w:r>
    </w:p>
    <w:p w14:paraId="79EB9E5D" w14:textId="77777777" w:rsidR="0096746C" w:rsidRPr="004A324C" w:rsidRDefault="00000000">
      <w:pPr>
        <w:spacing w:after="40"/>
        <w:ind w:left="255" w:hanging="159"/>
        <w:rPr>
          <w:lang w:val="el-GR"/>
        </w:rPr>
      </w:pPr>
      <w:r w:rsidRPr="004A324C">
        <w:rPr>
          <w:color w:val="2F5597"/>
          <w:lang w:val="el-GR"/>
        </w:rPr>
        <w:t>• Υπάρχει κάποιος νέος κίνδυνος ή ανησυχία προστασίας ή υγείας;</w:t>
      </w:r>
    </w:p>
    <w:p w14:paraId="5F27468D" w14:textId="77777777" w:rsidR="0096746C" w:rsidRPr="004A324C" w:rsidRDefault="00000000">
      <w:pPr>
        <w:spacing w:after="40"/>
        <w:ind w:left="255" w:hanging="159"/>
        <w:rPr>
          <w:lang w:val="el-GR"/>
        </w:rPr>
      </w:pPr>
      <w:r w:rsidRPr="004A324C">
        <w:rPr>
          <w:color w:val="2F5597"/>
          <w:lang w:val="el-GR"/>
        </w:rPr>
        <w:t>• Τι λέει το παιδί για το Κέντρο;</w:t>
      </w:r>
    </w:p>
    <w:p w14:paraId="00CA774D" w14:textId="77777777" w:rsidR="0096746C" w:rsidRPr="004A324C" w:rsidRDefault="00000000">
      <w:pPr>
        <w:spacing w:after="40"/>
        <w:ind w:left="255" w:hanging="159"/>
        <w:rPr>
          <w:lang w:val="el-GR"/>
        </w:rPr>
      </w:pPr>
      <w:r w:rsidRPr="004A324C">
        <w:rPr>
          <w:color w:val="2F5597"/>
          <w:lang w:val="el-GR"/>
        </w:rPr>
        <w:t>• Τι λέει η οικογένεια;</w:t>
      </w:r>
    </w:p>
    <w:p w14:paraId="724F83E9" w14:textId="77777777" w:rsidR="0096746C" w:rsidRPr="004A324C" w:rsidRDefault="00000000">
      <w:pPr>
        <w:spacing w:after="40"/>
        <w:ind w:left="255" w:hanging="159"/>
        <w:rPr>
          <w:lang w:val="el-GR"/>
        </w:rPr>
      </w:pPr>
      <w:r w:rsidRPr="004A324C">
        <w:rPr>
          <w:color w:val="2F5597"/>
          <w:lang w:val="el-GR"/>
        </w:rPr>
        <w:t>• Χρειάζεται να αλλάξει το ατομικό σχέδιο;</w:t>
      </w:r>
    </w:p>
    <w:p w14:paraId="6F8471A9" w14:textId="77777777" w:rsidR="0096746C" w:rsidRPr="004A324C" w:rsidRDefault="00000000">
      <w:pPr>
        <w:spacing w:after="40"/>
        <w:ind w:left="255" w:hanging="159"/>
        <w:rPr>
          <w:lang w:val="el-GR"/>
        </w:rPr>
      </w:pPr>
      <w:r w:rsidRPr="004A324C">
        <w:rPr>
          <w:color w:val="2F5597"/>
          <w:lang w:val="el-GR"/>
        </w:rPr>
        <w:t>• Απαιτείται εξωτερική συμβουλή ή παραπομπή;</w:t>
      </w:r>
    </w:p>
    <w:p w14:paraId="47095B0D" w14:textId="77777777" w:rsidR="0096746C" w:rsidRPr="004A324C" w:rsidRDefault="00000000">
      <w:pPr>
        <w:pStyle w:val="Heading1"/>
        <w:rPr>
          <w:lang w:val="el-GR"/>
        </w:rPr>
      </w:pPr>
      <w:r w:rsidRPr="004A324C">
        <w:rPr>
          <w:lang w:val="el-GR"/>
        </w:rPr>
        <w:t>Παράρτημα Δ. Καθημερινός κατάλογος ελέγχου ανοίγματος και κλεισίματος</w:t>
      </w:r>
    </w:p>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304"/>
        <w:gridCol w:w="5443"/>
        <w:gridCol w:w="1326"/>
        <w:gridCol w:w="2154"/>
      </w:tblGrid>
      <w:tr w:rsidR="0096746C" w14:paraId="1E0A3EF2" w14:textId="77777777">
        <w:trPr>
          <w:cantSplit/>
          <w:tblHeader/>
          <w:jc w:val="center"/>
        </w:trPr>
        <w:tc>
          <w:tcPr>
            <w:tcW w:w="1304" w:type="dxa"/>
            <w:shd w:val="clear" w:color="auto" w:fill="D9E2F3"/>
            <w:tcMar>
              <w:top w:w="70" w:type="dxa"/>
              <w:left w:w="85" w:type="dxa"/>
              <w:bottom w:w="70" w:type="dxa"/>
              <w:right w:w="85" w:type="dxa"/>
            </w:tcMar>
            <w:vAlign w:val="center"/>
          </w:tcPr>
          <w:p w14:paraId="4CF6E8E6" w14:textId="77777777" w:rsidR="0096746C" w:rsidRDefault="00000000">
            <w:proofErr w:type="spellStart"/>
            <w:r>
              <w:rPr>
                <w:color w:val="2F5597"/>
                <w:sz w:val="17"/>
              </w:rPr>
              <w:t>Στάδιο</w:t>
            </w:r>
            <w:proofErr w:type="spellEnd"/>
          </w:p>
        </w:tc>
        <w:tc>
          <w:tcPr>
            <w:tcW w:w="5443" w:type="dxa"/>
            <w:shd w:val="clear" w:color="auto" w:fill="D9E2F3"/>
            <w:tcMar>
              <w:top w:w="70" w:type="dxa"/>
              <w:left w:w="85" w:type="dxa"/>
              <w:bottom w:w="70" w:type="dxa"/>
              <w:right w:w="85" w:type="dxa"/>
            </w:tcMar>
            <w:vAlign w:val="center"/>
          </w:tcPr>
          <w:p w14:paraId="37519DF7" w14:textId="77777777" w:rsidR="0096746C" w:rsidRDefault="00000000">
            <w:r>
              <w:rPr>
                <w:color w:val="2F5597"/>
                <w:sz w:val="17"/>
              </w:rPr>
              <w:t>Έλεγχος</w:t>
            </w:r>
          </w:p>
        </w:tc>
        <w:tc>
          <w:tcPr>
            <w:tcW w:w="1020" w:type="dxa"/>
            <w:shd w:val="clear" w:color="auto" w:fill="D9E2F3"/>
            <w:tcMar>
              <w:top w:w="70" w:type="dxa"/>
              <w:left w:w="85" w:type="dxa"/>
              <w:bottom w:w="70" w:type="dxa"/>
              <w:right w:w="85" w:type="dxa"/>
            </w:tcMar>
            <w:vAlign w:val="center"/>
          </w:tcPr>
          <w:p w14:paraId="5125E179" w14:textId="77777777" w:rsidR="0096746C" w:rsidRDefault="00000000">
            <w:r>
              <w:rPr>
                <w:color w:val="2F5597"/>
                <w:sz w:val="17"/>
              </w:rPr>
              <w:t>Ολοκληρώθηκε</w:t>
            </w:r>
          </w:p>
        </w:tc>
        <w:tc>
          <w:tcPr>
            <w:tcW w:w="2154" w:type="dxa"/>
            <w:shd w:val="clear" w:color="auto" w:fill="D9E2F3"/>
            <w:tcMar>
              <w:top w:w="70" w:type="dxa"/>
              <w:left w:w="85" w:type="dxa"/>
              <w:bottom w:w="70" w:type="dxa"/>
              <w:right w:w="85" w:type="dxa"/>
            </w:tcMar>
            <w:vAlign w:val="center"/>
          </w:tcPr>
          <w:p w14:paraId="3547C982" w14:textId="77777777" w:rsidR="0096746C" w:rsidRDefault="00000000">
            <w:r>
              <w:rPr>
                <w:color w:val="2F5597"/>
                <w:sz w:val="17"/>
              </w:rPr>
              <w:t>Ενέργεια / ζήτημα</w:t>
            </w:r>
          </w:p>
        </w:tc>
      </w:tr>
      <w:tr w:rsidR="0096746C" w14:paraId="6F09369C" w14:textId="77777777">
        <w:trPr>
          <w:cantSplit/>
          <w:jc w:val="center"/>
        </w:trPr>
        <w:tc>
          <w:tcPr>
            <w:tcW w:w="1304" w:type="dxa"/>
            <w:tcMar>
              <w:top w:w="65" w:type="dxa"/>
              <w:left w:w="80" w:type="dxa"/>
              <w:bottom w:w="65" w:type="dxa"/>
              <w:right w:w="80" w:type="dxa"/>
            </w:tcMar>
          </w:tcPr>
          <w:p w14:paraId="0A1D7EAB" w14:textId="77777777" w:rsidR="0096746C" w:rsidRDefault="00000000">
            <w:r>
              <w:rPr>
                <w:sz w:val="17"/>
              </w:rPr>
              <w:t>Άνοιγμα</w:t>
            </w:r>
          </w:p>
        </w:tc>
        <w:tc>
          <w:tcPr>
            <w:tcW w:w="5443" w:type="dxa"/>
            <w:tcMar>
              <w:top w:w="65" w:type="dxa"/>
              <w:left w:w="80" w:type="dxa"/>
              <w:bottom w:w="65" w:type="dxa"/>
              <w:right w:w="80" w:type="dxa"/>
            </w:tcMar>
          </w:tcPr>
          <w:p w14:paraId="289114CE" w14:textId="77777777" w:rsidR="0096746C" w:rsidRPr="004A324C" w:rsidRDefault="00000000">
            <w:pPr>
              <w:rPr>
                <w:lang w:val="el-GR"/>
              </w:rPr>
            </w:pPr>
            <w:r w:rsidRPr="004A324C">
              <w:rPr>
                <w:sz w:val="17"/>
                <w:lang w:val="el-GR"/>
              </w:rPr>
              <w:t>Επιβεβαιώθηκε η στελέχωση και ορίστηκε υπεύθυνος συνεδρίας</w:t>
            </w:r>
          </w:p>
        </w:tc>
        <w:tc>
          <w:tcPr>
            <w:tcW w:w="1020" w:type="dxa"/>
            <w:tcMar>
              <w:top w:w="65" w:type="dxa"/>
              <w:left w:w="80" w:type="dxa"/>
              <w:bottom w:w="65" w:type="dxa"/>
              <w:right w:w="80" w:type="dxa"/>
            </w:tcMar>
          </w:tcPr>
          <w:p w14:paraId="60D7DC87" w14:textId="77777777" w:rsidR="0096746C" w:rsidRDefault="00000000">
            <w:r>
              <w:rPr>
                <w:sz w:val="17"/>
              </w:rPr>
              <w:t>[ ]</w:t>
            </w:r>
          </w:p>
        </w:tc>
        <w:tc>
          <w:tcPr>
            <w:tcW w:w="2154" w:type="dxa"/>
            <w:tcMar>
              <w:top w:w="65" w:type="dxa"/>
              <w:left w:w="80" w:type="dxa"/>
              <w:bottom w:w="65" w:type="dxa"/>
              <w:right w:w="80" w:type="dxa"/>
            </w:tcMar>
          </w:tcPr>
          <w:p w14:paraId="54342200" w14:textId="77777777" w:rsidR="0096746C" w:rsidRDefault="0096746C"/>
        </w:tc>
      </w:tr>
      <w:tr w:rsidR="0096746C" w14:paraId="3828D2DD" w14:textId="77777777">
        <w:trPr>
          <w:cantSplit/>
          <w:jc w:val="center"/>
        </w:trPr>
        <w:tc>
          <w:tcPr>
            <w:tcW w:w="1304" w:type="dxa"/>
            <w:tcMar>
              <w:top w:w="65" w:type="dxa"/>
              <w:left w:w="80" w:type="dxa"/>
              <w:bottom w:w="65" w:type="dxa"/>
              <w:right w:w="80" w:type="dxa"/>
            </w:tcMar>
          </w:tcPr>
          <w:p w14:paraId="4F80EBFE" w14:textId="77777777" w:rsidR="0096746C" w:rsidRDefault="00000000">
            <w:r>
              <w:rPr>
                <w:sz w:val="17"/>
              </w:rPr>
              <w:t>Άνοιγμα</w:t>
            </w:r>
          </w:p>
        </w:tc>
        <w:tc>
          <w:tcPr>
            <w:tcW w:w="5443" w:type="dxa"/>
            <w:tcMar>
              <w:top w:w="65" w:type="dxa"/>
              <w:left w:w="80" w:type="dxa"/>
              <w:bottom w:w="65" w:type="dxa"/>
              <w:right w:w="80" w:type="dxa"/>
            </w:tcMar>
          </w:tcPr>
          <w:p w14:paraId="1FEA49B7" w14:textId="77777777" w:rsidR="0096746C" w:rsidRPr="004A324C" w:rsidRDefault="00000000">
            <w:pPr>
              <w:rPr>
                <w:lang w:val="el-GR"/>
              </w:rPr>
            </w:pPr>
            <w:r w:rsidRPr="004A324C">
              <w:rPr>
                <w:sz w:val="17"/>
                <w:lang w:val="el-GR"/>
              </w:rPr>
              <w:t>Ελέγχθηκε ο κατάλογος παρουσιών και οι πληροφορίες ανά παιδί</w:t>
            </w:r>
          </w:p>
        </w:tc>
        <w:tc>
          <w:tcPr>
            <w:tcW w:w="1020" w:type="dxa"/>
            <w:tcMar>
              <w:top w:w="65" w:type="dxa"/>
              <w:left w:w="80" w:type="dxa"/>
              <w:bottom w:w="65" w:type="dxa"/>
              <w:right w:w="80" w:type="dxa"/>
            </w:tcMar>
          </w:tcPr>
          <w:p w14:paraId="7A1AAE2B" w14:textId="77777777" w:rsidR="0096746C" w:rsidRDefault="00000000">
            <w:r>
              <w:rPr>
                <w:sz w:val="17"/>
              </w:rPr>
              <w:t>[ ]</w:t>
            </w:r>
          </w:p>
        </w:tc>
        <w:tc>
          <w:tcPr>
            <w:tcW w:w="2154" w:type="dxa"/>
            <w:tcMar>
              <w:top w:w="65" w:type="dxa"/>
              <w:left w:w="80" w:type="dxa"/>
              <w:bottom w:w="65" w:type="dxa"/>
              <w:right w:w="80" w:type="dxa"/>
            </w:tcMar>
          </w:tcPr>
          <w:p w14:paraId="6C98ACC4" w14:textId="77777777" w:rsidR="0096746C" w:rsidRDefault="0096746C"/>
        </w:tc>
      </w:tr>
      <w:tr w:rsidR="0096746C" w14:paraId="2E168052" w14:textId="77777777">
        <w:trPr>
          <w:cantSplit/>
          <w:jc w:val="center"/>
        </w:trPr>
        <w:tc>
          <w:tcPr>
            <w:tcW w:w="1304" w:type="dxa"/>
            <w:tcMar>
              <w:top w:w="65" w:type="dxa"/>
              <w:left w:w="80" w:type="dxa"/>
              <w:bottom w:w="65" w:type="dxa"/>
              <w:right w:w="80" w:type="dxa"/>
            </w:tcMar>
          </w:tcPr>
          <w:p w14:paraId="112E4546" w14:textId="77777777" w:rsidR="0096746C" w:rsidRDefault="00000000">
            <w:r>
              <w:rPr>
                <w:sz w:val="17"/>
              </w:rPr>
              <w:t>Άνοιγμα</w:t>
            </w:r>
          </w:p>
        </w:tc>
        <w:tc>
          <w:tcPr>
            <w:tcW w:w="5443" w:type="dxa"/>
            <w:tcMar>
              <w:top w:w="65" w:type="dxa"/>
              <w:left w:w="80" w:type="dxa"/>
              <w:bottom w:w="65" w:type="dxa"/>
              <w:right w:w="80" w:type="dxa"/>
            </w:tcMar>
          </w:tcPr>
          <w:p w14:paraId="372451DE" w14:textId="77777777" w:rsidR="0096746C" w:rsidRPr="004A324C" w:rsidRDefault="00000000">
            <w:pPr>
              <w:rPr>
                <w:lang w:val="el-GR"/>
              </w:rPr>
            </w:pPr>
            <w:r w:rsidRPr="004A324C">
              <w:rPr>
                <w:sz w:val="17"/>
                <w:lang w:val="el-GR"/>
              </w:rPr>
              <w:t>Ελέγχθηκαν οι ρυθμίσεις φαρμακευτικής αγωγής και πρώτων βοηθειών</w:t>
            </w:r>
          </w:p>
        </w:tc>
        <w:tc>
          <w:tcPr>
            <w:tcW w:w="1020" w:type="dxa"/>
            <w:tcMar>
              <w:top w:w="65" w:type="dxa"/>
              <w:left w:w="80" w:type="dxa"/>
              <w:bottom w:w="65" w:type="dxa"/>
              <w:right w:w="80" w:type="dxa"/>
            </w:tcMar>
          </w:tcPr>
          <w:p w14:paraId="07657769" w14:textId="77777777" w:rsidR="0096746C" w:rsidRDefault="00000000">
            <w:r>
              <w:rPr>
                <w:sz w:val="17"/>
              </w:rPr>
              <w:t>[ ]</w:t>
            </w:r>
          </w:p>
        </w:tc>
        <w:tc>
          <w:tcPr>
            <w:tcW w:w="2154" w:type="dxa"/>
            <w:tcMar>
              <w:top w:w="65" w:type="dxa"/>
              <w:left w:w="80" w:type="dxa"/>
              <w:bottom w:w="65" w:type="dxa"/>
              <w:right w:w="80" w:type="dxa"/>
            </w:tcMar>
          </w:tcPr>
          <w:p w14:paraId="5AA2AEBD" w14:textId="77777777" w:rsidR="0096746C" w:rsidRDefault="0096746C"/>
        </w:tc>
      </w:tr>
      <w:tr w:rsidR="0096746C" w14:paraId="7A6CEA02" w14:textId="77777777">
        <w:trPr>
          <w:cantSplit/>
          <w:jc w:val="center"/>
        </w:trPr>
        <w:tc>
          <w:tcPr>
            <w:tcW w:w="1304" w:type="dxa"/>
            <w:tcMar>
              <w:top w:w="65" w:type="dxa"/>
              <w:left w:w="80" w:type="dxa"/>
              <w:bottom w:w="65" w:type="dxa"/>
              <w:right w:w="80" w:type="dxa"/>
            </w:tcMar>
          </w:tcPr>
          <w:p w14:paraId="3045A6B4" w14:textId="77777777" w:rsidR="0096746C" w:rsidRDefault="00000000">
            <w:r>
              <w:rPr>
                <w:sz w:val="17"/>
              </w:rPr>
              <w:t>Άνοιγμα</w:t>
            </w:r>
          </w:p>
        </w:tc>
        <w:tc>
          <w:tcPr>
            <w:tcW w:w="5443" w:type="dxa"/>
            <w:tcMar>
              <w:top w:w="65" w:type="dxa"/>
              <w:left w:w="80" w:type="dxa"/>
              <w:bottom w:w="65" w:type="dxa"/>
              <w:right w:w="80" w:type="dxa"/>
            </w:tcMar>
          </w:tcPr>
          <w:p w14:paraId="7B1903DB" w14:textId="77777777" w:rsidR="0096746C" w:rsidRPr="004A324C" w:rsidRDefault="00000000">
            <w:pPr>
              <w:rPr>
                <w:lang w:val="el-GR"/>
              </w:rPr>
            </w:pPr>
            <w:r w:rsidRPr="004A324C">
              <w:rPr>
                <w:sz w:val="17"/>
                <w:lang w:val="el-GR"/>
              </w:rPr>
              <w:t>Ελέγχθηκαν αίθουσες, έξοδοι και χώροι δραστηριοτήτων</w:t>
            </w:r>
          </w:p>
        </w:tc>
        <w:tc>
          <w:tcPr>
            <w:tcW w:w="1020" w:type="dxa"/>
            <w:tcMar>
              <w:top w:w="65" w:type="dxa"/>
              <w:left w:w="80" w:type="dxa"/>
              <w:bottom w:w="65" w:type="dxa"/>
              <w:right w:w="80" w:type="dxa"/>
            </w:tcMar>
          </w:tcPr>
          <w:p w14:paraId="09B5D8CE" w14:textId="77777777" w:rsidR="0096746C" w:rsidRDefault="00000000">
            <w:r>
              <w:rPr>
                <w:sz w:val="17"/>
              </w:rPr>
              <w:t>[ ]</w:t>
            </w:r>
          </w:p>
        </w:tc>
        <w:tc>
          <w:tcPr>
            <w:tcW w:w="2154" w:type="dxa"/>
            <w:tcMar>
              <w:top w:w="65" w:type="dxa"/>
              <w:left w:w="80" w:type="dxa"/>
              <w:bottom w:w="65" w:type="dxa"/>
              <w:right w:w="80" w:type="dxa"/>
            </w:tcMar>
          </w:tcPr>
          <w:p w14:paraId="204B0E36" w14:textId="77777777" w:rsidR="0096746C" w:rsidRDefault="0096746C"/>
        </w:tc>
      </w:tr>
      <w:tr w:rsidR="0096746C" w14:paraId="6A9B794B" w14:textId="77777777">
        <w:trPr>
          <w:cantSplit/>
          <w:jc w:val="center"/>
        </w:trPr>
        <w:tc>
          <w:tcPr>
            <w:tcW w:w="1304" w:type="dxa"/>
            <w:tcMar>
              <w:top w:w="65" w:type="dxa"/>
              <w:left w:w="80" w:type="dxa"/>
              <w:bottom w:w="65" w:type="dxa"/>
              <w:right w:w="80" w:type="dxa"/>
            </w:tcMar>
          </w:tcPr>
          <w:p w14:paraId="3F5A3800" w14:textId="77777777" w:rsidR="0096746C" w:rsidRDefault="00000000">
            <w:r>
              <w:rPr>
                <w:sz w:val="17"/>
              </w:rPr>
              <w:t>Άνοιγμα</w:t>
            </w:r>
          </w:p>
        </w:tc>
        <w:tc>
          <w:tcPr>
            <w:tcW w:w="5443" w:type="dxa"/>
            <w:tcMar>
              <w:top w:w="65" w:type="dxa"/>
              <w:left w:w="80" w:type="dxa"/>
              <w:bottom w:w="65" w:type="dxa"/>
              <w:right w:w="80" w:type="dxa"/>
            </w:tcMar>
          </w:tcPr>
          <w:p w14:paraId="032339C9" w14:textId="77777777" w:rsidR="0096746C" w:rsidRPr="004A324C" w:rsidRDefault="00000000">
            <w:pPr>
              <w:rPr>
                <w:lang w:val="el-GR"/>
              </w:rPr>
            </w:pPr>
            <w:r w:rsidRPr="004A324C">
              <w:rPr>
                <w:sz w:val="17"/>
                <w:lang w:val="el-GR"/>
              </w:rPr>
              <w:t>Προετοιμάστηκαν οι δραστηριότητες και το οπτικό πρόγραμμα</w:t>
            </w:r>
          </w:p>
        </w:tc>
        <w:tc>
          <w:tcPr>
            <w:tcW w:w="1020" w:type="dxa"/>
            <w:tcMar>
              <w:top w:w="65" w:type="dxa"/>
              <w:left w:w="80" w:type="dxa"/>
              <w:bottom w:w="65" w:type="dxa"/>
              <w:right w:w="80" w:type="dxa"/>
            </w:tcMar>
          </w:tcPr>
          <w:p w14:paraId="796C8911" w14:textId="77777777" w:rsidR="0096746C" w:rsidRDefault="00000000">
            <w:r>
              <w:rPr>
                <w:sz w:val="17"/>
              </w:rPr>
              <w:t>[ ]</w:t>
            </w:r>
          </w:p>
        </w:tc>
        <w:tc>
          <w:tcPr>
            <w:tcW w:w="2154" w:type="dxa"/>
            <w:tcMar>
              <w:top w:w="65" w:type="dxa"/>
              <w:left w:w="80" w:type="dxa"/>
              <w:bottom w:w="65" w:type="dxa"/>
              <w:right w:w="80" w:type="dxa"/>
            </w:tcMar>
          </w:tcPr>
          <w:p w14:paraId="53D34218" w14:textId="77777777" w:rsidR="0096746C" w:rsidRDefault="0096746C"/>
        </w:tc>
      </w:tr>
      <w:tr w:rsidR="0096746C" w14:paraId="5F12E77C" w14:textId="77777777">
        <w:trPr>
          <w:cantSplit/>
          <w:jc w:val="center"/>
        </w:trPr>
        <w:tc>
          <w:tcPr>
            <w:tcW w:w="1304" w:type="dxa"/>
            <w:tcMar>
              <w:top w:w="65" w:type="dxa"/>
              <w:left w:w="80" w:type="dxa"/>
              <w:bottom w:w="65" w:type="dxa"/>
              <w:right w:w="80" w:type="dxa"/>
            </w:tcMar>
          </w:tcPr>
          <w:p w14:paraId="698925A2" w14:textId="77777777" w:rsidR="0096746C" w:rsidRDefault="00000000">
            <w:r>
              <w:rPr>
                <w:sz w:val="17"/>
              </w:rPr>
              <w:t>Άνοιγμα</w:t>
            </w:r>
          </w:p>
        </w:tc>
        <w:tc>
          <w:tcPr>
            <w:tcW w:w="5443" w:type="dxa"/>
            <w:tcMar>
              <w:top w:w="65" w:type="dxa"/>
              <w:left w:w="80" w:type="dxa"/>
              <w:bottom w:w="65" w:type="dxa"/>
              <w:right w:w="80" w:type="dxa"/>
            </w:tcMar>
          </w:tcPr>
          <w:p w14:paraId="4D75AD90" w14:textId="77777777" w:rsidR="0096746C" w:rsidRPr="004A324C" w:rsidRDefault="00000000">
            <w:pPr>
              <w:rPr>
                <w:lang w:val="el-GR"/>
              </w:rPr>
            </w:pPr>
            <w:r w:rsidRPr="004A324C">
              <w:rPr>
                <w:sz w:val="17"/>
                <w:lang w:val="el-GR"/>
              </w:rPr>
              <w:t>Κατανεμήθηκαν οι ρόλοι προσωπικού και τα διαλείμματα</w:t>
            </w:r>
          </w:p>
        </w:tc>
        <w:tc>
          <w:tcPr>
            <w:tcW w:w="1020" w:type="dxa"/>
            <w:tcMar>
              <w:top w:w="65" w:type="dxa"/>
              <w:left w:w="80" w:type="dxa"/>
              <w:bottom w:w="65" w:type="dxa"/>
              <w:right w:w="80" w:type="dxa"/>
            </w:tcMar>
          </w:tcPr>
          <w:p w14:paraId="369054DD" w14:textId="77777777" w:rsidR="0096746C" w:rsidRDefault="00000000">
            <w:r>
              <w:rPr>
                <w:sz w:val="17"/>
              </w:rPr>
              <w:t>[ ]</w:t>
            </w:r>
          </w:p>
        </w:tc>
        <w:tc>
          <w:tcPr>
            <w:tcW w:w="2154" w:type="dxa"/>
            <w:tcMar>
              <w:top w:w="65" w:type="dxa"/>
              <w:left w:w="80" w:type="dxa"/>
              <w:bottom w:w="65" w:type="dxa"/>
              <w:right w:w="80" w:type="dxa"/>
            </w:tcMar>
          </w:tcPr>
          <w:p w14:paraId="5A147D2C" w14:textId="77777777" w:rsidR="0096746C" w:rsidRDefault="0096746C"/>
        </w:tc>
      </w:tr>
      <w:tr w:rsidR="0096746C" w14:paraId="30FC7D51" w14:textId="77777777">
        <w:trPr>
          <w:cantSplit/>
          <w:jc w:val="center"/>
        </w:trPr>
        <w:tc>
          <w:tcPr>
            <w:tcW w:w="1304" w:type="dxa"/>
            <w:tcMar>
              <w:top w:w="65" w:type="dxa"/>
              <w:left w:w="80" w:type="dxa"/>
              <w:bottom w:w="65" w:type="dxa"/>
              <w:right w:w="80" w:type="dxa"/>
            </w:tcMar>
          </w:tcPr>
          <w:p w14:paraId="73476C77" w14:textId="77777777" w:rsidR="0096746C" w:rsidRDefault="00000000">
            <w:r>
              <w:rPr>
                <w:sz w:val="17"/>
              </w:rPr>
              <w:t>Κλείσιμο</w:t>
            </w:r>
          </w:p>
        </w:tc>
        <w:tc>
          <w:tcPr>
            <w:tcW w:w="5443" w:type="dxa"/>
            <w:tcMar>
              <w:top w:w="65" w:type="dxa"/>
              <w:left w:w="80" w:type="dxa"/>
              <w:bottom w:w="65" w:type="dxa"/>
              <w:right w:w="80" w:type="dxa"/>
            </w:tcMar>
          </w:tcPr>
          <w:p w14:paraId="16190B11" w14:textId="77777777" w:rsidR="0096746C" w:rsidRPr="004A324C" w:rsidRDefault="00000000">
            <w:pPr>
              <w:rPr>
                <w:lang w:val="el-GR"/>
              </w:rPr>
            </w:pPr>
            <w:r w:rsidRPr="004A324C">
              <w:rPr>
                <w:sz w:val="17"/>
                <w:lang w:val="el-GR"/>
              </w:rPr>
              <w:t>Όλα τα παιδιά έχουν καταμετρηθεί και παραληφθεί με ασφάλεια</w:t>
            </w:r>
          </w:p>
        </w:tc>
        <w:tc>
          <w:tcPr>
            <w:tcW w:w="1020" w:type="dxa"/>
            <w:tcMar>
              <w:top w:w="65" w:type="dxa"/>
              <w:left w:w="80" w:type="dxa"/>
              <w:bottom w:w="65" w:type="dxa"/>
              <w:right w:w="80" w:type="dxa"/>
            </w:tcMar>
          </w:tcPr>
          <w:p w14:paraId="59CA4C23" w14:textId="77777777" w:rsidR="0096746C" w:rsidRDefault="00000000">
            <w:r>
              <w:rPr>
                <w:sz w:val="17"/>
              </w:rPr>
              <w:t>[ ]</w:t>
            </w:r>
          </w:p>
        </w:tc>
        <w:tc>
          <w:tcPr>
            <w:tcW w:w="2154" w:type="dxa"/>
            <w:tcMar>
              <w:top w:w="65" w:type="dxa"/>
              <w:left w:w="80" w:type="dxa"/>
              <w:bottom w:w="65" w:type="dxa"/>
              <w:right w:w="80" w:type="dxa"/>
            </w:tcMar>
          </w:tcPr>
          <w:p w14:paraId="40D7C710" w14:textId="77777777" w:rsidR="0096746C" w:rsidRDefault="0096746C"/>
        </w:tc>
      </w:tr>
      <w:tr w:rsidR="0096746C" w14:paraId="7A627043" w14:textId="77777777">
        <w:trPr>
          <w:cantSplit/>
          <w:jc w:val="center"/>
        </w:trPr>
        <w:tc>
          <w:tcPr>
            <w:tcW w:w="1304" w:type="dxa"/>
            <w:tcMar>
              <w:top w:w="65" w:type="dxa"/>
              <w:left w:w="80" w:type="dxa"/>
              <w:bottom w:w="65" w:type="dxa"/>
              <w:right w:w="80" w:type="dxa"/>
            </w:tcMar>
          </w:tcPr>
          <w:p w14:paraId="6160515C" w14:textId="77777777" w:rsidR="0096746C" w:rsidRDefault="00000000">
            <w:r>
              <w:rPr>
                <w:sz w:val="17"/>
              </w:rPr>
              <w:t>Κλείσιμο</w:t>
            </w:r>
          </w:p>
        </w:tc>
        <w:tc>
          <w:tcPr>
            <w:tcW w:w="5443" w:type="dxa"/>
            <w:tcMar>
              <w:top w:w="65" w:type="dxa"/>
              <w:left w:w="80" w:type="dxa"/>
              <w:bottom w:w="65" w:type="dxa"/>
              <w:right w:w="80" w:type="dxa"/>
            </w:tcMar>
          </w:tcPr>
          <w:p w14:paraId="471E1475" w14:textId="77777777" w:rsidR="0096746C" w:rsidRPr="004A324C" w:rsidRDefault="00000000">
            <w:pPr>
              <w:rPr>
                <w:lang w:val="el-GR"/>
              </w:rPr>
            </w:pPr>
            <w:r w:rsidRPr="004A324C">
              <w:rPr>
                <w:sz w:val="17"/>
                <w:lang w:val="el-GR"/>
              </w:rPr>
              <w:t>Καταγράφηκαν η φαρμακευτική αγωγή και τα περιστατικά</w:t>
            </w:r>
          </w:p>
        </w:tc>
        <w:tc>
          <w:tcPr>
            <w:tcW w:w="1020" w:type="dxa"/>
            <w:tcMar>
              <w:top w:w="65" w:type="dxa"/>
              <w:left w:w="80" w:type="dxa"/>
              <w:bottom w:w="65" w:type="dxa"/>
              <w:right w:w="80" w:type="dxa"/>
            </w:tcMar>
          </w:tcPr>
          <w:p w14:paraId="6803A4C4" w14:textId="77777777" w:rsidR="0096746C" w:rsidRDefault="00000000">
            <w:r>
              <w:rPr>
                <w:sz w:val="17"/>
              </w:rPr>
              <w:t>[ ]</w:t>
            </w:r>
          </w:p>
        </w:tc>
        <w:tc>
          <w:tcPr>
            <w:tcW w:w="2154" w:type="dxa"/>
            <w:tcMar>
              <w:top w:w="65" w:type="dxa"/>
              <w:left w:w="80" w:type="dxa"/>
              <w:bottom w:w="65" w:type="dxa"/>
              <w:right w:w="80" w:type="dxa"/>
            </w:tcMar>
          </w:tcPr>
          <w:p w14:paraId="6ED4F25B" w14:textId="77777777" w:rsidR="0096746C" w:rsidRDefault="0096746C"/>
        </w:tc>
      </w:tr>
      <w:tr w:rsidR="0096746C" w14:paraId="21951B72" w14:textId="77777777">
        <w:trPr>
          <w:cantSplit/>
          <w:jc w:val="center"/>
        </w:trPr>
        <w:tc>
          <w:tcPr>
            <w:tcW w:w="1304" w:type="dxa"/>
            <w:tcMar>
              <w:top w:w="65" w:type="dxa"/>
              <w:left w:w="80" w:type="dxa"/>
              <w:bottom w:w="65" w:type="dxa"/>
              <w:right w:w="80" w:type="dxa"/>
            </w:tcMar>
          </w:tcPr>
          <w:p w14:paraId="2D79A710" w14:textId="77777777" w:rsidR="0096746C" w:rsidRDefault="00000000">
            <w:r>
              <w:rPr>
                <w:sz w:val="17"/>
              </w:rPr>
              <w:t>Κλείσιμο</w:t>
            </w:r>
          </w:p>
        </w:tc>
        <w:tc>
          <w:tcPr>
            <w:tcW w:w="5443" w:type="dxa"/>
            <w:tcMar>
              <w:top w:w="65" w:type="dxa"/>
              <w:left w:w="80" w:type="dxa"/>
              <w:bottom w:w="65" w:type="dxa"/>
              <w:right w:w="80" w:type="dxa"/>
            </w:tcMar>
          </w:tcPr>
          <w:p w14:paraId="2F0AD9DE" w14:textId="77777777" w:rsidR="0096746C" w:rsidRPr="004A324C" w:rsidRDefault="00000000">
            <w:pPr>
              <w:rPr>
                <w:lang w:val="el-GR"/>
              </w:rPr>
            </w:pPr>
            <w:r w:rsidRPr="004A324C">
              <w:rPr>
                <w:sz w:val="17"/>
                <w:lang w:val="el-GR"/>
              </w:rPr>
              <w:t>Οι ανησυχίες προστασίας παραδόθηκαν στον κατάλληλο υπεύθυνο</w:t>
            </w:r>
          </w:p>
        </w:tc>
        <w:tc>
          <w:tcPr>
            <w:tcW w:w="1020" w:type="dxa"/>
            <w:tcMar>
              <w:top w:w="65" w:type="dxa"/>
              <w:left w:w="80" w:type="dxa"/>
              <w:bottom w:w="65" w:type="dxa"/>
              <w:right w:w="80" w:type="dxa"/>
            </w:tcMar>
          </w:tcPr>
          <w:p w14:paraId="4E54F74F" w14:textId="77777777" w:rsidR="0096746C" w:rsidRDefault="00000000">
            <w:r>
              <w:rPr>
                <w:sz w:val="17"/>
              </w:rPr>
              <w:t>[ ]</w:t>
            </w:r>
          </w:p>
        </w:tc>
        <w:tc>
          <w:tcPr>
            <w:tcW w:w="2154" w:type="dxa"/>
            <w:tcMar>
              <w:top w:w="65" w:type="dxa"/>
              <w:left w:w="80" w:type="dxa"/>
              <w:bottom w:w="65" w:type="dxa"/>
              <w:right w:w="80" w:type="dxa"/>
            </w:tcMar>
          </w:tcPr>
          <w:p w14:paraId="2CA06D7D" w14:textId="77777777" w:rsidR="0096746C" w:rsidRDefault="0096746C"/>
        </w:tc>
      </w:tr>
      <w:tr w:rsidR="0096746C" w14:paraId="123AE078" w14:textId="77777777">
        <w:trPr>
          <w:cantSplit/>
          <w:jc w:val="center"/>
        </w:trPr>
        <w:tc>
          <w:tcPr>
            <w:tcW w:w="1304" w:type="dxa"/>
            <w:tcMar>
              <w:top w:w="65" w:type="dxa"/>
              <w:left w:w="80" w:type="dxa"/>
              <w:bottom w:w="65" w:type="dxa"/>
              <w:right w:w="80" w:type="dxa"/>
            </w:tcMar>
          </w:tcPr>
          <w:p w14:paraId="704A9F61" w14:textId="77777777" w:rsidR="0096746C" w:rsidRDefault="00000000">
            <w:r>
              <w:rPr>
                <w:sz w:val="17"/>
              </w:rPr>
              <w:t>Κλείσιμο</w:t>
            </w:r>
          </w:p>
        </w:tc>
        <w:tc>
          <w:tcPr>
            <w:tcW w:w="5443" w:type="dxa"/>
            <w:tcMar>
              <w:top w:w="65" w:type="dxa"/>
              <w:left w:w="80" w:type="dxa"/>
              <w:bottom w:w="65" w:type="dxa"/>
              <w:right w:w="80" w:type="dxa"/>
            </w:tcMar>
          </w:tcPr>
          <w:p w14:paraId="79D14A90" w14:textId="77777777" w:rsidR="0096746C" w:rsidRPr="004A324C" w:rsidRDefault="00000000">
            <w:pPr>
              <w:rPr>
                <w:lang w:val="el-GR"/>
              </w:rPr>
            </w:pPr>
            <w:r w:rsidRPr="004A324C">
              <w:rPr>
                <w:sz w:val="17"/>
                <w:lang w:val="el-GR"/>
              </w:rPr>
              <w:t>Τα αρχεία και οι συσκευές ασφαλίστηκαν</w:t>
            </w:r>
          </w:p>
        </w:tc>
        <w:tc>
          <w:tcPr>
            <w:tcW w:w="1020" w:type="dxa"/>
            <w:tcMar>
              <w:top w:w="65" w:type="dxa"/>
              <w:left w:w="80" w:type="dxa"/>
              <w:bottom w:w="65" w:type="dxa"/>
              <w:right w:w="80" w:type="dxa"/>
            </w:tcMar>
          </w:tcPr>
          <w:p w14:paraId="6D26801A" w14:textId="77777777" w:rsidR="0096746C" w:rsidRDefault="00000000">
            <w:r>
              <w:rPr>
                <w:sz w:val="17"/>
              </w:rPr>
              <w:t>[ ]</w:t>
            </w:r>
          </w:p>
        </w:tc>
        <w:tc>
          <w:tcPr>
            <w:tcW w:w="2154" w:type="dxa"/>
            <w:tcMar>
              <w:top w:w="65" w:type="dxa"/>
              <w:left w:w="80" w:type="dxa"/>
              <w:bottom w:w="65" w:type="dxa"/>
              <w:right w:w="80" w:type="dxa"/>
            </w:tcMar>
          </w:tcPr>
          <w:p w14:paraId="790D6725" w14:textId="77777777" w:rsidR="0096746C" w:rsidRDefault="0096746C"/>
        </w:tc>
      </w:tr>
      <w:tr w:rsidR="0096746C" w14:paraId="412CA679" w14:textId="77777777">
        <w:trPr>
          <w:cantSplit/>
          <w:jc w:val="center"/>
        </w:trPr>
        <w:tc>
          <w:tcPr>
            <w:tcW w:w="1304" w:type="dxa"/>
            <w:tcMar>
              <w:top w:w="65" w:type="dxa"/>
              <w:left w:w="80" w:type="dxa"/>
              <w:bottom w:w="65" w:type="dxa"/>
              <w:right w:w="80" w:type="dxa"/>
            </w:tcMar>
          </w:tcPr>
          <w:p w14:paraId="77C20FF7" w14:textId="77777777" w:rsidR="0096746C" w:rsidRDefault="00000000">
            <w:r>
              <w:rPr>
                <w:sz w:val="17"/>
              </w:rPr>
              <w:t>Κλείσιμο</w:t>
            </w:r>
          </w:p>
        </w:tc>
        <w:tc>
          <w:tcPr>
            <w:tcW w:w="5443" w:type="dxa"/>
            <w:tcMar>
              <w:top w:w="65" w:type="dxa"/>
              <w:left w:w="80" w:type="dxa"/>
              <w:bottom w:w="65" w:type="dxa"/>
              <w:right w:w="80" w:type="dxa"/>
            </w:tcMar>
          </w:tcPr>
          <w:p w14:paraId="6AEB75A8" w14:textId="77777777" w:rsidR="0096746C" w:rsidRPr="004A324C" w:rsidRDefault="00000000">
            <w:pPr>
              <w:rPr>
                <w:lang w:val="el-GR"/>
              </w:rPr>
            </w:pPr>
            <w:r w:rsidRPr="004A324C">
              <w:rPr>
                <w:sz w:val="17"/>
                <w:lang w:val="el-GR"/>
              </w:rPr>
              <w:t>Οι χώροι ελέγχθηκαν και ο εξοπλισμός αποθηκεύτηκε</w:t>
            </w:r>
          </w:p>
        </w:tc>
        <w:tc>
          <w:tcPr>
            <w:tcW w:w="1020" w:type="dxa"/>
            <w:tcMar>
              <w:top w:w="65" w:type="dxa"/>
              <w:left w:w="80" w:type="dxa"/>
              <w:bottom w:w="65" w:type="dxa"/>
              <w:right w:w="80" w:type="dxa"/>
            </w:tcMar>
          </w:tcPr>
          <w:p w14:paraId="660DA2D8" w14:textId="77777777" w:rsidR="0096746C" w:rsidRDefault="00000000">
            <w:r>
              <w:rPr>
                <w:sz w:val="17"/>
              </w:rPr>
              <w:t>[ ]</w:t>
            </w:r>
          </w:p>
        </w:tc>
        <w:tc>
          <w:tcPr>
            <w:tcW w:w="2154" w:type="dxa"/>
            <w:tcMar>
              <w:top w:w="65" w:type="dxa"/>
              <w:left w:w="80" w:type="dxa"/>
              <w:bottom w:w="65" w:type="dxa"/>
              <w:right w:w="80" w:type="dxa"/>
            </w:tcMar>
          </w:tcPr>
          <w:p w14:paraId="342D1934" w14:textId="77777777" w:rsidR="0096746C" w:rsidRDefault="0096746C"/>
        </w:tc>
      </w:tr>
      <w:tr w:rsidR="0096746C" w14:paraId="159A102C" w14:textId="77777777">
        <w:trPr>
          <w:cantSplit/>
          <w:jc w:val="center"/>
        </w:trPr>
        <w:tc>
          <w:tcPr>
            <w:tcW w:w="1304" w:type="dxa"/>
            <w:tcMar>
              <w:top w:w="65" w:type="dxa"/>
              <w:left w:w="80" w:type="dxa"/>
              <w:bottom w:w="65" w:type="dxa"/>
              <w:right w:w="80" w:type="dxa"/>
            </w:tcMar>
          </w:tcPr>
          <w:p w14:paraId="68FB4DD7" w14:textId="77777777" w:rsidR="0096746C" w:rsidRDefault="00000000">
            <w:r>
              <w:rPr>
                <w:sz w:val="17"/>
              </w:rPr>
              <w:t>Κλείσιμο</w:t>
            </w:r>
          </w:p>
        </w:tc>
        <w:tc>
          <w:tcPr>
            <w:tcW w:w="5443" w:type="dxa"/>
            <w:tcMar>
              <w:top w:w="65" w:type="dxa"/>
              <w:left w:w="80" w:type="dxa"/>
              <w:bottom w:w="65" w:type="dxa"/>
              <w:right w:w="80" w:type="dxa"/>
            </w:tcMar>
          </w:tcPr>
          <w:p w14:paraId="0BE621CD" w14:textId="77777777" w:rsidR="0096746C" w:rsidRPr="004A324C" w:rsidRDefault="00000000">
            <w:pPr>
              <w:rPr>
                <w:lang w:val="el-GR"/>
              </w:rPr>
            </w:pPr>
            <w:r w:rsidRPr="004A324C">
              <w:rPr>
                <w:sz w:val="17"/>
                <w:lang w:val="el-GR"/>
              </w:rPr>
              <w:t>Οι εκκρεμείς ενέργειες παραδόθηκαν για συνέχεια</w:t>
            </w:r>
          </w:p>
        </w:tc>
        <w:tc>
          <w:tcPr>
            <w:tcW w:w="1020" w:type="dxa"/>
            <w:tcMar>
              <w:top w:w="65" w:type="dxa"/>
              <w:left w:w="80" w:type="dxa"/>
              <w:bottom w:w="65" w:type="dxa"/>
              <w:right w:w="80" w:type="dxa"/>
            </w:tcMar>
          </w:tcPr>
          <w:p w14:paraId="16AB7025" w14:textId="77777777" w:rsidR="0096746C" w:rsidRDefault="00000000">
            <w:r>
              <w:rPr>
                <w:sz w:val="17"/>
              </w:rPr>
              <w:t>[ ]</w:t>
            </w:r>
          </w:p>
        </w:tc>
        <w:tc>
          <w:tcPr>
            <w:tcW w:w="2154" w:type="dxa"/>
            <w:tcMar>
              <w:top w:w="65" w:type="dxa"/>
              <w:left w:w="80" w:type="dxa"/>
              <w:bottom w:w="65" w:type="dxa"/>
              <w:right w:w="80" w:type="dxa"/>
            </w:tcMar>
          </w:tcPr>
          <w:p w14:paraId="49F9F789" w14:textId="77777777" w:rsidR="0096746C" w:rsidRDefault="0096746C"/>
        </w:tc>
      </w:tr>
    </w:tbl>
    <w:p w14:paraId="526B33D0" w14:textId="77777777" w:rsidR="0096746C" w:rsidRDefault="0096746C">
      <w:pPr>
        <w:spacing w:after="20"/>
      </w:pPr>
    </w:p>
    <w:p w14:paraId="75AF8581" w14:textId="77777777" w:rsidR="0096746C" w:rsidRDefault="0096746C"/>
    <w:tbl>
      <w:tblPr>
        <w:tblW w:w="0" w:type="auto"/>
        <w:jc w:val="center"/>
        <w:tblBorders>
          <w:top w:val="single" w:sz="5" w:space="0" w:color="B7C9E2"/>
          <w:left w:val="single" w:sz="5" w:space="0" w:color="B7C9E2"/>
          <w:bottom w:val="single" w:sz="5" w:space="0" w:color="B7C9E2"/>
          <w:right w:val="single" w:sz="5" w:space="0" w:color="B7C9E2"/>
          <w:insideH w:val="single" w:sz="5" w:space="0" w:color="B7C9E2"/>
          <w:insideV w:val="single" w:sz="5" w:space="0" w:color="B7C9E2"/>
        </w:tblBorders>
        <w:tblLook w:val="04A0" w:firstRow="1" w:lastRow="0" w:firstColumn="1" w:lastColumn="0" w:noHBand="0" w:noVBand="1"/>
      </w:tblPr>
      <w:tblGrid>
        <w:gridCol w:w="10092"/>
      </w:tblGrid>
      <w:tr w:rsidR="0096746C" w:rsidRPr="004A324C" w14:paraId="25C95EB3" w14:textId="77777777">
        <w:trPr>
          <w:jc w:val="center"/>
        </w:trPr>
        <w:tc>
          <w:tcPr>
            <w:tcW w:w="10092" w:type="dxa"/>
            <w:shd w:val="clear" w:color="auto" w:fill="FCE4D6"/>
            <w:tcMar>
              <w:top w:w="120" w:type="dxa"/>
              <w:left w:w="150" w:type="dxa"/>
              <w:bottom w:w="120" w:type="dxa"/>
              <w:right w:w="150" w:type="dxa"/>
            </w:tcMar>
          </w:tcPr>
          <w:p w14:paraId="69A1A8FC" w14:textId="77777777" w:rsidR="0096746C" w:rsidRPr="004A324C" w:rsidRDefault="00000000">
            <w:pPr>
              <w:rPr>
                <w:lang w:val="el-GR"/>
              </w:rPr>
            </w:pPr>
            <w:r w:rsidRPr="004A324C">
              <w:rPr>
                <w:color w:val="2F5597"/>
                <w:lang w:val="el-GR"/>
              </w:rPr>
              <w:t>Τελική σημείωση έγκρισης</w:t>
            </w:r>
            <w:r w:rsidRPr="004A324C">
              <w:rPr>
                <w:color w:val="2F5597"/>
                <w:lang w:val="el-GR"/>
              </w:rPr>
              <w:br/>
              <w:t>Πριν από την επίσημη υιοθέτηση, το πρόγραμμα αυτό πρέπει να ελεγχθεί σε σχέση με τους επιβεβαιωμένους όρους εγγραφής του Κέντρου, τη δομή στελέχωσης, τις ώρες λειτουργίας, τις ρυθμίσεις των χώρων και το εγκεκριμένο πλαίσιο προστασίας παιδιών. Κάθε σημείο που συγκρούεται με νομική, κανονιστική ή απαίτηση εγγραφής πρέπει να τροποποιείται πριν από την έκδοση.</w:t>
            </w:r>
          </w:p>
          <w:p w14:paraId="79DCC6F3" w14:textId="77777777" w:rsidR="0096746C" w:rsidRPr="004A324C" w:rsidRDefault="0096746C">
            <w:pPr>
              <w:spacing w:after="0"/>
              <w:rPr>
                <w:lang w:val="el-GR"/>
              </w:rPr>
            </w:pPr>
          </w:p>
        </w:tc>
      </w:tr>
    </w:tbl>
    <w:p w14:paraId="3942CDC6" w14:textId="77777777" w:rsidR="0096746C" w:rsidRPr="004A324C" w:rsidRDefault="0096746C">
      <w:pPr>
        <w:spacing w:after="20"/>
        <w:rPr>
          <w:lang w:val="el-GR"/>
        </w:rPr>
      </w:pPr>
    </w:p>
    <w:sectPr w:rsidR="0096746C" w:rsidRPr="004A324C" w:rsidSect="00034616">
      <w:headerReference w:type="default" r:id="rId8"/>
      <w:footerReference w:type="default" r:id="rId9"/>
      <w:pgSz w:w="11906" w:h="16838"/>
      <w:pgMar w:top="822" w:right="907" w:bottom="794" w:left="90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9ABA" w14:textId="77777777" w:rsidR="00065249" w:rsidRDefault="00065249">
      <w:pPr>
        <w:spacing w:after="0" w:line="240" w:lineRule="auto"/>
      </w:pPr>
      <w:r>
        <w:separator/>
      </w:r>
    </w:p>
  </w:endnote>
  <w:endnote w:type="continuationSeparator" w:id="0">
    <w:p w14:paraId="7C127D39" w14:textId="77777777" w:rsidR="00065249" w:rsidRDefault="0006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54CD" w14:textId="05C18189" w:rsidR="0096746C" w:rsidRPr="004A324C" w:rsidRDefault="00000000">
    <w:pPr>
      <w:pStyle w:val="Footer"/>
      <w:jc w:val="center"/>
      <w:rPr>
        <w:lang w:val="el-GR"/>
      </w:rPr>
    </w:pPr>
    <w:r w:rsidRPr="004A324C">
      <w:rPr>
        <w:color w:val="666666"/>
        <w:sz w:val="16"/>
        <w:lang w:val="el-GR"/>
      </w:rPr>
      <w:t xml:space="preserve">| Σελίδα </w:t>
    </w:r>
    <w:r>
      <w:fldChar w:fldCharType="begin"/>
    </w:r>
    <w:r>
      <w:instrText>PAGE</w:instrText>
    </w:r>
    <w:r w:rsidR="004A324C">
      <w:fldChar w:fldCharType="separate"/>
    </w:r>
    <w:r w:rsidR="004A324C" w:rsidRPr="004A324C">
      <w:rPr>
        <w:noProof/>
        <w:lang w:val="el-G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D638" w14:textId="77777777" w:rsidR="00065249" w:rsidRDefault="00065249">
      <w:pPr>
        <w:spacing w:after="0" w:line="240" w:lineRule="auto"/>
      </w:pPr>
      <w:r>
        <w:separator/>
      </w:r>
    </w:p>
  </w:footnote>
  <w:footnote w:type="continuationSeparator" w:id="0">
    <w:p w14:paraId="333E69AB" w14:textId="77777777" w:rsidR="00065249" w:rsidRDefault="0006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2062" w14:textId="77777777" w:rsidR="0096746C" w:rsidRPr="004A324C" w:rsidRDefault="00000000">
    <w:pPr>
      <w:pStyle w:val="Header"/>
      <w:jc w:val="right"/>
      <w:rPr>
        <w:lang w:val="el-GR"/>
      </w:rPr>
    </w:pPr>
    <w:r>
      <w:rPr>
        <w:color w:val="2F5597"/>
        <w:sz w:val="17"/>
      </w:rPr>
      <w:t>ADHD</w:t>
    </w:r>
    <w:r w:rsidRPr="004A324C">
      <w:rPr>
        <w:color w:val="2F5597"/>
        <w:sz w:val="17"/>
        <w:lang w:val="el-GR"/>
      </w:rPr>
      <w:t xml:space="preserve"> </w:t>
    </w:r>
    <w:r>
      <w:rPr>
        <w:color w:val="2F5597"/>
        <w:sz w:val="17"/>
      </w:rPr>
      <w:t>Cyprus</w:t>
    </w:r>
    <w:r w:rsidRPr="004A324C">
      <w:rPr>
        <w:color w:val="2F5597"/>
        <w:sz w:val="17"/>
        <w:lang w:val="el-GR"/>
      </w:rPr>
      <w:t xml:space="preserve"> | Επιχειρησιακό Πρόγραμμα Κέντρου Απογευματινής Φροντίδας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0994282">
    <w:abstractNumId w:val="8"/>
  </w:num>
  <w:num w:numId="2" w16cid:durableId="1652368124">
    <w:abstractNumId w:val="6"/>
  </w:num>
  <w:num w:numId="3" w16cid:durableId="540017969">
    <w:abstractNumId w:val="5"/>
  </w:num>
  <w:num w:numId="4" w16cid:durableId="915943971">
    <w:abstractNumId w:val="4"/>
  </w:num>
  <w:num w:numId="5" w16cid:durableId="818112134">
    <w:abstractNumId w:val="7"/>
  </w:num>
  <w:num w:numId="6" w16cid:durableId="1326586952">
    <w:abstractNumId w:val="3"/>
  </w:num>
  <w:num w:numId="7" w16cid:durableId="1755054246">
    <w:abstractNumId w:val="2"/>
  </w:num>
  <w:num w:numId="8" w16cid:durableId="99221988">
    <w:abstractNumId w:val="1"/>
  </w:num>
  <w:num w:numId="9" w16cid:durableId="200168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249"/>
    <w:rsid w:val="0015074B"/>
    <w:rsid w:val="0029639D"/>
    <w:rsid w:val="00326F90"/>
    <w:rsid w:val="004A324C"/>
    <w:rsid w:val="005450D9"/>
    <w:rsid w:val="0096746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1FFB9"/>
  <w14:defaultImageDpi w14:val="300"/>
  <w15:docId w15:val="{F4D18289-4512-49F2-804A-25BE57F6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53746"/>
      <w:sz w:val="21"/>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Cs/>
      <w:color w:val="2F5597"/>
      <w:sz w:val="30"/>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color w:val="2F559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6058</Words>
  <Characters>42050</Characters>
  <Application>Microsoft Office Word</Application>
  <DocSecurity>0</DocSecurity>
  <Lines>1201</Lines>
  <Paragraphs>801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Avraamis Avraam</cp:lastModifiedBy>
  <cp:revision>2</cp:revision>
  <dcterms:created xsi:type="dcterms:W3CDTF">2013-12-23T23:15:00Z</dcterms:created>
  <dcterms:modified xsi:type="dcterms:W3CDTF">2026-08-28T06:09:00Z</dcterms:modified>
  <cp:category/>
</cp:coreProperties>
</file>